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Trans Pride Limerick 2026 Guide: What to Expect and How to Join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Shout it loud: Trans Pride Limerick returns on Saturday 22 August, bringing protest, performance and community to Bedford’s Row and the Wickham , free to attend, grassroots-led and full of fury, joy and solidarity for local trans lives.</w:t>
      </w:r>
      <w:r/>
    </w:p>
    <w:p>
      <w:r/>
      <w:r>
        <w:t>Essential Takeaways</w:t>
      </w:r>
      <w:r/>
      <w:r/>
    </w:p>
    <w:p>
      <w:pPr>
        <w:pStyle w:val="ListBullet"/>
        <w:spacing w:line="240" w:lineRule="auto"/>
        <w:ind w:left="720"/>
      </w:pPr>
      <w:r/>
      <w:r>
        <w:rPr>
          <w:b/>
        </w:rPr>
        <w:t>When and where:</w:t>
      </w:r>
      <w:r>
        <w:t xml:space="preserve"> Trans Pride Limerick happens on 22 August, protest from 4pm at Bedford’s Row and a Trans Talent Showcase at the Wickham from 6:20pm.</w:t>
      </w:r>
      <w:r/>
    </w:p>
    <w:p>
      <w:pPr>
        <w:pStyle w:val="ListBullet"/>
        <w:spacing w:line="240" w:lineRule="auto"/>
        <w:ind w:left="720"/>
      </w:pPr>
      <w:r/>
      <w:r>
        <w:rPr>
          <w:b/>
        </w:rPr>
        <w:t>Organisers:</w:t>
      </w:r>
      <w:r>
        <w:t xml:space="preserve"> Young local activists Beth Clancy and Jonah Garvey are leading the event, funding performances themselves and calling for broad solidarity.</w:t>
      </w:r>
      <w:r/>
    </w:p>
    <w:p>
      <w:pPr>
        <w:pStyle w:val="ListBullet"/>
        <w:spacing w:line="240" w:lineRule="auto"/>
        <w:ind w:left="720"/>
      </w:pPr>
      <w:r/>
      <w:r>
        <w:rPr>
          <w:b/>
        </w:rPr>
        <w:t>What to expect:</w:t>
      </w:r>
      <w:r>
        <w:t xml:space="preserve"> Protest chants, speeches from groups such as Mammies for Trans Rights and Trans Limerick Community, plus music and performance from a stacked line-up.</w:t>
      </w:r>
      <w:r/>
    </w:p>
    <w:p>
      <w:pPr>
        <w:pStyle w:val="ListBullet"/>
        <w:spacing w:line="240" w:lineRule="auto"/>
        <w:ind w:left="720"/>
      </w:pPr>
      <w:r/>
      <w:r>
        <w:rPr>
          <w:b/>
        </w:rPr>
        <w:t>Access and vibe:</w:t>
      </w:r>
      <w:r>
        <w:t xml:space="preserve"> Free entry, community-led, a mix of anger and celebration, with acts travelling from Cork, Dublin and Limerick.</w:t>
      </w:r>
      <w:r/>
    </w:p>
    <w:p>
      <w:pPr>
        <w:pStyle w:val="ListBullet"/>
        <w:spacing w:line="240" w:lineRule="auto"/>
        <w:ind w:left="720"/>
      </w:pPr>
      <w:r/>
      <w:r>
        <w:rPr>
          <w:b/>
        </w:rPr>
        <w:t>Why it matters:</w:t>
      </w:r>
      <w:r>
        <w:t xml:space="preserve"> The event is part of a growing movement of Trans Prides across Ireland, returning Pride to grassroots protest and mutual aid.</w:t>
      </w:r>
      <w:r/>
      <w:r/>
    </w:p>
    <w:p>
      <w:pPr>
        <w:pStyle w:val="Heading2"/>
      </w:pPr>
      <w:r>
        <w:t>Loud, proud and local: the protest that starts the evening</w:t>
      </w:r>
      <w:r/>
    </w:p>
    <w:p>
      <w:r/>
      <w:r>
        <w:t>Expect noise, and expect feeling , the opening protest at Bedford’s Row is designed to be loud, visible and unapologetic. According to organisers, chants, cheers, laughter and anger will sit side by side as speakers from groups like Mammies for Trans Rights and Trans Limerick Community address the crowd. This is protest in the traditional sense: visible, physical and community-led, not a corporate parade. If you’re going, bring water, wear comfortable shoes and a voice you don’t mind using. Organisers stress the importance of solidarity from local movements and supporters; it’s as much a political statement as it is a community gathering.</w:t>
      </w:r>
      <w:r/>
    </w:p>
    <w:p>
      <w:pPr>
        <w:pStyle w:val="Heading2"/>
      </w:pPr>
      <w:r>
        <w:t>From 20 people to a proper scene: how this grew fast</w:t>
      </w:r>
      <w:r/>
    </w:p>
    <w:p>
      <w:r/>
      <w:r>
        <w:t>Trans Pride Limerick began small , organisers say the first event drew about 20 people, mostly friends and fellow activists. Beth remembers being 17 and nervous, but the event has expanded quickly as more trans and queer locals got involved and word spread across the region. This growth tracks with a wider trend: Trans Prides around Ireland are multiplying as grassroots groups reclaim Pride as protest and care rather than spectacle. If you missed the early years, this edition is a chance to see how a tiny, brave project has matured into a significant local moment.</w:t>
      </w:r>
      <w:r/>
    </w:p>
    <w:p>
      <w:pPr>
        <w:pStyle w:val="Heading2"/>
      </w:pPr>
      <w:r>
        <w:t>Performers, pay and community support: the Wickham line-up</w:t>
      </w:r>
      <w:r/>
    </w:p>
    <w:p>
      <w:r/>
      <w:r>
        <w:t>After the protest the action moves to the Wickham for a Trans Talent Showcase from 6:20pm, featuring acts such as Magazine Cowboy, Orlaith, Poppy De Scrace, Ashleytism and more. Organisers have chosen to keep the show free and to pay performers from their own funds, emphasising commitment to artists and accessibility. There are performers from Cork, Dublin and Limerick, which gives the night a lively, inter-county feel and shows how regional solidarity is now part of the event’s DNA. If you’re heading to the showcase, expect a mix of music, spoken word and performance that’s personal, political and often very moving.</w:t>
      </w:r>
      <w:r/>
    </w:p>
    <w:p>
      <w:pPr>
        <w:pStyle w:val="Heading2"/>
      </w:pPr>
      <w:r>
        <w:t>Why grassroots Trans Prides are important right now</w:t>
      </w:r>
      <w:r/>
    </w:p>
    <w:p>
      <w:r/>
      <w:r>
        <w:t>Across Ireland, smaller Trans Prides are bringing Pride back to its protest roots, focusing on safety, visibility and community care rather than corporate sponsorship. Organisers say attending other Trans Prides inspired them , the sense of collective anger and affection at those events motivated them to create something local. That shift matters because it creates spaces run by trans people for trans people, where demands for rights and dignity are front and centre. For allies, showing up to these grassroots events is a practical way to support local organising , whether that’s helping on the day, donating, or just being present.</w:t>
      </w:r>
      <w:r/>
    </w:p>
    <w:p>
      <w:pPr>
        <w:pStyle w:val="Heading2"/>
      </w:pPr>
      <w:r>
        <w:t>How to take part safely and respectfully</w:t>
      </w:r>
      <w:r/>
    </w:p>
    <w:p>
      <w:r/>
      <w:r>
        <w:t>Turn up early if you want a good spot for the protest, and bring essentials: water, a small first-aid kit, and layers for Irish weather. Listen to stewards and organisers on the day , grassroots events rely on volunteers to keep everyone safe. If you film or photograph, ask before you post images of people who might be vulnerable; consent matters more than likes. Finally, consider supporting beyond the day: small donations, sharing information, or volunteering with local trans groups helps sustain the movement.</w:t>
      </w:r>
      <w:r/>
    </w:p>
    <w:p>
      <w:r/>
      <w:r>
        <w:t>It's a small change that can make every shout and every song safer and more meaningful.</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[6]</w:t>
        </w:r>
      </w:hyperlink>
      <w:r>
        <w:t xml:space="preserve">- Paragraph 2: </w:t>
      </w:r>
      <w:hyperlink r:id="rId9">
        <w:r>
          <w:rPr>
            <w:color w:val="0000EE"/>
            <w:u w:val="single"/>
          </w:rPr>
          <w:t>[1]</w:t>
        </w:r>
      </w:hyperlink>
      <w:r>
        <w:t xml:space="preserve">, </w:t>
      </w:r>
      <w:hyperlink r:id="rId11">
        <w:r>
          <w:rPr>
            <w:color w:val="0000EE"/>
            <w:u w:val="single"/>
          </w:rPr>
          <w:t>[4]</w:t>
        </w:r>
      </w:hyperlink>
      <w:r>
        <w:t xml:space="preserve">- Paragraph 3: </w:t>
      </w:r>
      <w:hyperlink r:id="rId9">
        <w:r>
          <w:rPr>
            <w:color w:val="0000EE"/>
            <w:u w:val="single"/>
          </w:rPr>
          <w:t>[1]</w:t>
        </w:r>
      </w:hyperlink>
      <w:r>
        <w:t xml:space="preserve">, </w:t>
      </w:r>
      <w:hyperlink r:id="rId12">
        <w:r>
          <w:rPr>
            <w:color w:val="0000EE"/>
            <w:u w:val="single"/>
          </w:rPr>
          <w:t>[7]</w:t>
        </w:r>
      </w:hyperlink>
      <w:r>
        <w:t xml:space="preserve">- Paragraph 4: </w:t>
      </w:r>
      <w:hyperlink r:id="rId9">
        <w:r>
          <w:rPr>
            <w:color w:val="0000EE"/>
            <w:u w:val="single"/>
          </w:rPr>
          <w:t>[1]</w:t>
        </w:r>
      </w:hyperlink>
      <w:r>
        <w:t xml:space="preserve">, </w:t>
      </w:r>
      <w:hyperlink r:id="rId13">
        <w:r>
          <w:rPr>
            <w:color w:val="0000EE"/>
            <w:u w:val="single"/>
          </w:rPr>
          <w:t>[3]</w:t>
        </w:r>
      </w:hyperlink>
      <w:r>
        <w:t xml:space="preserve">- Paragraph 5: </w:t>
      </w:r>
      <w:hyperlink r:id="rId14">
        <w:r>
          <w:rPr>
            <w:color w:val="0000EE"/>
            <w:u w:val="single"/>
          </w:rPr>
          <w:t>[5]</w:t>
        </w:r>
      </w:hyperlink>
      <w:r>
        <w:t xml:space="preserve">, </w:t>
      </w:r>
      <w:hyperlink r:id="rId9">
        <w:r>
          <w:rPr>
            <w:color w:val="0000EE"/>
            <w:u w:val="single"/>
          </w:rPr>
          <w:t>[1]</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https://gcn.ie/trans-pride-limerick-2026/</w:t>
        </w:r>
      </w:hyperlink>
      <w:r>
        <w:t xml:space="preserve"> - Please view link - unable to able to access data</w:t>
      </w:r>
      <w:r/>
    </w:p>
    <w:p>
      <w:pPr>
        <w:pStyle w:val="ListNumber"/>
        <w:spacing w:line="240" w:lineRule="auto"/>
        <w:ind w:left="720"/>
      </w:pPr>
      <w:r/>
      <w:hyperlink r:id="rId9">
        <w:r>
          <w:rPr>
            <w:color w:val="0000EE"/>
            <w:u w:val="single"/>
          </w:rPr>
          <w:t>https://gcn.ie/trans-pride-limerick-2026/</w:t>
        </w:r>
      </w:hyperlink>
      <w:r>
        <w:t xml:space="preserve"> - Trans Pride Limerick 2026 is scheduled for Saturday, August 22, at Bedford’s Row in Limerick, starting at 4pm. Organised by Beth Clancy and Jonah Garvey, the event aims to be a vibrant protest featuring chants, speeches from groups like Mammies for Trans Rights and Trans Limerick Community, and a Trans Talent Showcase at the Wickham at 6:20pm. The event is free, with performers from Cork, Dublin, and Limerick. The protest has grown since its inception in 2024, reflecting increased community involvement and solidarity.</w:t>
      </w:r>
      <w:r/>
    </w:p>
    <w:p>
      <w:pPr>
        <w:pStyle w:val="ListNumber"/>
        <w:spacing w:line="240" w:lineRule="auto"/>
        <w:ind w:left="720"/>
      </w:pPr>
      <w:r/>
      <w:hyperlink r:id="rId13">
        <w:r>
          <w:rPr>
            <w:color w:val="0000EE"/>
            <w:u w:val="single"/>
          </w:rPr>
          <w:t>https://limerickpride.ie/mammies-for-trans-rights-ireland/</w:t>
        </w:r>
      </w:hyperlink>
      <w:r>
        <w:t xml:space="preserve"> - Mammies for Trans Rights is a group of mothers and allies across Ireland who actively support transgender rights. They have participated in various Pride events, including Dublin and Limerick Prides, marching to show support for transgender individuals and their families. The group has been instrumental in advocating for transgender rights and has received recognition for their efforts, including the LGBTQ+ Ally award at the GALA Awards in 2025.</w:t>
      </w:r>
      <w:r/>
    </w:p>
    <w:p>
      <w:pPr>
        <w:pStyle w:val="ListNumber"/>
        <w:spacing w:line="240" w:lineRule="auto"/>
        <w:ind w:left="720"/>
      </w:pPr>
      <w:r/>
      <w:hyperlink r:id="rId11">
        <w:r>
          <w:rPr>
            <w:color w:val="0000EE"/>
            <w:u w:val="single"/>
          </w:rPr>
          <w:t>https://limerickpride.ie/trans-equality-together/</w:t>
        </w:r>
      </w:hyperlink>
      <w:r>
        <w:t xml:space="preserve"> - Trans Community Limerick, a peer support group for trans, non-binary, gender diverse, and questioning adults in the Limerick region, has joined the Trans Equality Together coalition. This national coalition, led by TENI, Belong To, and LGBT Ireland, aims to create an Ireland where trans and non-binary people are equal, safe, and valued. The coalition encourages groups across Ireland to join in advocating for trans and non-binary rights.</w:t>
      </w:r>
      <w:r/>
    </w:p>
    <w:p>
      <w:pPr>
        <w:pStyle w:val="ListNumber"/>
        <w:spacing w:line="240" w:lineRule="auto"/>
        <w:ind w:left="720"/>
      </w:pPr>
      <w:r/>
      <w:hyperlink r:id="rId14">
        <w:r>
          <w:rPr>
            <w:color w:val="0000EE"/>
            <w:u w:val="single"/>
          </w:rPr>
          <w:t>https://www.live95fm.ie/news/live95-news/protest-to-support-the-rights-of-transgender-people-planned-for-limerick/</w:t>
        </w:r>
      </w:hyperlink>
      <w:r>
        <w:t xml:space="preserve"> - Trans Pride Limerick, a student-led movement, is set to hold a pride and protest event on Saturday, August 23, in Bedford Row at 5 p.m. The organisers, a two-person team of students, started the movement in response to the state of transgender healthcare in Ireland, including a 13-year waiting list for access to services. The event aims to build community and provide support for transgender individuals, featuring community speeches, chants, and musical performances.</w:t>
      </w:r>
      <w:r/>
    </w:p>
    <w:p>
      <w:pPr>
        <w:pStyle w:val="ListNumber"/>
        <w:spacing w:line="240" w:lineRule="auto"/>
        <w:ind w:left="720"/>
      </w:pPr>
      <w:r/>
      <w:hyperlink r:id="rId10">
        <w:r>
          <w:rPr>
            <w:color w:val="0000EE"/>
            <w:u w:val="single"/>
          </w:rPr>
          <w:t>https://www.limerickpost.ie/2026/07/06/limerick-shows-pride-in-our-community/</w:t>
        </w:r>
      </w:hyperlink>
      <w:r>
        <w:t xml:space="preserve"> - Limerick Pride 2026, themed 'Pride in our Community', celebrates the city's LGBTQ+ community and its achievements. The festival honours those who have built the community in Limerick, including the successful bid to host EuroPride 2028. The event encourages people to show their pride and participate in the parade, highlighting the importance of local connections and inclusivity.</w:t>
      </w:r>
      <w:r/>
    </w:p>
    <w:p>
      <w:pPr>
        <w:pStyle w:val="ListNumber"/>
        <w:spacing w:line="240" w:lineRule="auto"/>
        <w:ind w:left="720"/>
      </w:pPr>
      <w:r/>
      <w:hyperlink r:id="rId12">
        <w:r>
          <w:rPr>
            <w:color w:val="0000EE"/>
            <w:u w:val="single"/>
          </w:rPr>
          <w:t>https://gcn.ie/limerick-pride-returns-2026/</w:t>
        </w:r>
      </w:hyperlink>
      <w:r>
        <w:t xml:space="preserve"> - Limerick Pride 2026, organised by the volunteer-led collective advocating for LGBTQ+ rights in the city, is set to return in July 2026. The theme for this year is 'Pride in our Community', celebrating the ongoing strength and resilience in the community and the successful bid to host EuroPride 2028. The festival will take place from July 6 to 11, with the annual parade wrapping up the week of festivities on Saturday, July 11.</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gcn.ie/trans-pride-limerick-2026/" TargetMode="External"/><Relationship Id="rId10" Type="http://schemas.openxmlformats.org/officeDocument/2006/relationships/hyperlink" Target="https://www.limerickpost.ie/2026/07/06/limerick-shows-pride-in-our-community/" TargetMode="External"/><Relationship Id="rId11" Type="http://schemas.openxmlformats.org/officeDocument/2006/relationships/hyperlink" Target="https://limerickpride.ie/trans-equality-together/" TargetMode="External"/><Relationship Id="rId12" Type="http://schemas.openxmlformats.org/officeDocument/2006/relationships/hyperlink" Target="https://gcn.ie/limerick-pride-returns-2026/" TargetMode="External"/><Relationship Id="rId13" Type="http://schemas.openxmlformats.org/officeDocument/2006/relationships/hyperlink" Target="https://limerickpride.ie/mammies-for-trans-rights-ireland/" TargetMode="External"/><Relationship Id="rId14" Type="http://schemas.openxmlformats.org/officeDocument/2006/relationships/hyperlink" Target="https://www.live95fm.ie/news/live95-news/protest-to-support-the-rights-of-transgender-people-planned-for-limeric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