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Throwback Vibez: Ruth Wallis’s "Queer Things" and Why It Still Sparks Debate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the dial back to cheeky cabaret , Ruth Wallis’s 1950s novelty number "Queer Things" is back in the conversation, sparking smiles, squints and a useful debate about humour, language and queer history. Fans, critics and curious listeners in the UK and beyond are revisiting the song to decide what it means today.</w:t>
      </w:r>
      <w:r/>
    </w:p>
    <w:p>
      <w:r/>
      <w:r>
        <w:t>Essential Takeaways</w:t>
      </w:r>
      <w:r/>
      <w:r/>
    </w:p>
    <w:p>
      <w:pPr>
        <w:pStyle w:val="ListBullet"/>
        <w:spacing w:line="240" w:lineRule="auto"/>
        <w:ind w:left="720"/>
      </w:pPr>
      <w:r/>
      <w:r>
        <w:rPr>
          <w:b/>
        </w:rPr>
        <w:t>Vintage cabaret charm:</w:t>
      </w:r>
      <w:r>
        <w:t xml:space="preserve"> Ruth Wallis’s performance is playful, with a light, theatrical delivery and a jaunty, old-school piano backing.</w:t>
      </w:r>
      <w:r/>
    </w:p>
    <w:p>
      <w:pPr>
        <w:pStyle w:val="ListBullet"/>
        <w:spacing w:line="240" w:lineRule="auto"/>
        <w:ind w:left="720"/>
      </w:pPr>
      <w:r/>
      <w:r>
        <w:rPr>
          <w:b/>
        </w:rPr>
        <w:t>Controversial language:</w:t>
      </w:r>
      <w:r>
        <w:t xml:space="preserve"> The lyrics use period slang and slurs like “pansy,” which can feel offensive today though some have reappropriated such words.</w:t>
      </w:r>
      <w:r/>
    </w:p>
    <w:p>
      <w:pPr>
        <w:pStyle w:val="ListBullet"/>
        <w:spacing w:line="240" w:lineRule="auto"/>
        <w:ind w:left="720"/>
      </w:pPr>
      <w:r/>
      <w:r>
        <w:rPr>
          <w:b/>
        </w:rPr>
        <w:t>Historical snapshot:</w:t>
      </w:r>
      <w:r>
        <w:t xml:space="preserve"> The song, recorded in the early 1950s, reflects mid-century views on gender and sexuality , useful as context, uncomfortable as commentary.</w:t>
      </w:r>
      <w:r/>
    </w:p>
    <w:p>
      <w:pPr>
        <w:pStyle w:val="ListBullet"/>
        <w:spacing w:line="240" w:lineRule="auto"/>
        <w:ind w:left="720"/>
      </w:pPr>
      <w:r/>
      <w:r>
        <w:rPr>
          <w:b/>
        </w:rPr>
        <w:t>Listen with context:</w:t>
      </w:r>
      <w:r>
        <w:t xml:space="preserve"> Enjoyment often depends on the listener’s background; treat it as a cultural artefact rather than a modern endorsement.</w:t>
      </w:r>
      <w:r/>
    </w:p>
    <w:p>
      <w:pPr>
        <w:pStyle w:val="ListBullet"/>
        <w:spacing w:line="240" w:lineRule="auto"/>
        <w:ind w:left="720"/>
      </w:pPr>
      <w:r/>
      <w:r>
        <w:rPr>
          <w:b/>
        </w:rPr>
        <w:t>Practical tip:</w:t>
      </w:r>
      <w:r>
        <w:t xml:space="preserve"> If introducing it to younger listeners, offer a quick framing about how attitudes and language have changed.</w:t>
      </w:r>
      <w:r/>
      <w:r/>
    </w:p>
    <w:p>
      <w:pPr>
        <w:pStyle w:val="Heading2"/>
      </w:pPr>
      <w:r>
        <w:t>Why "Queer Things" still gets people talking</w:t>
      </w:r>
      <w:r/>
    </w:p>
    <w:p>
      <w:r/>
      <w:r>
        <w:t>Ruth Wallis sings with a sly, theatrical smile, so it’s hard not to be charmed by the performance even as the words land oddly. According to archival sources and music databases, the track dates to the early 1950s and sits squarely in Wallis’s novelty-cabaret wheelhouse , a style that specialised in cheeky takes on taboo subjects. That jaunty, slightly mischievous sound explains why some listeners enjoy it purely as a period piece, while others bristle at the terminology.</w:t>
      </w:r>
      <w:r/>
    </w:p>
    <w:p>
      <w:pPr>
        <w:pStyle w:val="Heading2"/>
      </w:pPr>
      <w:r>
        <w:t>A snapshot of mid-century attitudes, for better and worse</w:t>
      </w:r>
      <w:r/>
    </w:p>
    <w:p>
      <w:r/>
      <w:r>
        <w:t>The lyrics lean on stereotypes and an assumption that masculinity should look a certain way, which reads as old-fashioned now. Music historians and queer heritage blogs note the song’s value as documentation: it captures how people joked about sexuality in a time when open discussion was limited. That doesn’t excuse harmful language, but it does make the song a useful prompt for conversations about how social norms and slang evolve.</w:t>
      </w:r>
      <w:r/>
    </w:p>
    <w:p>
      <w:pPr>
        <w:pStyle w:val="Heading2"/>
      </w:pPr>
      <w:r>
        <w:t>Reappropriation, offence and how audiences differ</w:t>
      </w:r>
      <w:r/>
    </w:p>
    <w:p>
      <w:r/>
      <w:r>
        <w:t>Words that were once used as insults have been reclaimed by some within LGBTQ+ communities, and that adds complexity to how “Queer Things” is heard today. Some listeners interpret the song as playful camp; others find its framing dismissive or reductive. If you’re curious, sample the track on streaming sites or watch archival clips to judge tone and delivery , it’s a small exercise in listening critically to history.</w:t>
      </w:r>
      <w:r/>
    </w:p>
    <w:p>
      <w:pPr>
        <w:pStyle w:val="Heading2"/>
      </w:pPr>
      <w:r>
        <w:t>How to introduce the song respectfully</w:t>
      </w:r>
      <w:r/>
    </w:p>
    <w:p>
      <w:r/>
      <w:r>
        <w:t>If you want to share this with friends or students, lead with context. Say when it was recorded, that cabaret often trafficked in exaggerated characters, and that language that was common then can be hurtful now. That way, people can appreciate the musicality , Wallis’s crisp phrasing, the bouncy accompaniment , while recognising the social shift since the 1950s.</w:t>
      </w:r>
      <w:r/>
    </w:p>
    <w:p>
      <w:pPr>
        <w:pStyle w:val="Heading2"/>
      </w:pPr>
      <w:r>
        <w:t>What this means for modern playlists and nostalgia</w:t>
      </w:r>
      <w:r/>
    </w:p>
    <w:p>
      <w:r/>
      <w:r>
        <w:t>Nostalgia playlists are thriving, but curators increasingly pair older material with notes or disclaimers to avoid uncritical celebration of problematic content. Whether you add “Queer Things” to a retro set or keep it as a private curiosity, it’s worth recognising the track as both entertainment and an artefact that opens up a larger conversation about humour, identity and history.</w:t>
      </w:r>
      <w:r/>
    </w:p>
    <w:p>
      <w:r/>
      <w:r>
        <w:t>It's a small cultural detour that prompts a bigger conversation about how we listen.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[4]</w:t>
        </w:r>
      </w:hyperlink>
      <w:r>
        <w:t xml:space="preserve">, </w:t>
      </w:r>
      <w:hyperlink r:id="rId13">
        <w:r>
          <w:rPr>
            <w:color w:val="0000EE"/>
            <w:u w:val="single"/>
          </w:rPr>
          <w:t>[5]</w:t>
        </w:r>
      </w:hyperlink>
      <w:r>
        <w:t xml:space="preserve">- Paragraph 3: </w:t>
      </w:r>
      <w:hyperlink r:id="rId13">
        <w:r>
          <w:rPr>
            <w:color w:val="0000EE"/>
            <w:u w:val="single"/>
          </w:rPr>
          <w:t>[5]</w:t>
        </w:r>
      </w:hyperlink>
      <w:r>
        <w:t xml:space="preserve">, </w:t>
      </w:r>
      <w:hyperlink r:id="rId14">
        <w:r>
          <w:rPr>
            <w:color w:val="0000EE"/>
            <w:u w:val="single"/>
          </w:rPr>
          <w:t>[3]</w:t>
        </w:r>
      </w:hyperlink>
      <w:r>
        <w:t xml:space="preserve">- Paragraph 4: </w:t>
      </w:r>
      <w:hyperlink r:id="rId14">
        <w:r>
          <w:rPr>
            <w:color w:val="0000EE"/>
            <w:u w:val="single"/>
          </w:rPr>
          <w:t>[3]</w:t>
        </w:r>
      </w:hyperlink>
      <w:r>
        <w:t xml:space="preserve">, </w:t>
      </w:r>
      <w:hyperlink r:id="rId15">
        <w:r>
          <w:rPr>
            <w:color w:val="0000EE"/>
            <w:u w:val="single"/>
          </w:rPr>
          <w:t>[7]</w:t>
        </w:r>
      </w:hyperlink>
      <w:r>
        <w:t xml:space="preserve">- Paragraph 5: </w:t>
      </w:r>
      <w:hyperlink r:id="rId13">
        <w:r>
          <w:rPr>
            <w:color w:val="0000EE"/>
            <w:u w:val="single"/>
          </w:rPr>
          <w:t>[5]</w:t>
        </w:r>
      </w:hyperlink>
      <w:r>
        <w:t xml:space="preserve">, </w:t>
      </w:r>
      <w:hyperlink r:id="rId12">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https://themusicalhype.com/ruth-wallis-queer-things-throwback-vibez/</w:t>
        </w:r>
      </w:hyperlink>
      <w:r>
        <w:t xml:space="preserve"> - Please view link - unable to able to access data</w:t>
      </w:r>
      <w:r/>
    </w:p>
    <w:p>
      <w:pPr>
        <w:pStyle w:val="ListNumber"/>
        <w:spacing w:line="240" w:lineRule="auto"/>
        <w:ind w:left="720"/>
      </w:pPr>
      <w:r/>
      <w:hyperlink r:id="rId10">
        <w:r>
          <w:rPr>
            <w:color w:val="0000EE"/>
            <w:u w:val="single"/>
          </w:rPr>
          <w:t>https://www.shazam.com/song/107553807/queer-things</w:t>
        </w:r>
      </w:hyperlink>
      <w:r>
        <w:t xml:space="preserve"> - This page provides the lyrics and details for 'Queer Things' by Ruth Wallis, including its release date and album information. The song was released on January 1, 1998, as part of the album 'Boobs'.</w:t>
      </w:r>
      <w:r/>
    </w:p>
    <w:p>
      <w:pPr>
        <w:pStyle w:val="ListNumber"/>
        <w:spacing w:line="240" w:lineRule="auto"/>
        <w:ind w:left="720"/>
      </w:pPr>
      <w:r/>
      <w:hyperlink r:id="rId14">
        <w:r>
          <w:rPr>
            <w:color w:val="0000EE"/>
            <w:u w:val="single"/>
          </w:rPr>
          <w:t>https://songstranslation.com/ruth-wallis/queer-things/</w:t>
        </w:r>
      </w:hyperlink>
      <w:r>
        <w:t xml:space="preserve"> - This page contains the lyrics of the song 'Queer Things' by Ruth Wallis, offering a comprehensive view of the song's content and themes.</w:t>
      </w:r>
      <w:r/>
    </w:p>
    <w:p>
      <w:pPr>
        <w:pStyle w:val="ListNumber"/>
        <w:spacing w:line="240" w:lineRule="auto"/>
        <w:ind w:left="720"/>
      </w:pPr>
      <w:r/>
      <w:hyperlink r:id="rId12">
        <w:r>
          <w:rPr>
            <w:color w:val="0000EE"/>
            <w:u w:val="single"/>
          </w:rPr>
          <w:t>https://en.wikipedia.org/wiki/Ruth_Wallis</w:t>
        </w:r>
      </w:hyperlink>
      <w:r>
        <w:t xml:space="preserve"> - The Wikipedia page for Ruth Wallis provides an overview of her career, including her start in lounges and cocktail bars, her popularity with novelty songs, and her own record label, Wallis Original Recordings.</w:t>
      </w:r>
      <w:r/>
    </w:p>
    <w:p>
      <w:pPr>
        <w:pStyle w:val="ListNumber"/>
        <w:spacing w:line="240" w:lineRule="auto"/>
        <w:ind w:left="720"/>
      </w:pPr>
      <w:r/>
      <w:hyperlink r:id="rId13">
        <w:r>
          <w:rPr>
            <w:color w:val="0000EE"/>
            <w:u w:val="single"/>
          </w:rPr>
          <w:t>https://blog.queermusicheritage.com/2013/05/22/queer-things/</w:t>
        </w:r>
      </w:hyperlink>
      <w:r>
        <w:t xml:space="preserve"> - This blog post discusses Ruth Wallis's song 'Queer Things', highlighting its exploration of taboo subjects in 1950s America, such as homosexuality and infidelity, and its popularity despite limited airplay.</w:t>
      </w:r>
      <w:r/>
    </w:p>
    <w:p>
      <w:pPr>
        <w:pStyle w:val="ListNumber"/>
        <w:spacing w:line="240" w:lineRule="auto"/>
        <w:ind w:left="720"/>
      </w:pPr>
      <w:r/>
      <w:hyperlink r:id="rId11">
        <w:r>
          <w:rPr>
            <w:color w:val="0000EE"/>
            <w:u w:val="single"/>
          </w:rPr>
          <w:t>https://sonichits.com/video/Ruth_Wallis/Queer_Things</w:t>
        </w:r>
      </w:hyperlink>
      <w:r>
        <w:t xml:space="preserve"> - This page provides the lyrics and details for 'Queer Things' by Ruth Wallis, including its release date and album information. The song was released on January 1, 1966, as part of the album 'Sings the Spice Is Right'.</w:t>
      </w:r>
      <w:r/>
    </w:p>
    <w:p>
      <w:pPr>
        <w:pStyle w:val="ListNumber"/>
        <w:spacing w:line="240" w:lineRule="auto"/>
        <w:ind w:left="720"/>
      </w:pPr>
      <w:r/>
      <w:hyperlink r:id="rId15">
        <w:r>
          <w:rPr>
            <w:color w:val="0000EE"/>
            <w:u w:val="single"/>
          </w:rPr>
          <w:t>https://spainlyrics.com/ruth-wallis/queer-things/</w:t>
        </w:r>
      </w:hyperlink>
      <w:r>
        <w:t xml:space="preserve"> - This page presents the lyrics and Spanish translation of the song 'Queer Things' by Ruth Wallis, offering insight into the song's content and themes.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emusicalhype.com/ruth-wallis-queer-things-throwback-vibez/" TargetMode="External"/><Relationship Id="rId10" Type="http://schemas.openxmlformats.org/officeDocument/2006/relationships/hyperlink" Target="https://www.shazam.com/song/107553807/queer-things" TargetMode="External"/><Relationship Id="rId11" Type="http://schemas.openxmlformats.org/officeDocument/2006/relationships/hyperlink" Target="https://sonichits.com/video/Ruth_Wallis/Queer_Things" TargetMode="External"/><Relationship Id="rId12" Type="http://schemas.openxmlformats.org/officeDocument/2006/relationships/hyperlink" Target="https://en.wikipedia.org/wiki/Ruth_Wallis" TargetMode="External"/><Relationship Id="rId13" Type="http://schemas.openxmlformats.org/officeDocument/2006/relationships/hyperlink" Target="https://blog.queermusicheritage.com/2013/05/22/queer-things/" TargetMode="External"/><Relationship Id="rId14" Type="http://schemas.openxmlformats.org/officeDocument/2006/relationships/hyperlink" Target="https://songstranslation.com/ruth-wallis/queer-things/" TargetMode="External"/><Relationship Id="rId15" Type="http://schemas.openxmlformats.org/officeDocument/2006/relationships/hyperlink" Target="https://spainlyrics.com/ruth-wallis/queer-thing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