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James Haven on closeted gay dating in Hollywood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private lives in Hollywood have always had a shadowy backstage; James Haven’s recent interviews lift the curtain slightly, showing how closeted dating worked, who helped arrange meetings, and why coming out can change everything for a celebrity. This matters for fans, industry-watchers and anyone curious about secrecy, power and intimacy in Tinseltown.</w:t>
      </w:r>
      <w:r/>
    </w:p>
    <w:p>
      <w:r/>
      <w:r>
        <w:t>Essential Takeaways</w:t>
      </w:r>
      <w:r/>
      <w:r/>
    </w:p>
    <w:p>
      <w:pPr>
        <w:pStyle w:val="ListBullet"/>
        <w:spacing w:line="240" w:lineRule="auto"/>
        <w:ind w:left="720"/>
      </w:pPr>
      <w:r/>
      <w:r>
        <w:rPr>
          <w:b/>
        </w:rPr>
        <w:t>Direct detail:</w:t>
      </w:r>
      <w:r>
        <w:t xml:space="preserve"> James Haven described clandestine meeting routes , assistants, code names, and discrete vehicles , as the practical backbone of closeted dating.</w:t>
      </w:r>
      <w:r/>
    </w:p>
    <w:p>
      <w:pPr>
        <w:pStyle w:val="ListBullet"/>
        <w:spacing w:line="240" w:lineRule="auto"/>
        <w:ind w:left="720"/>
      </w:pPr>
      <w:r/>
      <w:r>
        <w:rPr>
          <w:b/>
        </w:rPr>
        <w:t>Private settings:</w:t>
      </w:r>
      <w:r>
        <w:t xml:space="preserve"> Encounters could end up somewhere like a warehouse or private jet, giving a furtive, adrenaline-charged feel.</w:t>
      </w:r>
      <w:r/>
    </w:p>
    <w:p>
      <w:pPr>
        <w:pStyle w:val="ListBullet"/>
        <w:spacing w:line="240" w:lineRule="auto"/>
        <w:ind w:left="720"/>
      </w:pPr>
      <w:r/>
      <w:r>
        <w:rPr>
          <w:b/>
        </w:rPr>
        <w:t>Family response:</w:t>
      </w:r>
      <w:r>
        <w:t xml:space="preserve"> Haven said his father reacted positively after he came out, a moment that felt freeing and transformative.</w:t>
      </w:r>
      <w:r/>
    </w:p>
    <w:p>
      <w:pPr>
        <w:pStyle w:val="ListBullet"/>
        <w:spacing w:line="240" w:lineRule="auto"/>
        <w:ind w:left="720"/>
      </w:pPr>
      <w:r/>
      <w:r>
        <w:rPr>
          <w:b/>
        </w:rPr>
        <w:t>Public to private shift:</w:t>
      </w:r>
      <w:r>
        <w:t xml:space="preserve"> Since coming out, Haven noted the dynamic has changed , less subterfuge, more openness and safety.</w:t>
      </w:r>
      <w:r/>
    </w:p>
    <w:p>
      <w:pPr>
        <w:pStyle w:val="ListBullet"/>
        <w:spacing w:line="240" w:lineRule="auto"/>
        <w:ind w:left="720"/>
      </w:pPr>
      <w:r/>
      <w:r>
        <w:rPr>
          <w:b/>
        </w:rPr>
        <w:t>Support network:</w:t>
      </w:r>
      <w:r>
        <w:t xml:space="preserve"> His ex-wife, Romi Imbelli, remains a confidante, showing that relationships can evolve into support rather than drama.</w:t>
      </w:r>
      <w:r/>
      <w:r/>
    </w:p>
    <w:p>
      <w:pPr>
        <w:pStyle w:val="Heading2"/>
      </w:pPr>
      <w:r>
        <w:t>An unexpectedly candid account , what Haven actually said</w:t>
      </w:r>
      <w:r/>
    </w:p>
    <w:p>
      <w:r/>
      <w:r>
        <w:t>James Haven spoke candidly about the small, secretive logistics that made closeted dating possible, and he painted a tactile picture: assistants passing notes, code names whispered, and the odd thrill of being led off-site. According to the Attitude report, he described an Oscars luncheon where someone followed him into a bathroom, a detail that feels uncomfortably intimate and telling. That sensory detail , the quiet, sudden follow , helps explain how secrecy feels as much as it functions.</w:t>
      </w:r>
      <w:r/>
    </w:p>
    <w:p>
      <w:r/>
      <w:r>
        <w:t>This isn’t a new Hollywood trope; it’s a pattern with roots in decades of industry pressure and publicity machines. Rock Hudson’s story remains the archetype for public/private splits in celebrity gay life, and outlets like CBS News have documented how those pressures shaped careers and relationships in earlier eras. Haven’s recollections link that older history with the very modern logistics of assistants and code names.</w:t>
      </w:r>
      <w:r/>
    </w:p>
    <w:p>
      <w:pPr>
        <w:pStyle w:val="Heading2"/>
      </w:pPr>
      <w:r>
        <w:t>How the logistics worked , assistants, codewords and escape routes</w:t>
      </w:r>
      <w:r/>
    </w:p>
    <w:p>
      <w:r/>
      <w:r>
        <w:t>Haven’s line about “it starts with an assistant” is the practical nugget here. Assistants were often the gatekeepers and orchestrators, using real names or invented ones to keep identities secret. The plan then moved to a neutral rendezvous , “come to the whatever” , that signalled privacy without spelling anything out.</w:t>
      </w:r>
      <w:r/>
    </w:p>
    <w:p>
      <w:r/>
      <w:r>
        <w:t>If you’re picturing cloak-and-dagger scenes, that’s partly right: cars that didn’t match the attendee list, exits where people split into different vehicles, and destinations chosen for confidentiality. It’s a reminder that secrecy requires infrastructure, and in Hollywood that infrastructure has been professionalised for years. For those trying to understand celebrity culture, look less for glamour and more for the quiet choreography of people trying to protect themselves.</w:t>
      </w:r>
      <w:r/>
    </w:p>
    <w:p>
      <w:pPr>
        <w:pStyle w:val="Heading2"/>
      </w:pPr>
      <w:r>
        <w:t>Why coming out changes the script</w:t>
      </w:r>
      <w:r/>
    </w:p>
    <w:p>
      <w:r/>
      <w:r>
        <w:t>Haven described feeling like a “new person” after coming out, and he said interactions are different now. The mechanics that once protected privacy become unnecessary when someone is publicly out, which can reduce the constant anxiety of being observed or outed. That shift is both practical , fewer secret meetings , and emotional: openness can relieve stress and allow relationships to be less transactional.</w:t>
      </w:r>
      <w:r/>
    </w:p>
    <w:p>
      <w:r/>
      <w:r>
        <w:t>Industry reaction matters too. Haven noted his father’s positive response, an important human detail often missing in celebrity narratives. When family and close friends respond with support, it changes the tenor of how an actor or public figure navigates future relationships and public life. For celebrities weighing disclosure, that contrast of before and after is often the decisive factor.</w:t>
      </w:r>
      <w:r/>
    </w:p>
    <w:p>
      <w:pPr>
        <w:pStyle w:val="Heading2"/>
      </w:pPr>
      <w:r>
        <w:t>The bigger pattern: old Hollywood to modern reckonings</w:t>
      </w:r>
      <w:r/>
    </w:p>
    <w:p>
      <w:r/>
      <w:r>
        <w:t>Haven’s account sits on a long arc from the studio-era closet to today’s more visible queer talent. Stories about figures like Rock Hudson show the cost of enforced secrecy, while modern reporting highlights increased acceptance and legal protections. Still, the need for secrecy hasn’t vanished entirely; power dynamics, career stakes and tabloid culture continue to shape choices.</w:t>
      </w:r>
      <w:r/>
    </w:p>
    <w:p>
      <w:r/>
      <w:r>
        <w:t>This is why Haven’s story matters beyond private gossip. It reminds readers that the mechanics of secrecy are often mundane , assistants, diverted cars, codewords , and that those small things add up to a culture of invisibility. As public attitudes evolve, so do the practicalities of dating and relationships for famous people.</w:t>
      </w:r>
      <w:r/>
    </w:p>
    <w:p>
      <w:pPr>
        <w:pStyle w:val="Heading2"/>
      </w:pPr>
      <w:r>
        <w:t>Practical perspective: what this means for fans and industry watchers</w:t>
      </w:r>
      <w:r/>
    </w:p>
    <w:p>
      <w:r/>
      <w:r>
        <w:t>If you follow celebrity culture, Haven’s comments offer a simple takeaway: don’t assume what you see is the whole story. Assistants, PR teams and logistics often conceal as much as they reveal. For anyone in the industry, the lesson is also structural , create safer, less transactional spaces for intimacy, and recognise the emotional costs of forcing secrecy.</w:t>
      </w:r>
      <w:r/>
    </w:p>
    <w:p>
      <w:r/>
      <w:r>
        <w:t>For fans, the human element is key. Behind the whispers and the whispers-of-whispers are people negotiating identity, safety and connection. That’s as true for Hollywood now as it was in Hudson’s day, and hearing those stories can encourage empathy rather than voyeurism.</w:t>
      </w:r>
      <w:r/>
    </w:p>
    <w:p>
      <w:r/>
      <w:r>
        <w:t>It’s a small change that can make every private meeting feel a little less haunted.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https://www.attitude.co.uk/culture/james-haven-how-closeted-gay-stars-meet-privately-hollywood-531424/</w:t>
        </w:r>
      </w:hyperlink>
      <w:r>
        <w:t xml:space="preserve"> - Please view link - unable to able to access data</w:t>
      </w:r>
      <w:r/>
    </w:p>
    <w:p>
      <w:pPr>
        <w:pStyle w:val="ListNumber"/>
        <w:spacing w:line="240" w:lineRule="auto"/>
        <w:ind w:left="720"/>
      </w:pPr>
      <w:r/>
      <w:hyperlink r:id="rId9">
        <w:r>
          <w:rPr>
            <w:color w:val="0000EE"/>
            <w:u w:val="single"/>
          </w:rPr>
          <w:t>https://www.attitude.co.uk/culture/james-haven-how-closeted-gay-stars-meet-privately-hollywood-531424/</w:t>
        </w:r>
      </w:hyperlink>
      <w:r>
        <w:t xml:space="preserve"> - James Haven, brother of Angelina Jolie, has recently come out as gay. In an interview on Jon Dean's All Out podcast, he discussed his experiences as a closeted gay man in Hollywood, revealing how interactions often began with assistants using real or code names, leading to discreet meetings in private locations like warehouses or private jets. He also shared his father's positive reaction to his coming out. Haven was joined by his ex-wife, Romi Imbelli, who remains a supportive confidante.</w:t>
      </w:r>
      <w:r/>
    </w:p>
    <w:p>
      <w:pPr>
        <w:pStyle w:val="ListNumber"/>
        <w:spacing w:line="240" w:lineRule="auto"/>
        <w:ind w:left="720"/>
      </w:pPr>
      <w:r/>
      <w:hyperlink r:id="rId13">
        <w:r>
          <w:rPr>
            <w:color w:val="0000EE"/>
            <w:u w:val="single"/>
          </w:rPr>
          <w:t>https://www.justjared.com/2025/01/01/angelina-jolie%E2%80%99s-brother-james-haven-marries-romi-imbelli-in-secret-l-a-ceremony-exclusive/</w:t>
        </w:r>
      </w:hyperlink>
      <w:r>
        <w:t xml:space="preserve"> - James Haven, brother of Angelina Jolie, married Romi Marie Imbelli in a secret ceremony in Laguna Beach, California, on August 12, 2024. The intimate event was attended by close family, including James' father, actor Jon Voight. Romi, previously known as Romi Klinger, reflected on their 23-year friendship and marriage, mentioning plans for a larger celebration in the future. Notably, James' sister, Angelina Jolie, was absent from the ceremony.</w:t>
      </w:r>
      <w:r/>
    </w:p>
    <w:p>
      <w:pPr>
        <w:pStyle w:val="ListNumber"/>
        <w:spacing w:line="240" w:lineRule="auto"/>
        <w:ind w:left="720"/>
      </w:pPr>
      <w:r/>
      <w:hyperlink r:id="rId10">
        <w:r>
          <w:rPr>
            <w:color w:val="0000EE"/>
            <w:u w:val="single"/>
          </w:rPr>
          <w:t>https://www.cbsnews.com/amp/news/rock-hudson-the-public-and-private-lives-of-a-gay-hollywood-idol/</w:t>
        </w:r>
      </w:hyperlink>
      <w:r>
        <w:t xml:space="preserve"> - Rock Hudson, a prominent Hollywood actor, led a double life as a closeted gay man. Despite his on-screen image as a romantic leading man, Hudson's personal life was marked by secrecy. The CBS News article delves into his public and private lives, highlighting the challenges he faced in maintaining his image while concealing his sexuality. The piece also touches upon the impact of his AIDS diagnosis on public perceptions of the disease.</w:t>
      </w:r>
      <w:r/>
    </w:p>
    <w:p>
      <w:pPr>
        <w:pStyle w:val="ListNumber"/>
        <w:spacing w:line="240" w:lineRule="auto"/>
        <w:ind w:left="720"/>
      </w:pPr>
      <w:r/>
      <w:hyperlink r:id="rId12">
        <w:r>
          <w:rPr>
            <w:color w:val="0000EE"/>
            <w:u w:val="single"/>
          </w:rPr>
          <w:t>https://www.thepinknews.com/2023/06/07/rock-hudson-all-that-heaven-allowed-documentary-release-date/</w:t>
        </w:r>
      </w:hyperlink>
      <w:r>
        <w:t xml:space="preserve"> - A new documentary titled 'Rock Hudson: All That Heaven Allowed' explores the life of the closeted Hollywood star. Directed by Stephen Kijak, the film examines Hudson's career and the significance of his public revelation about his AIDS diagnosis. The documentary aims to shed light on Hudson's personal struggles and the broader context of LGBTQ+ representation in Hollywood during his era.</w:t>
      </w:r>
      <w:r/>
    </w:p>
    <w:p>
      <w:pPr>
        <w:pStyle w:val="ListNumber"/>
        <w:spacing w:line="240" w:lineRule="auto"/>
        <w:ind w:left="720"/>
      </w:pPr>
      <w:r/>
      <w:hyperlink r:id="rId14">
        <w:r>
          <w:rPr>
            <w:color w:val="0000EE"/>
            <w:u w:val="single"/>
          </w:rPr>
          <w:t>https://www.towleroad.com/2008/12/van-johnson-clo/</w:t>
        </w:r>
      </w:hyperlink>
      <w:r>
        <w:t xml:space="preserve"> - Van Johnson, a Hollywood heartthrob, was a closeted gay man who passed away at 92. Despite his popularity, mainstream media often overlooked his sexuality. The obituary highlights his personal life, including his marriage to Eve Wynn, the former wife of his close friend, actor Keenan Wynn. The article also touches upon the lack of acknowledgment of Johnson's sexuality in his obituaries.</w:t>
      </w:r>
      <w:r/>
    </w:p>
    <w:p>
      <w:pPr>
        <w:pStyle w:val="ListNumber"/>
        <w:spacing w:line="240" w:lineRule="auto"/>
        <w:ind w:left="720"/>
      </w:pPr>
      <w:r/>
      <w:hyperlink r:id="rId11">
        <w:r>
          <w:rPr>
            <w:color w:val="0000EE"/>
            <w:u w:val="single"/>
          </w:rPr>
          <w:t>https://www.clichemag.com/celebrity-news/five-things-about-james-haven-hollywood-life/</w:t>
        </w:r>
      </w:hyperlink>
      <w:r>
        <w:t xml:space="preserve"> - James Haven, brother of Angelina Jolie, has been a notable figure in Hollywood. The article provides five key facts about him, including his acting career, his role as a nanny to Angelina's children, and his conversion to Christianity in 2009. It also mentions the controversy surrounding a kiss between James and Angelina at the 2000 Oscars and notes that his niece, Shiloh, was named after him.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culture/james-haven-how-closeted-gay-stars-meet-privately-hollywood-531424/" TargetMode="External"/><Relationship Id="rId10" Type="http://schemas.openxmlformats.org/officeDocument/2006/relationships/hyperlink" Target="https://www.cbsnews.com/amp/news/rock-hudson-the-public-and-private-lives-of-a-gay-hollywood-idol/" TargetMode="External"/><Relationship Id="rId11" Type="http://schemas.openxmlformats.org/officeDocument/2006/relationships/hyperlink" Target="https://www.clichemag.com/celebrity-news/five-things-about-james-haven-hollywood-life/" TargetMode="External"/><Relationship Id="rId12" Type="http://schemas.openxmlformats.org/officeDocument/2006/relationships/hyperlink" Target="https://www.thepinknews.com/2023/06/07/rock-hudson-all-that-heaven-allowed-documentary-release-date/" TargetMode="External"/><Relationship Id="rId13" Type="http://schemas.openxmlformats.org/officeDocument/2006/relationships/hyperlink" Target="https://www.justjared.com/2025/01/01/angelina-jolie%E2%80%99s-brother-james-haven-marries-romi-imbelli-in-secret-l-a-ceremony-exclusive/" TargetMode="External"/><Relationship Id="rId14" Type="http://schemas.openxmlformats.org/officeDocument/2006/relationships/hyperlink" Target="https://www.towleroad.com/2008/12/van-johnson-cl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