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Sydney Gay Halloween Parties to Hit After Horrorween and Halloween Wh*res Cancel</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clubbers alike are regrouping as Sydney’s two biggest queer Halloween blowouts pull out, but there’s still plenty on , from a velvet-ballroom costume banger to dawn rooftop raves. Here’s what’s running, why it matters, and how to pick the night that’ll actually make your spooky season.</w:t>
      </w:r>
      <w:r/>
    </w:p>
    <w:p>
      <w:r/>
      <w:r>
        <w:t>Essential Takeaways</w:t>
      </w:r>
      <w:r/>
      <w:r/>
    </w:p>
    <w:p>
      <w:pPr>
        <w:pStyle w:val="ListBullet"/>
        <w:spacing w:line="240" w:lineRule="auto"/>
        <w:ind w:left="720"/>
      </w:pPr>
      <w:r/>
      <w:r>
        <w:rPr>
          <w:b/>
        </w:rPr>
        <w:t>Halloqween Ball:</w:t>
      </w:r>
      <w:r>
        <w:t xml:space="preserve"> A glitzy POOF DOOF costume event at The Ivy on 31 October , third release tickets are on sale, expect a big production and theatrical crowd.</w:t>
      </w:r>
      <w:r/>
    </w:p>
    <w:p>
      <w:pPr>
        <w:pStyle w:val="ListBullet"/>
        <w:spacing w:line="240" w:lineRule="auto"/>
        <w:ind w:left="720"/>
      </w:pPr>
      <w:r/>
      <w:r>
        <w:rPr>
          <w:b/>
        </w:rPr>
        <w:t>Hallo You:</w:t>
      </w:r>
      <w:r>
        <w:t xml:space="preserve"> New contender from the team behind the YOU parties at ARQ, also on 31 October, promising club-ready vibes with spooky flair.</w:t>
      </w:r>
      <w:r/>
    </w:p>
    <w:p>
      <w:pPr>
        <w:pStyle w:val="ListBullet"/>
        <w:spacing w:line="240" w:lineRule="auto"/>
        <w:ind w:left="720"/>
      </w:pPr>
      <w:r/>
      <w:r>
        <w:rPr>
          <w:b/>
        </w:rPr>
        <w:t>Morning Glory afterparty:</w:t>
      </w:r>
      <w:r>
        <w:t xml:space="preserve"> Official HALLO YOU afterparty at HOME rooftop starts 3am on 1 November , an early-morning rave that asks you to “be weird” and commit to extreme costumes.</w:t>
      </w:r>
      <w:r/>
    </w:p>
    <w:p>
      <w:pPr>
        <w:pStyle w:val="ListBullet"/>
        <w:spacing w:line="240" w:lineRule="auto"/>
        <w:ind w:left="720"/>
      </w:pPr>
      <w:r/>
      <w:r>
        <w:rPr>
          <w:b/>
        </w:rPr>
        <w:t>Options remain:</w:t>
      </w:r>
      <w:r>
        <w:t xml:space="preserve"> Even without Horrorween and Halloween Wh*res, the Sydney queer scene is pivoting to smaller, high-energy events that reward costumes and stamina.</w:t>
      </w:r>
      <w:r/>
    </w:p>
    <w:p>
      <w:pPr>
        <w:pStyle w:val="ListBullet"/>
        <w:spacing w:line="240" w:lineRule="auto"/>
        <w:ind w:left="720"/>
      </w:pPr>
      <w:r/>
      <w:r>
        <w:rPr>
          <w:b/>
        </w:rPr>
        <w:t>Practical tip:</w:t>
      </w:r>
      <w:r>
        <w:t xml:space="preserve"> Buy tickets early, plan transport for late finishes, and pick an outfit you can dance and eat breakfast in.</w:t>
      </w:r>
      <w:r/>
      <w:r/>
    </w:p>
    <w:p>
      <w:pPr>
        <w:pStyle w:val="Heading2"/>
      </w:pPr>
      <w:r>
        <w:t>Where the biggest queer Halloween vibes are now , Halloqween Ball steals the spotlight</w:t>
      </w:r>
      <w:r/>
    </w:p>
    <w:p>
      <w:r/>
      <w:r>
        <w:t>If you were banking on Horrorween or Halloween Wh*res, take a breath: POOF DOOF’s Halloqween Ball has stepped into that gap with a theatrical, ballroom-style costume party at The Ivy. The room will feel glossy and theatrical, all chandeliers and over-the-top looks, so this is the one for dramatic entrances and curated selfies. Tickets are already in third release, so if you want front-row glamour, sort them now. And yes, wear something that makes you feel enormous , that’s the point.</w:t>
      </w:r>
      <w:r/>
    </w:p>
    <w:p>
      <w:pPr>
        <w:pStyle w:val="Heading2"/>
      </w:pPr>
      <w:r>
        <w:t>New kids, familiar beats , Hallo You brings the club energy</w:t>
      </w:r>
      <w:r/>
    </w:p>
    <w:p>
      <w:r/>
      <w:r>
        <w:t>Hallo You is coming from the same collective that’s been running the YOU parties at ARQ, which means expect tight club programming and a crowd that knows how to dance. It’s a cleaner, more club-focused alternative to the festival-scale options that folded, and that can be a blessing if you hate losing your coat in a field. If your Halloween priorities are fog machines and a sticky dance floor rather than production spectacle, this is the pick.</w:t>
      </w:r>
      <w:r/>
    </w:p>
    <w:p>
      <w:pPr>
        <w:pStyle w:val="Heading2"/>
      </w:pPr>
      <w:r>
        <w:t>Dawn raves and messy magic , Morning Glory’s rooftop afterparty</w:t>
      </w:r>
      <w:r/>
    </w:p>
    <w:p>
      <w:r/>
      <w:r>
        <w:t>If you’re the sort of person who treats Halloween like a multi-act performance, Morning Glory’s official HALLO YOU afterparty at HOME rooftop is the kind of reckless plan that rewards commitment. Doors at 3am on 1 November , yes, that’s absurd , and the organisers are openly encouraging maximal weirdness. Expect sweaty sunrise sets, tired but ecstatic crowds, and costumes that have survived the night. Practical note: plan for taxis or a sober friend, because public transport options will be limited.</w:t>
      </w:r>
      <w:r/>
    </w:p>
    <w:p>
      <w:pPr>
        <w:pStyle w:val="Heading2"/>
      </w:pPr>
      <w:r>
        <w:t>Why cancellations happened, and what that means for the scene</w:t>
      </w:r>
      <w:r/>
    </w:p>
    <w:p>
      <w:r/>
      <w:r>
        <w:t>When big, opulent events like Horrorween and Halloween Wh*res step back, it’s often down to rising costs, logistical headaches, or behind-the-scenes disputes. According to coverage, organisers cited external pressures and changes in the landscape. The immediate effect is a smaller calendar, but not a dead one , promoters are consolidating, leaning on established club nights, and turning Halloween into a boutique moment rather than a huge festival. For punters, that can mean more curated experiences and fewer anonymous crowds.</w:t>
      </w:r>
      <w:r/>
    </w:p>
    <w:p>
      <w:pPr>
        <w:pStyle w:val="Heading2"/>
      </w:pPr>
      <w:r>
        <w:t>How to choose the right Halloween plan for you</w:t>
      </w:r>
      <w:r/>
    </w:p>
    <w:p>
      <w:r/>
      <w:r>
        <w:t>Decide what you want before you buy. If you crave production and spectacle, Halloqween Ball is your best bet. If you want non-stop dancing and familiar DJs, Hallo You will hit the mark. If you’re chasing the anecdote of the year , costume dwindling at sunrise , book the Morning Glory afterparty. Practical checklist: check ticket release stages, bring a small bag for essentials, and pick shoes you can both strut and stumble in. Remember, commitment pays off , in photos and memories.</w:t>
      </w:r>
      <w:r/>
    </w:p>
    <w:p>
      <w:r/>
      <w:r>
        <w:t>It’s a small change to the calendar, but not the end of queer Halloween , there’s still plenty to dress up for.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Paragraph 3: </w:t>
      </w:r>
      <w:hyperlink r:id="rId12">
        <w:r>
          <w:rPr>
            <w:color w:val="0000EE"/>
            <w:u w:val="single"/>
          </w:rPr>
          <w:t>[4]</w:t>
        </w:r>
      </w:hyperlink>
      <w:r>
        <w:t xml:space="preserve">, </w:t>
      </w:r>
      <w:hyperlink r:id="rId13">
        <w:r>
          <w:rPr>
            <w:color w:val="0000EE"/>
            <w:u w:val="single"/>
          </w:rPr>
          <w:t>[5]</w:t>
        </w:r>
      </w:hyperlink>
      <w:r>
        <w:t xml:space="preserve">- Paragraph 4: </w:t>
      </w:r>
      <w:hyperlink r:id="rId14">
        <w:r>
          <w:rPr>
            <w:color w:val="0000EE"/>
            <w:u w:val="single"/>
          </w:rPr>
          <w:t>[6]</w:t>
        </w:r>
      </w:hyperlink>
      <w:r>
        <w:t xml:space="preserve">, </w:t>
      </w:r>
      <w:hyperlink r:id="rId11">
        <w:r>
          <w:rPr>
            <w:color w:val="0000EE"/>
            <w:u w:val="single"/>
          </w:rPr>
          <w:t>[7]</w:t>
        </w:r>
      </w:hyperlink>
      <w:r>
        <w:t xml:space="preserve">- Paragraph 5: </w:t>
      </w:r>
      <w:hyperlink r:id="rId10">
        <w:r>
          <w:rPr>
            <w:color w:val="0000EE"/>
            <w:u w:val="single"/>
          </w:rPr>
          <w:t>[2]</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https://www.starobserver.com.au/artsentertainment/no-whres-no-horrorween-are-any-sydney-gay-halloween-parties-actually-still-on/243288</w:t>
        </w:r>
      </w:hyperlink>
      <w:r>
        <w:t xml:space="preserve"> - Please view link - unable to able to access data</w:t>
      </w:r>
      <w:r/>
    </w:p>
    <w:p>
      <w:pPr>
        <w:pStyle w:val="ListNumber"/>
        <w:spacing w:line="240" w:lineRule="auto"/>
        <w:ind w:left="720"/>
      </w:pPr>
      <w:r/>
      <w:hyperlink r:id="rId10">
        <w:r>
          <w:rPr>
            <w:color w:val="0000EE"/>
            <w:u w:val="single"/>
          </w:rPr>
          <w:t>https://poofdoof.com/brand/halloqween/</w:t>
        </w:r>
      </w:hyperlink>
      <w:r>
        <w:t xml:space="preserve"> - POOF DOOF's Halloqween is Australia's largest queer Halloween costume extravaganza, held annually in Melbourne and Sydney. The event features elaborate costumes, international and national headliners, and a vibrant atmosphere. In 2023, Halloqween was scheduled for October 31 at The Ivy in Sydney, with tickets already on sale. Attendees are encouraged to plan their outfits and purchase tickets promptly, as availability is limited. The event promises a night of music, dance, and community celebration, solidifying its status as a highlight in Sydney's queer party calendar.</w:t>
      </w:r>
      <w:r/>
    </w:p>
    <w:p>
      <w:pPr>
        <w:pStyle w:val="ListNumber"/>
        <w:spacing w:line="240" w:lineRule="auto"/>
        <w:ind w:left="720"/>
      </w:pPr>
      <w:r/>
      <w:hyperlink r:id="rId15">
        <w:r>
          <w:rPr>
            <w:color w:val="0000EE"/>
            <w:u w:val="single"/>
          </w:rPr>
          <w:t>https://events.humanitix.com/bitch-craft-2023</w:t>
        </w:r>
      </w:hyperlink>
      <w:r>
        <w:t xml:space="preserve"> - Sydney Queer Irish's 'BitchCraft' Halloween Party is a spooky extravaganza celebrating all things dark, kinky, and queer. Scheduled for October 28, 2023, at 383 Bourke St, Darlinghurst, the event pays homage to the ancient Celtic festival of Samhain, the origin of Halloween. The night features performances by DJ Alex Dugan and DJ Eddie, with curated performances by Marlene Dali. The event is powered by Humanitix, which dedicates 100% of profits from booking fees to charity, ensuring a fun and meaningful experience for attendees.</w:t>
      </w:r>
      <w:r/>
    </w:p>
    <w:p>
      <w:pPr>
        <w:pStyle w:val="ListNumber"/>
        <w:spacing w:line="240" w:lineRule="auto"/>
        <w:ind w:left="720"/>
      </w:pPr>
      <w:r/>
      <w:hyperlink r:id="rId12">
        <w:r>
          <w:rPr>
            <w:color w:val="0000EE"/>
            <w:u w:val="single"/>
          </w:rPr>
          <w:t>https://ra.co/events/1797253</w:t>
        </w:r>
      </w:hyperlink>
      <w:r>
        <w:t xml:space="preserve"> - WeLove Underground's Halloween Party, part of the WeLove #426 series, is set for October 27, 2023, at the Burdekin Hotel in Darlinghurst, Sydney. The event promises a night of electronic euphoria with techno and house music, featuring a lineup including Ameer Mikhael, David Carollo, DGTLNOMAD, Nick Reverse, and Waldon. Attendees are encouraged to come in their best disguises for a spine-chilling extravaganza. The venue offers food and drinks, accompanied by WeLove DJs and friends playing on the Void Sound System, ensuring an unforgettable Halloween experience.</w:t>
      </w:r>
      <w:r/>
    </w:p>
    <w:p>
      <w:pPr>
        <w:pStyle w:val="ListNumber"/>
        <w:spacing w:line="240" w:lineRule="auto"/>
        <w:ind w:left="720"/>
      </w:pPr>
      <w:r/>
      <w:hyperlink r:id="rId13">
        <w:r>
          <w:rPr>
            <w:color w:val="0000EE"/>
            <w:u w:val="single"/>
          </w:rPr>
          <w:t>https://ra.co/events/1792399</w:t>
        </w:r>
      </w:hyperlink>
      <w:r>
        <w:t xml:space="preserve"> - Club Worship's Halloween event at Tokyo Sing Song in Newtown, Sydney, is scheduled for October 28, 2023. This inclusive dance party features an all-queer Asian lineup, creating a safe space for queer Asians, QTBIPOC, friends, and allies. The event aims to provide a vibrant and welcoming atmosphere for the community, with more details to be announced. Attendees can look forward to a night of music, dancing, and celebration, embracing the spirit of Halloween in a unique and inclusive setting.</w:t>
      </w:r>
      <w:r/>
    </w:p>
    <w:p>
      <w:pPr>
        <w:pStyle w:val="ListNumber"/>
        <w:spacing w:line="240" w:lineRule="auto"/>
        <w:ind w:left="720"/>
      </w:pPr>
      <w:r/>
      <w:hyperlink r:id="rId14">
        <w:r>
          <w:rPr>
            <w:color w:val="0000EE"/>
            <w:u w:val="single"/>
          </w:rPr>
          <w:t>https://gaysydneynews.com.au/news/halloween-whres-cancelled-blames-mysterious-players/</w:t>
        </w:r>
      </w:hyperlink>
      <w:r>
        <w:t xml:space="preserve"> - Halloween Wh*res, Sydney's largest queer Halloween party, has been cancelled for 2023. The organisers cited increased ticket prices and difficulties in finding an appropriate venue as the primary reasons for the cancellation. The event, typically held at the Metro Theatre in Sydney's CBD, has been a staple in the city's queer party scene since 2007. The organisers expressed their disappointment and are exploring alternative options for future events, aiming to continue providing thrilling experiences for the community.</w:t>
      </w:r>
      <w:r/>
    </w:p>
    <w:p>
      <w:pPr>
        <w:pStyle w:val="ListNumber"/>
        <w:spacing w:line="240" w:lineRule="auto"/>
        <w:ind w:left="720"/>
      </w:pPr>
      <w:r/>
      <w:hyperlink r:id="rId11">
        <w:r>
          <w:rPr>
            <w:color w:val="0000EE"/>
            <w:u w:val="single"/>
          </w:rPr>
          <w:t>https://www.starobserver.com.au/whats-on/horrorween-festival/225266</w:t>
        </w:r>
      </w:hyperlink>
      <w:r>
        <w:t xml:space="preserve"> - Horrorween Festival, Australia's largest queer Halloween dance party, is returning to Sydney's Hordern Pavilion for its second year on October 28, 2023. The event will feature performances by drag stars Kween Kong, Hannah Conda, and Brooke Lynn Hytes. Organisers promise a world where fantasy meets fright, with heart-stopping shows, jaw-dropping production, and top local and international DJ talent to keep attendees dancing all night long. The festival aims to provide an unforgettable Halloween experience for the queer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artsentertainment/no-whres-no-horrorween-are-any-sydney-gay-halloween-parties-actually-still-on/243288" TargetMode="External"/><Relationship Id="rId10" Type="http://schemas.openxmlformats.org/officeDocument/2006/relationships/hyperlink" Target="https://poofdoof.com/brand/halloqween/" TargetMode="External"/><Relationship Id="rId11" Type="http://schemas.openxmlformats.org/officeDocument/2006/relationships/hyperlink" Target="https://www.starobserver.com.au/whats-on/horrorween-festival/225266" TargetMode="External"/><Relationship Id="rId12" Type="http://schemas.openxmlformats.org/officeDocument/2006/relationships/hyperlink" Target="https://ra.co/events/1797253" TargetMode="External"/><Relationship Id="rId13" Type="http://schemas.openxmlformats.org/officeDocument/2006/relationships/hyperlink" Target="https://ra.co/events/1792399" TargetMode="External"/><Relationship Id="rId14" Type="http://schemas.openxmlformats.org/officeDocument/2006/relationships/hyperlink" Target="https://gaysydneynews.com.au/news/halloween-whres-cancelled-blames-mysterious-players/" TargetMode="External"/><Relationship Id="rId15" Type="http://schemas.openxmlformats.org/officeDocument/2006/relationships/hyperlink" Target="https://events.humanitix.com/bitch-craft-20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