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Summer-to-Fall Portland Events Guide: Birding, Festivals and Weird Fun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 something new this season: Portland’s calendar is buzzing from late August into September with bird hikes, queer horror screenings, punk reunions, and delightfully odd community fêtes, here’s what to pick and why each event matters for locals and visitors alike.</w:t>
      </w:r>
      <w:r/>
    </w:p>
    <w:p>
      <w:r/>
      <w:r>
        <w:t>Essential Takeaways</w:t>
      </w:r>
      <w:r/>
      <w:r/>
    </w:p>
    <w:p>
      <w:pPr>
        <w:pStyle w:val="ListBullet"/>
        <w:spacing w:line="240" w:lineRule="auto"/>
        <w:ind w:left="720"/>
      </w:pPr>
      <w:r/>
      <w:r>
        <w:rPr>
          <w:b/>
        </w:rPr>
        <w:t>Big-picture variety:</w:t>
      </w:r>
      <w:r>
        <w:t xml:space="preserve"> Outdoor nature activities sit alongside niche festivals, giving you options whether you crave quiet paddles or loud punk shows.</w:t>
      </w:r>
      <w:r/>
    </w:p>
    <w:p>
      <w:pPr>
        <w:pStyle w:val="ListBullet"/>
        <w:spacing w:line="240" w:lineRule="auto"/>
        <w:ind w:left="720"/>
      </w:pPr>
      <w:r/>
      <w:r>
        <w:rPr>
          <w:b/>
        </w:rPr>
        <w:t>Beginner-friendly birding:</w:t>
      </w:r>
      <w:r>
        <w:t xml:space="preserve"> The Bird Days of Summer series offers relaxed, accessible outings, easy pace, friendly guides, low pressure.</w:t>
      </w:r>
      <w:r/>
    </w:p>
    <w:p>
      <w:pPr>
        <w:pStyle w:val="ListBullet"/>
        <w:spacing w:line="240" w:lineRule="auto"/>
        <w:ind w:left="720"/>
      </w:pPr>
      <w:r/>
      <w:r>
        <w:rPr>
          <w:b/>
        </w:rPr>
        <w:t>Tickets and crowds:</w:t>
      </w:r>
      <w:r>
        <w:t xml:space="preserve"> Several headline gigs (La Luz, Bikini Kill) are already sold out; plan early for Converge and Time-Based Art.</w:t>
      </w:r>
      <w:r/>
    </w:p>
    <w:p>
      <w:pPr>
        <w:pStyle w:val="ListBullet"/>
        <w:spacing w:line="240" w:lineRule="auto"/>
        <w:ind w:left="720"/>
      </w:pPr>
      <w:r/>
      <w:r>
        <w:rPr>
          <w:b/>
        </w:rPr>
        <w:t>Community vibe:</w:t>
      </w:r>
      <w:r>
        <w:t xml:space="preserve"> Many events are free or low-cost and driven by local organisers, expect grassroots energy, quirky costumes, and family-friendly zones.</w:t>
      </w:r>
      <w:r/>
    </w:p>
    <w:p>
      <w:pPr>
        <w:pStyle w:val="ListBullet"/>
        <w:spacing w:line="240" w:lineRule="auto"/>
        <w:ind w:left="720"/>
      </w:pPr>
      <w:r/>
      <w:r>
        <w:rPr>
          <w:b/>
        </w:rPr>
        <w:t>Sensory notes:</w:t>
      </w:r>
      <w:r>
        <w:t xml:space="preserve"> Evening paddles smell of wet reeds, punk shows hit loud and visceral, and quirky festivals lean playful and colourful.</w:t>
      </w:r>
      <w:r/>
      <w:r/>
    </w:p>
    <w:p>
      <w:pPr>
        <w:pStyle w:val="Heading2"/>
      </w:pPr>
      <w:r>
        <w:t>Birding for the curious: The Bird Days of Summer series makes it easy to start</w:t>
      </w:r>
      <w:r/>
    </w:p>
    <w:p>
      <w:r/>
      <w:r>
        <w:t>If you’ve never birded before, these outings feel welcoming rather than preachy, with a calm, patient rhythm and the soft scratch of binocular straps. The Bird Alliance of Oregon has curated a summer-long programme featuring beginner-friendly hikes, evening paddles and art workshops that nudge you outside without pressure. According to the organisers, spots fill fast, some excursions are already closed, but there are still chances like the Whitaker Ponds evening paddle and an astronomic-themed outing near Malheur. If you’re choosing a session, pick one that matches your mobility and time of day; dawn and dusk trips show the best activity, and a lightweight pair of binoculars makes everything feel immediate.</w:t>
      </w:r>
      <w:r/>
    </w:p>
    <w:p>
      <w:pPr>
        <w:pStyle w:val="Heading2"/>
      </w:pPr>
      <w:r>
        <w:t>Queer Screams and Hanabi: film lovers, expect curation and cult moments</w:t>
      </w:r>
      <w:r/>
    </w:p>
    <w:p>
      <w:r/>
      <w:r>
        <w:t>Portland’s small cinemas are serving up two very different but equally curated film experiences this month. Queer Screams pairs a prom-night horror vibe with guest appearances and emerging shorts, while the Hanabi Film Festival offers a deep cut into restored Japanese cinema and anime selections. Clinton Street Theater is leaning into premieres and late-night programming, and the tone ranges from slyly funny to deeply eerie. If you prize discovery, buy a festival pass; for single-film fans, check showtimes early and arrive prepared for packed rooms.</w:t>
      </w:r>
      <w:r/>
    </w:p>
    <w:p>
      <w:pPr>
        <w:pStyle w:val="Heading2"/>
      </w:pPr>
      <w:r>
        <w:t>Music and punk nostalgia: La Luz, Bikini Kill, Mount Eerie, prepare for highs</w:t>
      </w:r>
      <w:r/>
    </w:p>
    <w:p>
      <w:r/>
      <w:r>
        <w:t>Local and touring acts run the gamut from surf-noir to riot grrrl to intimate experimental sets. La Luz brings dreamy, reworked surf tones that feel both retro and spacey, while Bikini Kill’s return is less nostalgia trip and more a visceral reminder of punk’s direct energy. Mount Eerie offers a quieter, contemplative contrast, an intimate night that rewards close listening. Tickets for headline nights are tight, so if you want to catch a sold-out show, look for last-minute returns, venue resale policies, or nearby opening acts that capture similar moods.</w:t>
      </w:r>
      <w:r/>
    </w:p>
    <w:p>
      <w:pPr>
        <w:pStyle w:val="Heading2"/>
      </w:pPr>
      <w:r>
        <w:t>Festivals, fairs and full-on weirdness: Homie Fest, Portland Weird Fest, Converge and more</w:t>
      </w:r>
      <w:r/>
    </w:p>
    <w:p>
      <w:r/>
      <w:r>
        <w:t>Portland’s calendar is proudly local and proudly eccentric. Homie Fest celebrates BIPOC and LGBTQIA2+ PNW artists in a forest setting, while Portland Weird Fest embraces the city’s oddball charms, expect interpretive dances, chicken beauty contests and a kids’ rave. Converge 45 is the season’s big arts moment, a curated contemporary exhibition that spreads programming across venues and partners, giving serious art fans and newcomers a deep dive. For community events like the Clinton Street Fair or Carry Shit Olympics, you’ll find open, neighbourly energy, pack water, comfortable shoes, and a flexible attitude.</w:t>
      </w:r>
      <w:r/>
    </w:p>
    <w:p>
      <w:pPr>
        <w:pStyle w:val="Heading2"/>
      </w:pPr>
      <w:r>
        <w:t>Bike culture, DIY spectacle and family fun: soapboxes, sheep rides, and Made Bike Show</w:t>
      </w:r>
      <w:r/>
    </w:p>
    <w:p>
      <w:r/>
      <w:r>
        <w:t>If you love handmade things and human-powered transport, late summer is a treat. The PDX Adult Soapbox Derby is loud, inventive and wildly visual, think hot-dog cars and butterfly-helmeted riders, while the Made Bike Show highlights frame builders and artisanal components with a tactile, up-close feel. For a completely silly, sweet outing, join the Sheepapalooza bike ride in costume; it’s the kind of event where adding ears to your helmet is absolutely encouraged. Practical tip: for outdoor family events, bring sun protection, portable seating, and cash for vendor stalls.</w:t>
      </w:r>
      <w:r/>
    </w:p>
    <w:p>
      <w:pPr>
        <w:pStyle w:val="Heading2"/>
      </w:pPr>
      <w:r>
        <w:t>How to pick what to attend and stay sane</w:t>
      </w:r>
      <w:r/>
    </w:p>
    <w:p>
      <w:r/>
      <w:r>
        <w:t>Start by matching mood to moment: seek calm? Try an evening bird paddle or Mount Eerie. Want spectacle? Soapbox Derby or Weird Fest will deliver. Crave discovery? Converge 45 and Hanabi are fertile ground. Check event pages for accessibility and age guidance, and register early for workshops or paddles that have limited spots. Lastly, embrace the unexpected, Portland’s best moments are usually improvised, local, and a little strange.</w:t>
      </w:r>
      <w:r/>
    </w:p>
    <w:p>
      <w:r/>
      <w:r>
        <w:t>It’s a small seasonal shift that makes the city hum, pick an event, show up curious, and enjoy the surprise.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[3]</w:t>
        </w:r>
      </w:hyperlink>
      <w:r>
        <w:t xml:space="preserve">, </w:t>
      </w:r>
      <w:hyperlink r:id="rId9">
        <w:r>
          <w:rPr>
            <w:color w:val="0000EE"/>
            <w:u w:val="single"/>
          </w:rPr>
          <w:t>[7]</w:t>
        </w:r>
      </w:hyperlink>
      <w:r>
        <w:t xml:space="preserve">- Paragraph 4: </w:t>
      </w:r>
      <w:hyperlink r:id="rId9">
        <w:r>
          <w:rPr>
            <w:color w:val="0000EE"/>
            <w:u w:val="single"/>
          </w:rPr>
          <w:t>[7]</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https://www.portlandmercury.com/climate-issue-2026/do-this-do-that-august-september-2026/</w:t>
        </w:r>
      </w:hyperlink>
      <w:r>
        <w:t xml:space="preserve"> - Please view link - unable to able to access data</w:t>
      </w:r>
      <w:r/>
    </w:p>
    <w:p>
      <w:pPr>
        <w:pStyle w:val="ListNumber"/>
        <w:spacing w:line="240" w:lineRule="auto"/>
        <w:ind w:left="720"/>
      </w:pPr>
      <w:r/>
      <w:hyperlink r:id="rId10">
        <w:r>
          <w:rPr>
            <w:color w:val="0000EE"/>
            <w:u w:val="single"/>
          </w:rPr>
          <w:t>https://birdallianceoregon.org/our-work/learn/adult-programs/free-sliding-scale-programs/the-bird-days-of-summer/</w:t>
        </w:r>
      </w:hyperlink>
      <w:r>
        <w:t xml:space="preserve"> - The Bird Alliance of Oregon's 'The Bird Days of Summer' is a series of free, nature-focused events running from June through August 2026. These activities, suitable for all ages and experience levels, include birding hikes, art workshops, and other beginner-friendly experiences across Oregon. Notable events include a star safari beneath Malheur's dark skies on August 15 and an evening birding paddle at Whitaker Ponds on August 25. Registration is required for participation.</w:t>
      </w:r>
      <w:r/>
    </w:p>
    <w:p>
      <w:pPr>
        <w:pStyle w:val="ListNumber"/>
        <w:spacing w:line="240" w:lineRule="auto"/>
        <w:ind w:left="720"/>
      </w:pPr>
      <w:r/>
      <w:hyperlink r:id="rId14">
        <w:r>
          <w:rPr>
            <w:color w:val="0000EE"/>
            <w:u w:val="single"/>
          </w:rPr>
          <w:t>https://queerscreams.com/</w:t>
        </w:r>
      </w:hyperlink>
      <w:r>
        <w:t xml:space="preserve"> - The Queer Screams Film Festival, stylised as Queer Scre4ms, is set for its fourth year from August 14-16, 2026. This festival celebrates queer horror cinema with a prom theme, featuring special guest Nancy Allen from the 1976 film 'Carrie' and a screening of Bryan Fuller's directorial debut, 'Dust Bunny' (2025). The event will be held at the Clinton Street Theater in Portland, Oregon, with various showtimes and ticket options available.</w:t>
      </w:r>
      <w:r/>
    </w:p>
    <w:p>
      <w:pPr>
        <w:pStyle w:val="ListNumber"/>
        <w:spacing w:line="240" w:lineRule="auto"/>
        <w:ind w:left="720"/>
      </w:pPr>
      <w:r/>
      <w:hyperlink r:id="rId12">
        <w:r>
          <w:rPr>
            <w:color w:val="0000EE"/>
            <w:u w:val="single"/>
          </w:rPr>
          <w:t>https://www.columbiaslough.org/events-list/the-bird-days-of-summer-bats-w-bao-hae8a</w:t>
        </w:r>
      </w:hyperlink>
      <w:r>
        <w:t xml:space="preserve"> - On August 19, 2026, the Columbia Slough Watershed Council and the Bird Alliance of Oregon will host a 'Bats!' event at Whitaker Ponds in Portland. This evening activity aims to demystify bats, with participants using a Bat Detector to identify them. Attendees are encouraged to bring a flashlight or headlamp, and binoculars are recommended. The event is free, but advance registration is required.</w:t>
      </w:r>
      <w:r/>
    </w:p>
    <w:p>
      <w:pPr>
        <w:pStyle w:val="ListNumber"/>
        <w:spacing w:line="240" w:lineRule="auto"/>
        <w:ind w:left="720"/>
      </w:pPr>
      <w:r/>
      <w:hyperlink r:id="rId13">
        <w:r>
          <w:rPr>
            <w:color w:val="0000EE"/>
            <w:u w:val="single"/>
          </w:rPr>
          <w:t>https://www.columbiaslough.org/events-list/the-bird-days-of-summer-bats-w-bao</w:t>
        </w:r>
      </w:hyperlink>
      <w:r>
        <w:t xml:space="preserve"> - The Columbia Slough Watershed Council and the Bird Alliance of Oregon are hosting a 'Bats!' event on August 18, 2026, at Whitaker Ponds in Portland. This evening activity focuses on bat identification using a Bat Detector. Participants should bring a flashlight or headlamp; binoculars are also recommended. The event is free, with advance registration required.</w:t>
      </w:r>
      <w:r/>
    </w:p>
    <w:p>
      <w:pPr>
        <w:pStyle w:val="ListNumber"/>
        <w:spacing w:line="240" w:lineRule="auto"/>
        <w:ind w:left="720"/>
      </w:pPr>
      <w:r/>
      <w:hyperlink r:id="rId11">
        <w:r>
          <w:rPr>
            <w:color w:val="0000EE"/>
            <w:u w:val="single"/>
          </w:rPr>
          <w:t>https://www.meetup.com/birdallianceoforegon/</w:t>
        </w:r>
      </w:hyperlink>
      <w:r>
        <w:t xml:space="preserve"> - The Bird Alliance of Oregon offers free, volunteer-led birding outings suitable for all levels, from beginners to experts. These outings focus on building community and sharing a love of birds. Participants are encouraged to bring binoculars and dress appropriately for the weather. Outings typically fill quickly, so early registration is recommended.</w:t>
      </w:r>
      <w:r/>
    </w:p>
    <w:p>
      <w:pPr>
        <w:pStyle w:val="ListNumber"/>
        <w:spacing w:line="240" w:lineRule="auto"/>
        <w:ind w:left="720"/>
      </w:pPr>
      <w:r/>
      <w:hyperlink r:id="rId9">
        <w:r>
          <w:rPr>
            <w:color w:val="0000EE"/>
            <w:u w:val="single"/>
          </w:rPr>
          <w:t>https://www.portlandmercury.com/climate-issue-2026/do-this-do-that-august-september-2026/</w:t>
        </w:r>
      </w:hyperlink>
      <w:r>
        <w:t xml:space="preserve"> - The Portland Mercury's 'Do This, Do That: August-September 2026' article highlights upcoming events in Portland, including the Bird Alliance of Oregon's 'The Bird Days of Summer' and the Queer Screams Film Festival. The article provides details on various events, including dates, locations, and ticket information, offering readers a comprehensive guide to local happenings during this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rtlandmercury.com/climate-issue-2026/do-this-do-that-august-september-2026/" TargetMode="External"/><Relationship Id="rId10" Type="http://schemas.openxmlformats.org/officeDocument/2006/relationships/hyperlink" Target="https://birdallianceoregon.org/our-work/learn/adult-programs/free-sliding-scale-programs/the-bird-days-of-summer/" TargetMode="External"/><Relationship Id="rId11" Type="http://schemas.openxmlformats.org/officeDocument/2006/relationships/hyperlink" Target="https://www.meetup.com/birdallianceoforegon/" TargetMode="External"/><Relationship Id="rId12" Type="http://schemas.openxmlformats.org/officeDocument/2006/relationships/hyperlink" Target="https://www.columbiaslough.org/events-list/the-bird-days-of-summer-bats-w-bao-hae8a" TargetMode="External"/><Relationship Id="rId13" Type="http://schemas.openxmlformats.org/officeDocument/2006/relationships/hyperlink" Target="https://www.columbiaslough.org/events-list/the-bird-days-of-summer-bats-w-bao" TargetMode="External"/><Relationship Id="rId14" Type="http://schemas.openxmlformats.org/officeDocument/2006/relationships/hyperlink" Target="https://queerscrea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