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Stretford Pride 2026 Guide: What to Expect This Saturday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into colour and community spirit, Stretford Pride 2026 is set to light up South Manchester on Saturday 15 August , a lively, inclusive day of music, stalls, local food and family-friendly fun that celebrates LGBTQ+ lives and supports the neighbourhood businesses that make the town hum.</w:t>
      </w:r>
      <w:r/>
    </w:p>
    <w:p>
      <w:r/>
      <w:r>
        <w:t>Essential Takeaways</w:t>
      </w:r>
      <w:r/>
      <w:r/>
    </w:p>
    <w:p>
      <w:pPr>
        <w:pStyle w:val="ListBullet"/>
        <w:spacing w:line="240" w:lineRule="auto"/>
        <w:ind w:left="720"/>
      </w:pPr>
      <w:r/>
      <w:r>
        <w:rPr>
          <w:b/>
        </w:rPr>
        <w:t>When and where:</w:t>
      </w:r>
      <w:r>
        <w:t xml:space="preserve"> Stretford Pride takes place on Saturday 15 August across central Stretford, with activities and a parade route detailed on the official website.</w:t>
      </w:r>
      <w:r/>
    </w:p>
    <w:p>
      <w:pPr>
        <w:pStyle w:val="ListBullet"/>
        <w:spacing w:line="240" w:lineRule="auto"/>
        <w:ind w:left="720"/>
      </w:pPr>
      <w:r/>
      <w:r>
        <w:rPr>
          <w:b/>
        </w:rPr>
        <w:t>Community-led:</w:t>
      </w:r>
      <w:r>
        <w:t xml:space="preserve"> The festival is organised by volunteers and local groups, with opportunities to join committees and help shape future events.</w:t>
      </w:r>
      <w:r/>
    </w:p>
    <w:p>
      <w:pPr>
        <w:pStyle w:val="ListBullet"/>
        <w:spacing w:line="240" w:lineRule="auto"/>
        <w:ind w:left="720"/>
      </w:pPr>
      <w:r/>
      <w:r>
        <w:rPr>
          <w:b/>
        </w:rPr>
        <w:t>Family-friendly vibe:</w:t>
      </w:r>
      <w:r>
        <w:t xml:space="preserve"> Expect a mix of performances, kids’ activities, food traders and charity stalls , colourful, accessible and welcoming.</w:t>
      </w:r>
      <w:r/>
    </w:p>
    <w:p>
      <w:pPr>
        <w:pStyle w:val="ListBullet"/>
        <w:spacing w:line="240" w:lineRule="auto"/>
        <w:ind w:left="720"/>
      </w:pPr>
      <w:r/>
      <w:r>
        <w:rPr>
          <w:b/>
        </w:rPr>
        <w:t>Support local:</w:t>
      </w:r>
      <w:r>
        <w:t xml:space="preserve"> Nearby shops, cafes and pubs are signing up to celebrate, so it’s a great chance to eat, drink and shop local.</w:t>
      </w:r>
      <w:r/>
    </w:p>
    <w:p>
      <w:pPr>
        <w:pStyle w:val="ListBullet"/>
        <w:spacing w:line="240" w:lineRule="auto"/>
        <w:ind w:left="720"/>
      </w:pPr>
      <w:r/>
      <w:r>
        <w:rPr>
          <w:b/>
        </w:rPr>
        <w:t>Bigger this year:</w:t>
      </w:r>
      <w:r>
        <w:t xml:space="preserve"> Following a wider return of Pride events across Greater Manchester, Stretford’s programme is planned to be larger and bolder than previous years.</w:t>
      </w:r>
      <w:r/>
      <w:r/>
    </w:p>
    <w:p>
      <w:pPr>
        <w:pStyle w:val="Heading2"/>
      </w:pPr>
      <w:r>
        <w:t>Stretford Pride: a proper local party with heart</w:t>
      </w:r>
      <w:r/>
    </w:p>
    <w:p>
      <w:r/>
      <w:r>
        <w:t>Stretford Pride lands this weekend with a bright, human feel , bunting, brass, and a few glittery surprises. The festival champions visibility and belonging in a way that’s both joyful and practical, offering families and residents a chance to come together without fuss. According to the organisers, it’s grown into a genuine showcase of local pride, not just a one-day celebration.</w:t>
      </w:r>
      <w:r/>
    </w:p>
    <w:p>
      <w:r/>
      <w:r>
        <w:t>Behind the scenes, volunteers and community groups have pulled together to stage music, stalls and activities. The public hall and local charities have been recruiting committee members and helpers, so this is very much community-powered. If you enjoy supporting grassroots events, getting stuck in is part of the fun.</w:t>
      </w:r>
      <w:r/>
    </w:p>
    <w:p>
      <w:pPr>
        <w:pStyle w:val="Heading2"/>
      </w:pPr>
      <w:r>
        <w:t>What’s on: music, stalls and things to try</w:t>
      </w:r>
      <w:r/>
    </w:p>
    <w:p>
      <w:r/>
      <w:r>
        <w:t>You’ll find a packed timetable of performances, DJs, market stalls and kids’ entertainment across the town centre. Think upbeat sets, community choir moments and local talent sharing the stage , a friendly, accessible mix aimed at all ages. Food traders and craft stalls mean you can snack and shop while soaking up the atmosphere.</w:t>
      </w:r>
      <w:r/>
    </w:p>
    <w:p>
      <w:r/>
      <w:r>
        <w:t>For those planning their day, check the official event site for exact timings and a map of stalls and stages. It helps to arrive early for the family zones or popular acts, and to carry a reusable water bottle , the sun and music make for thirsty crowds.</w:t>
      </w:r>
      <w:r/>
    </w:p>
    <w:p>
      <w:pPr>
        <w:pStyle w:val="Heading2"/>
      </w:pPr>
      <w:r>
        <w:t>Why this matters: Pride across Greater Manchester is back with force</w:t>
      </w:r>
      <w:r/>
    </w:p>
    <w:p>
      <w:r/>
      <w:r>
        <w:t>Across Greater Manchester, Pride events have been returning bigger and bolder, from Manchester’s citywide celebrations to local neighbourhood festivals. ITV and Visit Manchester have covered the revival, noting a clear appetite for both celebration and political visibility. Stretford’s event is part of that wider rhythm: familiar, local and connected to a bigger movement for inclusion.</w:t>
      </w:r>
      <w:r/>
    </w:p>
    <w:p>
      <w:r/>
      <w:r>
        <w:t>That context matters because local Prides offer intimacy that city-centre events sometimes can’t , a chance to celebrate with neighbours and small businesses who’ve supported LGBTQ+ life year-round. It’s where community relationships deepen, and where newcomers often feel safest to join in.</w:t>
      </w:r>
      <w:r/>
    </w:p>
    <w:p>
      <w:pPr>
        <w:pStyle w:val="Heading2"/>
      </w:pPr>
      <w:r>
        <w:t>Practical tips: getting there, staying comfy and being considerate</w:t>
      </w:r>
      <w:r/>
    </w:p>
    <w:p>
      <w:r/>
      <w:r>
        <w:t>Plan to travel by foot, bike or public transport if you can; parking is limited and roads may be closed for parade routes. Wear layers , even August afternoons can shift , and comfortable shoes for standing and walking. If you’re attending with little ones, pick a meeting point and note where first-aid and information stalls are located.</w:t>
      </w:r>
      <w:r/>
    </w:p>
    <w:p>
      <w:r/>
      <w:r>
        <w:t>Be mindful of space and noise for residents and businesses carrying on nearby. Bring some cash as well as cards: small traders sometimes prefer it, and it’s a direct way to support local people putting on the event.</w:t>
      </w:r>
      <w:r/>
    </w:p>
    <w:p>
      <w:pPr>
        <w:pStyle w:val="Heading2"/>
      </w:pPr>
      <w:r>
        <w:t>How to get involved after the day</w:t>
      </w:r>
      <w:r/>
    </w:p>
    <w:p>
      <w:r/>
      <w:r>
        <w:t>If you love the energy, consider volunteering with the Pride committee or joining local community groups who organise year-round. The public hall and festival organisers are always looking for fresh ideas and helpers, and local businesses welcome collaborations that keep momentum beyond one Saturday.</w:t>
      </w:r>
      <w:r/>
    </w:p>
    <w:p>
      <w:r/>
      <w:r>
        <w:t>Stretford Pride is as much about continuity as celebration , showing up on the day is great, but staying involved keeps the welcome alive.</w:t>
      </w:r>
      <w:r/>
    </w:p>
    <w:p>
      <w:r/>
      <w:r>
        <w:t>It’s a small change that can make every celebration feel more local, inclusive and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1">
        <w:r>
          <w:rPr>
            <w:color w:val="0000EE"/>
            <w:u w:val="single"/>
          </w:rPr>
          <w:t>[4]</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[3]</w:t>
        </w:r>
      </w:hyperlink>
      <w:r>
        <w:t xml:space="preserve">- Paragraph 6: </w:t>
      </w:r>
      <w:hyperlink r:id="rId12">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https://jpandbrimelow.co.uk/2026/08/stretford-pride-2026-a-celebration-of-community-love-belonging/</w:t>
        </w:r>
      </w:hyperlink>
      <w:r>
        <w:t xml:space="preserve"> - Please view link - unable to able to access data</w:t>
      </w:r>
      <w:r/>
    </w:p>
    <w:p>
      <w:pPr>
        <w:pStyle w:val="ListNumber"/>
        <w:spacing w:line="240" w:lineRule="auto"/>
        <w:ind w:left="720"/>
      </w:pPr>
      <w:r/>
      <w:hyperlink r:id="rId10">
        <w:r>
          <w:rPr>
            <w:color w:val="0000EE"/>
            <w:u w:val="single"/>
          </w:rPr>
          <w:t>https://www.stretfordpride.co.uk/</w:t>
        </w:r>
      </w:hyperlink>
      <w:r>
        <w:t xml:space="preserve"> - Stretford Pride 2026 is set to take place on Saturday, 15th August 2026, marking the annual celebration of the LGBTQ+ community in Stretford. The event promises to be bigger, bolder, and more vibrant than ever, bringing together local residents, businesses, organisations, families, and visitors for a day filled with colour, music, entertainment, and community spirit. The organisers aim to create a welcoming and inclusive environment where everyone can celebrate love, equality, diversity, and pride in who they are. The official website provides detailed information about the event and opportunities to get involved.</w:t>
      </w:r>
      <w:r/>
    </w:p>
    <w:p>
      <w:pPr>
        <w:pStyle w:val="ListNumber"/>
        <w:spacing w:line="240" w:lineRule="auto"/>
        <w:ind w:left="720"/>
      </w:pPr>
      <w:r/>
      <w:hyperlink r:id="rId12">
        <w:r>
          <w:rPr>
            <w:color w:val="0000EE"/>
            <w:u w:val="single"/>
          </w:rPr>
          <w:t>https://stretfordpublichall.org.uk/news/join-our-pride-committee/</w:t>
        </w:r>
      </w:hyperlink>
      <w:r>
        <w:t xml:space="preserve"> - In April 2026, Stretford Public Hall announced the formation of a Pride committee to help plan and organise the 2026 Stretford Pride event. The committee sought passionate volunteers to assist with planning, funding, and sponsorships, with meetings scheduled in May, June, July, and August. The initiative aimed to ensure that the event would be unforgettable and support the local community-owned heritage venue. The call for volunteers highlighted the importance of community involvement in making the event a success.</w:t>
      </w:r>
      <w:r/>
    </w:p>
    <w:p>
      <w:pPr>
        <w:pStyle w:val="ListNumber"/>
        <w:spacing w:line="240" w:lineRule="auto"/>
        <w:ind w:left="720"/>
      </w:pPr>
      <w:r/>
      <w:hyperlink r:id="rId11">
        <w:r>
          <w:rPr>
            <w:color w:val="0000EE"/>
            <w:u w:val="single"/>
          </w:rPr>
          <w:t>https://www.itv.com/news/granada/2026-01-30/pride-to-return-to-manchesters-gay-village-in-2026</w:t>
        </w:r>
      </w:hyperlink>
      <w:r>
        <w:t xml:space="preserve"> - In January 2026, ITV News Granada reported that Manchester Pride would return in 2026 under a new community-led organisation. The previous organisers had gone into liquidation, raising concerns about the future of the annual celebration. However, businesses in the Gay Village and community stakeholders formed Manchester Village Pride CIC, a not-for-profit organisation, to ensure the event's continuation. This development underscored the community's commitment to maintaining the tradition of Pride in Manchester.</w:t>
      </w:r>
      <w:r/>
    </w:p>
    <w:p>
      <w:pPr>
        <w:pStyle w:val="ListNumber"/>
        <w:spacing w:line="240" w:lineRule="auto"/>
        <w:ind w:left="720"/>
      </w:pPr>
      <w:r/>
      <w:hyperlink r:id="rId14">
        <w:r>
          <w:rPr>
            <w:color w:val="0000EE"/>
            <w:u w:val="single"/>
          </w:rPr>
          <w:t>https://www.itv.com/news/granada/2026-03-19/pride-parade-returns-to-manchester-with-no-place-like-home-theme</w:t>
        </w:r>
      </w:hyperlink>
      <w:r>
        <w:t xml:space="preserve"> - In March 2026, ITV News Granada reported that the Manchester Village Pride parade would return with the theme 'No Place Like Home.' This theme aimed to celebrate the city's welcoming nature and the safe space it provides for the LGBTQ+ community. The organisers emphasised the importance of community groups coming together to honour Manchester as a place where everyone can feel at home. The theme also symbolised a homecoming for Pride in the city after recent uncertainties.</w:t>
      </w:r>
      <w:r/>
    </w:p>
    <w:p>
      <w:pPr>
        <w:pStyle w:val="ListNumber"/>
        <w:spacing w:line="240" w:lineRule="auto"/>
        <w:ind w:left="720"/>
      </w:pPr>
      <w:r/>
      <w:hyperlink r:id="rId13">
        <w:r>
          <w:rPr>
            <w:color w:val="0000EE"/>
            <w:u w:val="single"/>
          </w:rPr>
          <w:t>https://www.manchestertourism.org/manchester-pride-festival-guide/</w:t>
        </w:r>
      </w:hyperlink>
      <w:r>
        <w:t xml:space="preserve"> - A July 2026 article from Manchester Tourism provided a comprehensive guide to the Manchester Pride festival, now known as Manchester Village Pride. The article detailed the festival's return in 2026 under a community-led not-for-profit organisation, following the previous organisers' liquidation. It highlighted the community's efforts to revive the event, including financial support from local venues and a commitment to reinvest proceeds into the community. The guide offered insights into the festival's history, challenges, and the renewed focus on community involvement.</w:t>
      </w:r>
      <w:r/>
    </w:p>
    <w:p>
      <w:pPr>
        <w:pStyle w:val="ListNumber"/>
        <w:spacing w:line="240" w:lineRule="auto"/>
        <w:ind w:left="720"/>
      </w:pPr>
      <w:r/>
      <w:hyperlink r:id="rId15">
        <w:r>
          <w:rPr>
            <w:color w:val="0000EE"/>
            <w:u w:val="single"/>
          </w:rPr>
          <w:t>https://www.visitmanchester.com/event/rock-against-racism/109673101/</w:t>
        </w:r>
      </w:hyperlink>
      <w:r>
        <w:t xml:space="preserve"> - In February 2026, Visit Manchester announced the revival of the 'Rock Against Racism' event at Stretford Public Hall. Organised in partnership with Stand Up To Racism and Love Music Hate Racism, the event aimed to unite bands, artists, activists, and local residents against racism, fascism, and hate. The organisers highlighted the significance of Stretford Public Hall as a hub of political and cultural activism, referencing its history of hosting similar events in the past. The event underscored the community's commitment to inclusivity and social justice.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pandbrimelow.co.uk/2026/08/stretford-pride-2026-a-celebration-of-community-love-belonging/" TargetMode="External"/><Relationship Id="rId10" Type="http://schemas.openxmlformats.org/officeDocument/2006/relationships/hyperlink" Target="https://www.stretfordpride.co.uk/" TargetMode="External"/><Relationship Id="rId11" Type="http://schemas.openxmlformats.org/officeDocument/2006/relationships/hyperlink" Target="https://www.itv.com/news/granada/2026-01-30/pride-to-return-to-manchesters-gay-village-in-2026" TargetMode="External"/><Relationship Id="rId12" Type="http://schemas.openxmlformats.org/officeDocument/2006/relationships/hyperlink" Target="https://stretfordpublichall.org.uk/news/join-our-pride-committee/" TargetMode="External"/><Relationship Id="rId13" Type="http://schemas.openxmlformats.org/officeDocument/2006/relationships/hyperlink" Target="https://www.manchestertourism.org/manchester-pride-festival-guide/" TargetMode="External"/><Relationship Id="rId14" Type="http://schemas.openxmlformats.org/officeDocument/2006/relationships/hyperlink" Target="https://www.itv.com/news/granada/2026-03-19/pride-parade-returns-to-manchester-with-no-place-like-home-theme" TargetMode="External"/><Relationship Id="rId15" Type="http://schemas.openxmlformats.org/officeDocument/2006/relationships/hyperlink" Target="https://www.visitmanchester.com/event/rock-against-racism/1096731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