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Sapphic Books of 2026 — Top Picks and Why They Matter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readers are devouring a banner year for sapphic fiction; here’s a lively guide to the best sapphic books of 2026, who they’re for, and why they’re standing out, perfect if you want fresh reads that feel emotional, smart, and utterly memorable.</w:t>
      </w:r>
      <w:r/>
    </w:p>
    <w:p>
      <w:r/>
      <w:r>
        <w:t>Essential Takeaways</w:t>
      </w:r>
      <w:r/>
      <w:r/>
    </w:p>
    <w:p>
      <w:pPr>
        <w:pStyle w:val="ListBullet"/>
        <w:spacing w:line="240" w:lineRule="auto"/>
        <w:ind w:left="720"/>
      </w:pPr>
      <w:r/>
      <w:r>
        <w:rPr>
          <w:b/>
        </w:rPr>
        <w:t>Standout variety:</w:t>
      </w:r>
      <w:r>
        <w:t xml:space="preserve"> 2026 delivered everything from regency romance to swampy gothic and genre-bending thrillers, there’s a tone for every mood.</w:t>
      </w:r>
      <w:r/>
    </w:p>
    <w:p>
      <w:pPr>
        <w:pStyle w:val="ListBullet"/>
        <w:spacing w:line="240" w:lineRule="auto"/>
        <w:ind w:left="720"/>
      </w:pPr>
      <w:r/>
      <w:r>
        <w:rPr>
          <w:b/>
        </w:rPr>
        <w:t>Emotional depth:</w:t>
      </w:r>
      <w:r>
        <w:t xml:space="preserve"> Many favourites lean into grief, late‑life discovery, and trauma-healing, giving a layered, sometimes aching feel.</w:t>
      </w:r>
      <w:r/>
    </w:p>
    <w:p>
      <w:pPr>
        <w:pStyle w:val="ListBullet"/>
        <w:spacing w:line="240" w:lineRule="auto"/>
        <w:ind w:left="720"/>
      </w:pPr>
      <w:r/>
      <w:r>
        <w:rPr>
          <w:b/>
        </w:rPr>
        <w:t>Strong voices:</w:t>
      </w:r>
      <w:r>
        <w:t xml:space="preserve"> Debuts and established authors alike brought distinct cultural detail and dialogue that lingers.</w:t>
      </w:r>
      <w:r/>
    </w:p>
    <w:p>
      <w:pPr>
        <w:pStyle w:val="ListBullet"/>
        <w:spacing w:line="240" w:lineRule="auto"/>
        <w:ind w:left="720"/>
      </w:pPr>
      <w:r/>
      <w:r>
        <w:rPr>
          <w:b/>
        </w:rPr>
        <w:t>Readability:</w:t>
      </w:r>
      <w:r>
        <w:t xml:space="preserve"> Several picks are slow‑burn and character-driven, while others deliver high-stakes suspense or cosy comfort; most are easy to lose a weekend to.</w:t>
      </w:r>
      <w:r/>
      <w:r/>
    </w:p>
    <w:p>
      <w:pPr>
        <w:pStyle w:val="Heading2"/>
      </w:pPr>
      <w:r>
        <w:t>Why 2026 feels like a breakthrough year for sapphic fiction</w:t>
      </w:r>
      <w:r/>
    </w:p>
    <w:p>
      <w:r/>
      <w:r>
        <w:t>This year’s crop reads bold and varied, with books that make you feel as much as they entertain, and a few that keep you up at night. Reviewers repeatedly praised emotional honesty and craft, stories that aren’t just about falling in love but about reckoning with identity, loss, and desire. Industry lists and indie reviewers are pointing to a real surge in both quantity and quality, which means more shelf space and more voices getting heard. If you’re choosing where to start, pick by tone: opt for suspense if you want adrenaline, or a small-town cosy if you need comfort.</w:t>
      </w:r>
      <w:r/>
    </w:p>
    <w:p>
      <w:pPr>
        <w:pStyle w:val="Heading2"/>
      </w:pPr>
      <w:r>
        <w:t>Best slow-burn and later-in-life romance , The Second Draft and Chameleon</w:t>
      </w:r>
      <w:r/>
    </w:p>
    <w:p>
      <w:r/>
      <w:r>
        <w:t>If you like romance that simmers rather than detonates, The Second Draft and Chameleon are highlights. The Second Draft centres on a later-in-life coming out and friends-to-lovers intimacy that reviewers described as bittersweet and deeply human. Chameleon gives you a more guarded protagonist whose walls crack under pressure, with grief and boundaries at the heart of the plot. Both books reward patience: pay attention to small gestures and long conversations, and you’ll feel the payoff. For readers choosing a copy, check the character age and whether the arc resolves gently or with tougher reckonings.</w:t>
      </w:r>
      <w:r/>
    </w:p>
    <w:p>
      <w:pPr>
        <w:pStyle w:val="Heading2"/>
      </w:pPr>
      <w:r>
        <w:t>For thriller fans , Codename Lotus, Natural Predator and The Boy in the Soup</w:t>
      </w:r>
      <w:r/>
    </w:p>
    <w:p>
      <w:r/>
      <w:r>
        <w:t>Thrillers in the sapphic space leaned into both domestic suspense and procedural tension this year. Codename Lotus mixes cultural texture with a protective, high-stakes plot; Natural Predator uses the shadow of familial infamy to create spine-tingling dread; and The Boy in the Soup blends small-town secrets with a slow-burn romance and a satisfying mystery. These books are best enjoyed when you can focus, expect plot twists, moral ambiguity, and characters with complicated pasts. Tip: if you need lighter moments between tense chapters, pair these with a short, cosy novella.</w:t>
      </w:r>
      <w:r/>
    </w:p>
    <w:p>
      <w:pPr>
        <w:pStyle w:val="Heading2"/>
      </w:pPr>
      <w:r>
        <w:t>Historical and genre romance worth your time , Mr. Moore and The Siren’s Kiss</w:t>
      </w:r>
      <w:r/>
    </w:p>
    <w:p>
      <w:r/>
      <w:r>
        <w:t>Regency and romantic fantasy both had strong entries. Mr. Moore retools Regency expectations with identity and a marriage-of-convenience that asks more of its characters than social propriety. On the other end of the spectrum, The Siren’s Kiss is a swashbuckling YA romantasy, think mermaids, pirates, and enemies‑to‑lovers spark, perfect for readers after high adventure and queer found family. Historical readers should look for language and social detail; fantasy fans should expect worldbuilding that prioritises character chemistry.</w:t>
      </w:r>
      <w:r/>
    </w:p>
    <w:p>
      <w:pPr>
        <w:pStyle w:val="Heading2"/>
      </w:pPr>
      <w:r>
        <w:t>Short fiction, horror and experimental voices , Ink Vines, The Ever End, and anthology energy</w:t>
      </w:r>
      <w:r/>
    </w:p>
    <w:p>
      <w:r/>
      <w:r>
        <w:t>Not every standout is a two‑hundred‑and‑something‑page novel. Ink Vines and Other Swamp Stories offers a gothic, atmospheric short-story set that’s ideal for late-night reading; The Ever End hides psychological horror under the guise of domestic life. These works prove sapphic fiction can thrive in form as well as content, short stories, novellas, and hybrid horror all found strong representation in 2026. Practical note: these are great if you want intensity without committing to a doorstopper.</w:t>
      </w:r>
      <w:r/>
    </w:p>
    <w:p>
      <w:pPr>
        <w:pStyle w:val="Heading2"/>
      </w:pPr>
      <w:r>
        <w:t>Feel-good, enemies-to-lovers and the charts , The Whole Truth, Keep Talking, and comfort reads</w:t>
      </w:r>
      <w:r/>
    </w:p>
    <w:p>
      <w:r/>
      <w:r>
        <w:t>If you want chart-friendly, cosy or steamy romance, 2026 delivered. The Whole Truth is a pitch-perfect enemies-to-lovers take set in country music’s flashy world; Keep Talking uses the unusual setting of audiobook narration to build intimacy and tension. These titles are excellent for beach bags and commutes, engaging plots, sharp banter, and satisfying chemistry. For readers buying gifts, these are reliably crowd-pleasing choices that travel well across formats, including audiobook.</w:t>
      </w:r>
      <w:r/>
    </w:p>
    <w:p>
      <w:pPr>
        <w:pStyle w:val="Heading2"/>
      </w:pPr>
      <w:r>
        <w:t>Honourable mentions you shouldn’t miss</w:t>
      </w:r>
      <w:r/>
    </w:p>
    <w:p>
      <w:r/>
      <w:r>
        <w:t>There were several re-reads and backlist treasures that reviewers insisted belonged on a best-of list this year. From historical pass-for-man tales to tender seaside novellas and sapphic fantasy oddities, these honourable mentions show how wide the category now is. If you want to explore beyond the headlines, these are delightful detours that often surprise and reward.</w:t>
      </w:r>
      <w:r/>
    </w:p>
    <w:p>
      <w:r/>
      <w:r>
        <w:t>It's a small change that can make your reading list feel cheerfully fuller, pick one and dive 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[7]</w:t>
        </w:r>
      </w:hyperlink>
      <w:r>
        <w:t xml:space="preserve">, </w:t>
      </w:r>
      <w:hyperlink r:id="rId11">
        <w:r>
          <w:rPr>
            <w:color w:val="0000EE"/>
            <w:u w:val="single"/>
          </w:rPr>
          <w:t>[2]</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[4]</w:t>
        </w:r>
      </w:hyperlink>
      <w:r>
        <w:t xml:space="preserve">- Paragraph 6: </w:t>
      </w:r>
      <w:hyperlink r:id="rId9">
        <w:r>
          <w:rPr>
            <w:color w:val="0000EE"/>
            <w:u w:val="single"/>
          </w:rPr>
          <w:t>[1]</w:t>
        </w:r>
      </w:hyperlink>
      <w:r>
        <w:t xml:space="preserve">, </w:t>
      </w:r>
      <w:hyperlink r:id="rId13">
        <w:r>
          <w:rPr>
            <w:color w:val="0000EE"/>
            <w:u w:val="single"/>
          </w:rPr>
          <w:t>[5]</w:t>
        </w:r>
      </w:hyperlink>
      <w:r>
        <w:t xml:space="preserve">- Paragraph 7: </w:t>
      </w:r>
      <w:hyperlink r:id="rId9">
        <w:r>
          <w:rPr>
            <w:color w:val="0000EE"/>
            <w:u w:val="single"/>
          </w:rPr>
          <w:t>[1]</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https://thelesbianreview.com/best-sapphic-books-of-2026/</w:t>
        </w:r>
      </w:hyperlink>
      <w:r>
        <w:t xml:space="preserve"> - Please view link - unable to able to access data</w:t>
      </w:r>
      <w:r/>
    </w:p>
    <w:p>
      <w:pPr>
        <w:pStyle w:val="ListNumber"/>
        <w:spacing w:line="240" w:lineRule="auto"/>
        <w:ind w:left="720"/>
      </w:pPr>
      <w:r/>
      <w:hyperlink r:id="rId11">
        <w:r>
          <w:rPr>
            <w:color w:val="0000EE"/>
            <w:u w:val="single"/>
          </w:rPr>
          <w:t>https://top5best.com/sapphic-books</w:t>
        </w:r>
      </w:hyperlink>
      <w:r>
        <w:t xml:space="preserve"> - This article presents a curated list of the top five sapphic books as of July 2026. Each book is accompanied by a brief description and a rating, highlighting their exceptional qualities. The list includes titles such as 'The Girls I've Been' and 'Cinderella Is Dead', offering readers a diverse selection of highly recommended sapphic literature.</w:t>
      </w:r>
      <w:r/>
    </w:p>
    <w:p>
      <w:pPr>
        <w:pStyle w:val="ListNumber"/>
        <w:spacing w:line="240" w:lineRule="auto"/>
        <w:ind w:left="720"/>
      </w:pPr>
      <w:r/>
      <w:hyperlink r:id="rId12">
        <w:r>
          <w:rPr>
            <w:color w:val="0000EE"/>
            <w:u w:val="single"/>
          </w:rPr>
          <w:t>https://fractalenigma.com/best-sapphic-romance-books-ff-actual-heat-2026/</w:t>
        </w:r>
      </w:hyperlink>
      <w:r>
        <w:t xml:space="preserve"> - This piece delves into the burgeoning popularity of sapphic romance novels in 2026, noting a significant increase in releases and mainstream visibility. It discusses the evolution of the genre, highlighting the emergence of diverse subgenres and the growing presence of sapphic narratives in popular culture, including platforms like BookTok.</w:t>
      </w:r>
      <w:r/>
    </w:p>
    <w:p>
      <w:pPr>
        <w:pStyle w:val="ListNumber"/>
        <w:spacing w:line="240" w:lineRule="auto"/>
        <w:ind w:left="720"/>
      </w:pPr>
      <w:r/>
      <w:hyperlink r:id="rId14">
        <w:r>
          <w:rPr>
            <w:color w:val="0000EE"/>
            <w:u w:val="single"/>
          </w:rPr>
          <w:t>https://www.youtube.com/watch?v=9VIPTIt-m-s</w:t>
        </w:r>
      </w:hyperlink>
      <w:r>
        <w:t xml:space="preserve"> - A YouTube video titled 'Most Anticipated Sapphic Books of 2026' by the channel Mostly Sapphic Books. The video discusses upcoming sapphic book releases for 2026, providing insights into anticipated titles and author interviews, catering to readers interested in the latest trends in sapphic literature.</w:t>
      </w:r>
      <w:r/>
    </w:p>
    <w:p>
      <w:pPr>
        <w:pStyle w:val="ListNumber"/>
        <w:spacing w:line="240" w:lineRule="auto"/>
        <w:ind w:left="720"/>
      </w:pPr>
      <w:r/>
      <w:hyperlink r:id="rId13">
        <w:r>
          <w:rPr>
            <w:color w:val="0000EE"/>
            <w:u w:val="single"/>
          </w:rPr>
          <w:t>https://chaoticsapphics.com/12-best-lesbian-books-to-read-in-2026-fantasy-romance-and-historical-fiction</w:t>
        </w:r>
      </w:hyperlink>
      <w:r>
        <w:t xml:space="preserve"> - This article offers a selection of twelve lesbian books to read in 2026, spanning genres like fantasy, romance, and historical fiction. Each book is accompanied by a brief description, highlighting its unique appeal and relevance to readers seeking diverse sapphic narratives.</w:t>
      </w:r>
      <w:r/>
    </w:p>
    <w:p>
      <w:pPr>
        <w:pStyle w:val="ListNumber"/>
        <w:spacing w:line="240" w:lineRule="auto"/>
        <w:ind w:left="720"/>
      </w:pPr>
      <w:r/>
      <w:hyperlink r:id="rId15">
        <w:r>
          <w:rPr>
            <w:color w:val="0000EE"/>
            <w:u w:val="single"/>
          </w:rPr>
          <w:t>https://www.panmacmillan.com/news/must-read-sapphic-love-stories</w:t>
        </w:r>
      </w:hyperlink>
      <w:r>
        <w:t xml:space="preserve"> - An article from Pan Macmillan titled 'Must-read Sapphic romance books and love stories', published on 27 January 2026. The piece features a selection of sapphic love stories across various genres, providing readers with recommendations for engaging and diverse narratives.</w:t>
      </w:r>
      <w:r/>
    </w:p>
    <w:p>
      <w:pPr>
        <w:pStyle w:val="ListNumber"/>
        <w:spacing w:line="240" w:lineRule="auto"/>
        <w:ind w:left="720"/>
      </w:pPr>
      <w:r/>
      <w:hyperlink r:id="rId10">
        <w:r>
          <w:rPr>
            <w:color w:val="0000EE"/>
            <w:u w:val="single"/>
          </w:rPr>
          <w:t>https://gomag.com/article/nine-sapphic-reads-for-the-first-half-of-2026/</w:t>
        </w:r>
      </w:hyperlink>
      <w:r>
        <w:t xml:space="preserve"> - An article from GO Magazine titled 'Nine Sapphic Reads For The First Half Of 2026', published on 28 January 2026. The piece highlights nine sapphic novels across different genres, offering readers a curated selection of books to explore in the early part of the year.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lesbianreview.com/best-sapphic-books-of-2026/" TargetMode="External"/><Relationship Id="rId10" Type="http://schemas.openxmlformats.org/officeDocument/2006/relationships/hyperlink" Target="https://gomag.com/article/nine-sapphic-reads-for-the-first-half-of-2026/" TargetMode="External"/><Relationship Id="rId11" Type="http://schemas.openxmlformats.org/officeDocument/2006/relationships/hyperlink" Target="https://top5best.com/sapphic-books" TargetMode="External"/><Relationship Id="rId12" Type="http://schemas.openxmlformats.org/officeDocument/2006/relationships/hyperlink" Target="https://fractalenigma.com/best-sapphic-romance-books-ff-actual-heat-2026/" TargetMode="External"/><Relationship Id="rId13" Type="http://schemas.openxmlformats.org/officeDocument/2006/relationships/hyperlink" Target="https://chaoticsapphics.com/12-best-lesbian-books-to-read-in-2026-fantasy-romance-and-historical-fiction" TargetMode="External"/><Relationship Id="rId14" Type="http://schemas.openxmlformats.org/officeDocument/2006/relationships/hyperlink" Target="https://www.youtube.com/watch?v=9VIPTIt-m-s" TargetMode="External"/><Relationship Id="rId15" Type="http://schemas.openxmlformats.org/officeDocument/2006/relationships/hyperlink" Target="https://www.panmacmillan.com/news/must-read-sapphic-love-sto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