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Horror Books to Read This Summer for a Chilling, Sunny Read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readers are reaching for queer-leaning horror this summer, mixing heat with a shiver-ready stack of novels that reframe heartbreak, apocalypse and revenge. From body horror to campy revenge, these picks show why queer perspectives are reshaping modern scary fiction and offer great beach, bedside or late-night reading.</w:t>
      </w:r>
      <w:r/>
    </w:p>
    <w:p>
      <w:r/>
      <w:r>
        <w:t>Essential Takeaways</w:t>
      </w:r>
      <w:r/>
      <w:r/>
    </w:p>
    <w:p>
      <w:pPr>
        <w:pStyle w:val="ListBullet"/>
        <w:spacing w:line="240" w:lineRule="auto"/>
        <w:ind w:left="720"/>
      </w:pPr>
      <w:r/>
      <w:r>
        <w:rPr>
          <w:b/>
        </w:rPr>
        <w:t>Varied tones:</w:t>
      </w:r>
      <w:r>
        <w:t xml:space="preserve"> Picks range from campy horror-comedy to slow-burn psychological dread, so there’s something whether you want laughs or full-body chills.</w:t>
      </w:r>
      <w:r/>
    </w:p>
    <w:p>
      <w:pPr>
        <w:pStyle w:val="ListBullet"/>
        <w:spacing w:line="240" w:lineRule="auto"/>
        <w:ind w:left="720"/>
      </w:pPr>
      <w:r/>
      <w:r>
        <w:rPr>
          <w:b/>
        </w:rPr>
        <w:t>Queer-centred stakes:</w:t>
      </w:r>
      <w:r>
        <w:t xml:space="preserve"> Each book places queer lives and identities at the story’s emotional core, turning familiar horror tropes inside out.</w:t>
      </w:r>
      <w:r/>
    </w:p>
    <w:p>
      <w:pPr>
        <w:pStyle w:val="ListBullet"/>
        <w:spacing w:line="240" w:lineRule="auto"/>
        <w:ind w:left="720"/>
      </w:pPr>
      <w:r/>
      <w:r>
        <w:rPr>
          <w:b/>
        </w:rPr>
        <w:t>Sensory hooks:</w:t>
      </w:r>
      <w:r>
        <w:t xml:space="preserve"> Expect salt-slick seas, sticky summer heat, the claustrophobic hum of a submarine, and the brittle clack of porcelain.</w:t>
      </w:r>
      <w:r/>
    </w:p>
    <w:p>
      <w:pPr>
        <w:pStyle w:val="ListBullet"/>
        <w:spacing w:line="240" w:lineRule="auto"/>
        <w:ind w:left="720"/>
      </w:pPr>
      <w:r/>
      <w:r>
        <w:rPr>
          <w:b/>
        </w:rPr>
        <w:t>Practical reads:</w:t>
      </w:r>
      <w:r>
        <w:t xml:space="preserve"> Shorter, punchy novels like Our Wives Under the Sea are perfect for a single-day binge; denser epics suit slow, sticky afternoons.</w:t>
      </w:r>
      <w:r/>
    </w:p>
    <w:p>
      <w:pPr>
        <w:pStyle w:val="ListBullet"/>
        <w:spacing w:line="240" w:lineRule="auto"/>
        <w:ind w:left="720"/>
      </w:pPr>
      <w:r/>
      <w:r>
        <w:rPr>
          <w:b/>
        </w:rPr>
        <w:t>Emotional payoffs:</w:t>
      </w:r>
      <w:r>
        <w:t xml:space="preserve"> These books often pair scares with genuine grief, rage or tenderness, leaving you thinking after the last page.</w:t>
      </w:r>
      <w:r/>
      <w:r/>
    </w:p>
    <w:p>
      <w:pPr>
        <w:pStyle w:val="Heading2"/>
      </w:pPr>
      <w:r>
        <w:t>Why queer horror feels fresher than ever</w:t>
      </w:r>
      <w:r/>
    </w:p>
    <w:p>
      <w:r/>
      <w:r>
        <w:t>Summer’s glare makes everything feel a little too exposed, which is perfect for horror that trades in unease. These recent queer titles bring fresh angles , monsters that reflect institutional violence, relationships that fracture into uncanny terror, and revenge tales that are gleefully campy. According to multiple reviews, readers are gravitating towards stories that do more than scare: they interrogate identity, loss and survival. If you’re tired of disposable screams, pick a title that lingers with you.</w:t>
      </w:r>
      <w:r/>
    </w:p>
    <w:p>
      <w:pPr>
        <w:pStyle w:val="Heading2"/>
      </w:pPr>
      <w:r>
        <w:t>Camp and comedy: when horror makes you laugh</w:t>
      </w:r>
      <w:r/>
    </w:p>
    <w:p>
      <w:r/>
      <w:r>
        <w:t>Some gay horror leans into absurdity as a way of surviving the surreal. Books that skew comedic use outrageous premises to land sharp criticism , and a lot of chuckles. These are the titles you can read on a sun-drenched terrace when you want your spine tingled but not shredded. Look for quick pacing, playful language and set-ups that deliberately wink at horror conventions. They’re also ideal if you want something short and transportive between errands or at the end of a sticky day.</w:t>
      </w:r>
      <w:r/>
    </w:p>
    <w:p>
      <w:pPr>
        <w:pStyle w:val="Heading2"/>
      </w:pPr>
      <w:r>
        <w:t>Apocalyptic and survival stories with queer centre-stages</w:t>
      </w:r>
      <w:r/>
    </w:p>
    <w:p>
      <w:r/>
      <w:r>
        <w:t>Post-apocalypse horror has always been fertile ground for social commentary, and queer authors are using the form to ask who survives, and why. Novels where society collapses reveal power dynamics under strain , and let queer characters carry the emotional weight. These books are often bloody and ruthless, with tense group dynamics and moral ambiguity. If you like The Walking Dead’s grit but want fresh voices and sharper social critique, these grim roadmaps of survival will satisfy.</w:t>
      </w:r>
      <w:r/>
    </w:p>
    <w:p>
      <w:pPr>
        <w:pStyle w:val="Heading2"/>
      </w:pPr>
      <w:r>
        <w:t>Intimate, domestic dread: heartbreak as horror</w:t>
      </w:r>
      <w:r/>
    </w:p>
    <w:p>
      <w:r/>
      <w:r>
        <w:t>Horror can be small and intimate as well as large and catastrophic. There’s a strand of queer fiction that treats relationship breakdown and grief as the central scare , the slow corrosion of the person you love until the familiar is uncanny. These novels are often quieter, atmospheric and impossibly readable in one sitting. They work brilliantly for late-night reads when the air is heavy and the house creaks; you’ll close the book and notice ordinary sounds feel a little different.</w:t>
      </w:r>
      <w:r/>
    </w:p>
    <w:p>
      <w:pPr>
        <w:pStyle w:val="Heading2"/>
      </w:pPr>
      <w:r>
        <w:t>Body horror, transformation and agency</w:t>
      </w:r>
      <w:r/>
    </w:p>
    <w:p>
      <w:r/>
      <w:r>
        <w:t>Body horror remains a powerful way to explore identity. When transformations, parasitic communities or invasive forces target the body, the stories interrogate agency, consent and control. These books can be raw and unsettling, but they’re also cathartic: confronting bodily violation on the page lets narratives wrestle back power. Pick these if you want provocative, boundary-pushing fiction that stays with you long after the lights go out.</w:t>
      </w:r>
      <w:r/>
    </w:p>
    <w:p>
      <w:pPr>
        <w:pStyle w:val="Heading2"/>
      </w:pPr>
      <w:r>
        <w:t>How to choose the right queer horror for your summer</w:t>
      </w:r>
      <w:r/>
    </w:p>
    <w:p>
      <w:r/>
      <w:r>
        <w:t>Think about mood: do you want to laugh, cry, rage or squirm? For a single-sitting emotional hit, pick a compact, atmospheric novel. For sticky, sunlit days when you want to feel grounded in survivalist grit, try the apocalyptic reads. If you need catharsis and provocation, the body-horror selections will do the trick. And if you’re sharing with friends, opt for campy revenge tales that double as great conversation starters.</w:t>
      </w:r>
      <w:r/>
    </w:p>
    <w:p>
      <w:r/>
      <w:r>
        <w:t>It's a small switch , pick the kind of fear you can live with , and your summer reading will thank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[4]</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[6]</w:t>
        </w:r>
      </w:hyperlink>
      <w:r>
        <w:t xml:space="preserve">, </w:t>
      </w:r>
      <w:hyperlink r:id="rId15">
        <w:r>
          <w:rPr>
            <w:color w:val="0000EE"/>
            <w:u w:val="single"/>
          </w:rPr>
          <w:t>[7]</w:t>
        </w:r>
      </w:hyperlink>
      <w:r>
        <w:t xml:space="preserve">- Paragraph 6: </w:t>
      </w:r>
      <w:hyperlink r:id="rId13">
        <w:r>
          <w:rPr>
            <w:color w:val="0000EE"/>
            <w:u w:val="single"/>
          </w:rPr>
          <w:t>[5]</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https://www.autostraddle.com/9-scary-good-queer-books-to-read-for-a-hot-horror-summer/?utm_source=rss&amp;utm_medium=rss&amp;utm_campaign=9-scary-good-queer-books-to-read-for-a-hot-horror-summer</w:t>
        </w:r>
      </w:hyperlink>
      <w:r>
        <w:t xml:space="preserve"> - Please view link - unable to able to access data</w:t>
      </w:r>
      <w:r/>
    </w:p>
    <w:p>
      <w:pPr>
        <w:pStyle w:val="ListNumber"/>
        <w:spacing w:line="240" w:lineRule="auto"/>
        <w:ind w:left="720"/>
      </w:pPr>
      <w:r/>
      <w:hyperlink r:id="rId10">
        <w:r>
          <w:rPr>
            <w:color w:val="0000EE"/>
            <w:u w:val="single"/>
          </w:rPr>
          <w:t>https://www.bookbrowse.com/reviews/index.cfm/book_number/4848/bury-your-gays</w:t>
        </w:r>
      </w:hyperlink>
      <w:r>
        <w:t xml:space="preserve"> - This review of Chuck Tingle's 'Bury Your Gays' highlights the novel's exploration of Hollywood's exploitation of queer representation. The protagonist, Misha, a gay screenwriter, faces pressure from studio executives to kill off a lesbian character for the sake of the algorithm. The review discusses the 'bury your gays' trope and praises Tingle's vivid storytelling and satirical take on the entertainment industry. The novel is noted for its heart-pounding narrative and timely commentary on the challenges of queer representation in media.</w:t>
      </w:r>
      <w:r/>
    </w:p>
    <w:p>
      <w:pPr>
        <w:pStyle w:val="ListNumber"/>
        <w:spacing w:line="240" w:lineRule="auto"/>
        <w:ind w:left="720"/>
      </w:pPr>
      <w:r/>
      <w:hyperlink r:id="rId12">
        <w:r>
          <w:rPr>
            <w:color w:val="0000EE"/>
            <w:u w:val="single"/>
          </w:rPr>
          <w:t>https://www.sffinsiders.com/blog/review-bury-your-gays-by-chuck-tingle</w:t>
        </w:r>
      </w:hyperlink>
      <w:r>
        <w:t xml:space="preserve"> - This review of Chuck Tingle's 'Bury Your Gays' describes the novel as a wild ride through Hollywood, queer trauma, and the horror of being told your story isn't marketable unless it ends in tragedy. The story follows Misha Byrne, a queer screenwriter nominated for his first Oscar, who is pressured by producers to kill off a gay character in the upcoming season finale 'for the algorithm.' The review praises Tingle's ability to blend surreal nightmare elements with a heartfelt unpacking of queer trauma.</w:t>
      </w:r>
      <w:r/>
    </w:p>
    <w:p>
      <w:pPr>
        <w:pStyle w:val="ListNumber"/>
        <w:spacing w:line="240" w:lineRule="auto"/>
        <w:ind w:left="720"/>
      </w:pPr>
      <w:r/>
      <w:hyperlink r:id="rId14">
        <w:r>
          <w:rPr>
            <w:color w:val="0000EE"/>
            <w:u w:val="single"/>
          </w:rPr>
          <w:t>https://www.cemeterydance.com/extras/review-bury-your-gays/</w:t>
        </w:r>
      </w:hyperlink>
      <w:r>
        <w:t xml:space="preserve"> - This review of Chuck Tingle's 'Bury Your Gays' discusses the novel's setting in Hollywood, where the protagonist, Misha, a screenwriter, is pressured by producers to kill off a gay character in the upcoming season finale 'for the algorithm.' The review highlights the novel's exploration of the 'bury your gays' trope and praises Tingle's ability to blend horror with a satirical take on the entertainment industry. The novel is noted for its vivid storytelling and timely commentary on queer representation in media.</w:t>
      </w:r>
      <w:r/>
    </w:p>
    <w:p>
      <w:pPr>
        <w:pStyle w:val="ListNumber"/>
        <w:spacing w:line="240" w:lineRule="auto"/>
        <w:ind w:left="720"/>
      </w:pPr>
      <w:r/>
      <w:hyperlink r:id="rId13">
        <w:r>
          <w:rPr>
            <w:color w:val="0000EE"/>
            <w:u w:val="single"/>
          </w:rPr>
          <w:t>https://www.catsluvcoffee.com/2025/04/review-bury-your-gays-by-chuck-tingle.html</w:t>
        </w:r>
      </w:hyperlink>
      <w:r>
        <w:t xml:space="preserve"> - This review of Chuck Tingle's 'Bury Your Gays' describes the novel as a wild ride through Hollywood, queer trauma, and the horror of being told your story isn't marketable unless it ends in tragedy. The story follows Misha Byrne, a queer screenwriter nominated for his first Oscar, who is pressured by producers to kill off a gay character in the upcoming season finale 'for the algorithm.' The review praises Tingle's ability to blend surreal nightmare elements with a heartfelt unpacking of queer trauma.</w:t>
      </w:r>
      <w:r/>
    </w:p>
    <w:p>
      <w:pPr>
        <w:pStyle w:val="ListNumber"/>
        <w:spacing w:line="240" w:lineRule="auto"/>
        <w:ind w:left="720"/>
      </w:pPr>
      <w:r/>
      <w:hyperlink r:id="rId11">
        <w:r>
          <w:rPr>
            <w:color w:val="0000EE"/>
            <w:u w:val="single"/>
          </w:rPr>
          <w:t>https://britishfantasysociety.org/review/bury-your-gays-by-chuck-tingle/</w:t>
        </w:r>
      </w:hyperlink>
      <w:r>
        <w:t xml:space="preserve"> - This review of Chuck Tingle's 'Bury Your Gays' discusses the novel's setting in Hollywood, where the protagonist, Misha, a screenwriter, is pressured by producers to kill off a gay character in the upcoming season finale 'for the algorithm.' The review highlights the novel's exploration of the 'bury your gays' trope and praises Tingle's ability to blend horror with a satirical take on the entertainment industry. The novel is noted for its vivid storytelling and timely commentary on queer representation in media.</w:t>
      </w:r>
      <w:r/>
    </w:p>
    <w:p>
      <w:pPr>
        <w:pStyle w:val="ListNumber"/>
        <w:spacing w:line="240" w:lineRule="auto"/>
        <w:ind w:left="720"/>
      </w:pPr>
      <w:r/>
      <w:hyperlink r:id="rId15">
        <w:r>
          <w:rPr>
            <w:color w:val="0000EE"/>
            <w:u w:val="single"/>
          </w:rPr>
          <w:t>https://www.atomicgeekdom.com/blog/book-review-bury-your-gays-by-chuck-tingle</w:t>
        </w:r>
      </w:hyperlink>
      <w:r>
        <w:t xml:space="preserve"> - This review of Chuck Tingle's 'Bury Your Gays' describes the novel as a wild ride through Hollywood, queer trauma, and the horror of being told your story isn't marketable unless it ends in tragedy. The story follows Misha Byrne, a queer screenwriter nominated for his first Oscar, who is pressured by producers to kill off a gay character in the upcoming season finale 'for the algorithm.' The review praises Tingle's ability to blend surreal nightmare elements with a heartfelt unpacking of queer trauma.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utostraddle.com/9-scary-good-queer-books-to-read-for-a-hot-horror-summer/?utm_source=rss&amp;utm_medium=rss&amp;utm_campaign=9-scary-good-queer-books-to-read-for-a-hot-horror-summer" TargetMode="External"/><Relationship Id="rId10" Type="http://schemas.openxmlformats.org/officeDocument/2006/relationships/hyperlink" Target="https://www.bookbrowse.com/reviews/index.cfm/book_number/4848/bury-your-gays" TargetMode="External"/><Relationship Id="rId11" Type="http://schemas.openxmlformats.org/officeDocument/2006/relationships/hyperlink" Target="https://britishfantasysociety.org/review/bury-your-gays-by-chuck-tingle/" TargetMode="External"/><Relationship Id="rId12" Type="http://schemas.openxmlformats.org/officeDocument/2006/relationships/hyperlink" Target="https://www.sffinsiders.com/blog/review-bury-your-gays-by-chuck-tingle" TargetMode="External"/><Relationship Id="rId13" Type="http://schemas.openxmlformats.org/officeDocument/2006/relationships/hyperlink" Target="https://www.catsluvcoffee.com/2025/04/review-bury-your-gays-by-chuck-tingle.html" TargetMode="External"/><Relationship Id="rId14" Type="http://schemas.openxmlformats.org/officeDocument/2006/relationships/hyperlink" Target="https://www.cemeterydance.com/extras/review-bury-your-gays/" TargetMode="External"/><Relationship Id="rId15" Type="http://schemas.openxmlformats.org/officeDocument/2006/relationships/hyperlink" Target="https://www.atomicgeekdom.com/blog/book-review-bury-your-gays-by-chuck-ting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