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Best Queer Comedians Today and Why Their Laughs Matter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rPr>
          <w:b/>
        </w:rPr>
        <w:t>Celebrate the comedians making us laugh, think, and feel seen , from trailblazers who risked everything to today's stars redefining the stage, streaming and social feeds. Who's your favourite queer comedian, and why does their voice stick with you?</w:t>
      </w:r>
      <w:r/>
    </w:p>
    <w:p>
      <w:r/>
      <w:r>
        <w:t>Essential Takeaways</w:t>
      </w:r>
      <w:r/>
      <w:r/>
    </w:p>
    <w:p>
      <w:pPr>
        <w:pStyle w:val="ListBullet"/>
        <w:spacing w:line="240" w:lineRule="auto"/>
        <w:ind w:left="720"/>
      </w:pPr>
      <w:r/>
      <w:r>
        <w:rPr>
          <w:b/>
        </w:rPr>
        <w:t>Historical weight:</w:t>
      </w:r>
      <w:r>
        <w:t xml:space="preserve"> Queer comedy has long carried social and political punch, helping communities cope and resist.</w:t>
      </w:r>
      <w:r/>
    </w:p>
    <w:p>
      <w:pPr>
        <w:pStyle w:val="ListBullet"/>
        <w:spacing w:line="240" w:lineRule="auto"/>
        <w:ind w:left="720"/>
      </w:pPr>
      <w:r/>
      <w:r>
        <w:rPr>
          <w:b/>
        </w:rPr>
        <w:t>Trailblazers mattered:</w:t>
      </w:r>
      <w:r>
        <w:t xml:space="preserve"> Early performers risked careers and safety to create space for queer humour onstage and screen.</w:t>
      </w:r>
      <w:r/>
    </w:p>
    <w:p>
      <w:pPr>
        <w:pStyle w:val="ListBullet"/>
        <w:spacing w:line="240" w:lineRule="auto"/>
        <w:ind w:left="720"/>
      </w:pPr>
      <w:r/>
      <w:r>
        <w:rPr>
          <w:b/>
        </w:rPr>
        <w:t>Visibility now:</w:t>
      </w:r>
      <w:r>
        <w:t xml:space="preserve"> A new generation of out comedians enjoys broader platforms , streaming specials, podcasts and mainstream TV.</w:t>
      </w:r>
      <w:r/>
    </w:p>
    <w:p>
      <w:pPr>
        <w:pStyle w:val="ListBullet"/>
        <w:spacing w:line="240" w:lineRule="auto"/>
        <w:ind w:left="720"/>
      </w:pPr>
      <w:r/>
      <w:r>
        <w:rPr>
          <w:b/>
        </w:rPr>
        <w:t>Styles vary:</w:t>
      </w:r>
      <w:r>
        <w:t xml:space="preserve"> Some comedians use sharp political satire, others confessional storytelling; all mix identity with universal truth.</w:t>
      </w:r>
      <w:r/>
    </w:p>
    <w:p>
      <w:pPr>
        <w:pStyle w:val="ListBullet"/>
        <w:spacing w:line="240" w:lineRule="auto"/>
        <w:ind w:left="720"/>
      </w:pPr>
      <w:r/>
      <w:r>
        <w:rPr>
          <w:b/>
        </w:rPr>
        <w:t>How to pick one:</w:t>
      </w:r>
      <w:r>
        <w:t xml:space="preserve"> Look for honesty, craft, and whether their material makes you laugh while thinking or simply lets you breathe.</w:t>
      </w:r>
      <w:r/>
      <w:r/>
    </w:p>
    <w:p>
      <w:pPr>
        <w:pStyle w:val="Heading2"/>
      </w:pPr>
      <w:r>
        <w:t>Why queer comedy has always been more than jokes</w:t>
      </w:r>
      <w:r/>
    </w:p>
    <w:p>
      <w:r/>
      <w:r>
        <w:t>Comedy for LGBTQ+ people has often doubled as therapy, protest and community glue, and you can almost feel that history in the rhythm of a punchline. According to the piece that inspired this story, queer comedians used wit to fight erasure through decades of legal and cultural hostility. Back in the mid-20th century, being publicly out could wreck a career, so jokes became coded, clever and occasionally lifesaving. For audiences then and now, that mixture of humour and survival gives many queer performers a hard-earned authority onstage.</w:t>
      </w:r>
      <w:r/>
    </w:p>
    <w:p>
      <w:pPr>
        <w:pStyle w:val="Heading2"/>
      </w:pPr>
      <w:r>
        <w:t>The trailblazers who opened the door</w:t>
      </w:r>
      <w:r/>
    </w:p>
    <w:p>
      <w:r/>
      <w:r>
        <w:t>You can't talk about the present without tipping a hat to those who went first. Performers from different eras made visibility possible, sometimes by playing with stereotypes, sometimes by smashing them. These early names carved out an aesthetic and a vocabulary that later comics adapted and expanded. Today’s stars often say they’re walking through a door someone else busted open, and that sense of lineage makes current triumphs feel communal rather than individual.</w:t>
      </w:r>
      <w:r/>
    </w:p>
    <w:p>
      <w:pPr>
        <w:pStyle w:val="Heading2"/>
      </w:pPr>
      <w:r>
        <w:t>How modern platforms reshaped queer stand-up</w:t>
      </w:r>
      <w:r/>
    </w:p>
    <w:p>
      <w:r/>
      <w:r>
        <w:t>Streaming, podcasts and social media have been a game-changer for queer comics, giving them direct lines to fans without gatekeepers. Specials, viral clips and talk-shows let performers experiment with form and reach niches that were impossible in a club-only model. That means more diversity in voices , trans comics, queer people of colour, and folks from varied class backgrounds , and a richer ecosystem where different humour styles thrive alongside each other.</w:t>
      </w:r>
      <w:r/>
    </w:p>
    <w:p>
      <w:pPr>
        <w:pStyle w:val="Heading2"/>
      </w:pPr>
      <w:r>
        <w:t>Picking your favourite , what to listen for</w:t>
      </w:r>
      <w:r/>
    </w:p>
    <w:p>
      <w:r/>
      <w:r>
        <w:t>There are a few quick ways to decide whose act clicks with you. First, notice honesty: does the comic feel like they're speaking from lived experience rather than adopting a persona? Second, watch for craft , tight setups, surprising callbacks and thoughtful pacing matter. Third, consider tone: do you want biting political satire, warm observational comedy, or confessional stories that make you teary-laugh? Your choice will say as much about what you need in the moment as it does about your taste.</w:t>
      </w:r>
      <w:r/>
    </w:p>
    <w:p>
      <w:pPr>
        <w:pStyle w:val="Heading2"/>
      </w:pPr>
      <w:r>
        <w:t>Why these comedians still matter in culture and politics</w:t>
      </w:r>
      <w:r/>
    </w:p>
    <w:p>
      <w:r/>
      <w:r>
        <w:t>Comedy softens critique without diluting it, and queer comedians often use laughs to land uncomfortable truths. In moments of political backsliding or cultural backlash, a joke can mobilise empathy faster than an op-ed. Meanwhile, for LGBTQ+ audiences, seeing aspects of yourself reflected onstage is quietly radical , it normalises, validates and entertains in one go. Expect this strand of comedy to keep evolving as new generations claim the mic and reshape the jokes to match their lives.</w:t>
      </w:r>
      <w:r/>
    </w:p>
    <w:p>
      <w:r/>
      <w:r>
        <w:t>It's a small thing to pick a favourite, but those laughs can change a day , or make you feel less alone.</w:t>
      </w:r>
      <w:r/>
    </w:p>
    <w:p>
      <w:pPr>
        <w:pStyle w:val="Heading3"/>
      </w:pPr>
      <w:r>
        <w:t>Source Reference Map</w:t>
      </w:r>
      <w:r/>
    </w:p>
    <w:p>
      <w:r/>
      <w:r>
        <w:rPr>
          <w:b/>
        </w:rPr>
        <w:t>Story idea inspired by:</w:t>
      </w:r>
      <w:r>
        <w:t xml:space="preserve"> </w:t>
      </w:r>
      <w:hyperlink r:id="rId9">
        <w:r>
          <w:rPr>
            <w:color w:val="0000EE"/>
            <w:u w:val="single"/>
          </w:rPr>
          <w:t>[1]</w:t>
        </w:r>
      </w:hyperlink>
      <w:r/>
    </w:p>
    <w:p>
      <w:r/>
      <w:r>
        <w:rPr>
          <w:b/>
        </w:rPr>
        <w:t>Sources by paragraph:</w:t>
      </w:r>
      <w:r>
        <w:t xml:space="preserve">- Paragraph 1: </w:t>
      </w:r>
      <w:hyperlink r:id="rId10">
        <w:r>
          <w:rPr>
            <w:color w:val="0000EE"/>
            <w:u w:val="single"/>
          </w:rPr>
          <w:t>[2]</w:t>
        </w:r>
      </w:hyperlink>
      <w:r>
        <w:t xml:space="preserve">- Paragraph 2: </w:t>
      </w:r>
      <w:hyperlink r:id="rId10">
        <w:r>
          <w:rPr>
            <w:color w:val="0000EE"/>
            <w:u w:val="single"/>
          </w:rPr>
          <w:t>[3]</w:t>
        </w:r>
      </w:hyperlink>
      <w:r>
        <w:t xml:space="preserve">- Paragraph 3: </w:t>
      </w:r>
      <w:hyperlink r:id="rId10">
        <w:r>
          <w:rPr>
            <w:color w:val="0000EE"/>
            <w:u w:val="single"/>
          </w:rPr>
          <w:t>[4]</w:t>
        </w:r>
      </w:hyperlink>
      <w:r>
        <w:t xml:space="preserve">- Paragraph 4: </w:t>
      </w:r>
      <w:hyperlink r:id="rId10">
        <w:r>
          <w:rPr>
            <w:color w:val="0000EE"/>
            <w:u w:val="single"/>
          </w:rPr>
          <w:t>[5]</w:t>
        </w:r>
      </w:hyperlink>
      <w:r>
        <w:t xml:space="preserve">- Paragraph 5: </w:t>
      </w:r>
      <w:hyperlink r:id="rId10">
        <w:r>
          <w:rPr>
            <w:color w:val="0000EE"/>
            <w:u w:val="single"/>
          </w:rPr>
          <w:t>[6]</w:t>
        </w:r>
      </w:hyperlink>
      <w:r>
        <w:t xml:space="preserve">- Paragraph 6: </w:t>
      </w:r>
      <w:hyperlink r:id="rId10">
        <w:r>
          <w:rPr>
            <w:color w:val="0000EE"/>
            <w:u w:val="single"/>
          </w:rPr>
          <w:t>[7]</w:t>
        </w:r>
      </w:hyperlink>
      <w:r/>
    </w:p>
    <w:p>
      <w:pPr>
        <w:pStyle w:val="Heading2"/>
      </w:pPr>
      <w:r>
        <w:t>Bibliography</w:t>
      </w:r>
      <w:r/>
      <w:r/>
    </w:p>
    <w:p>
      <w:pPr>
        <w:pStyle w:val="ListNumber"/>
        <w:numPr>
          <w:ilvl w:val="0"/>
          <w:numId w:val="14"/>
        </w:numPr>
        <w:spacing w:line="240" w:lineRule="auto"/>
        <w:ind w:left="720"/>
      </w:pPr>
      <w:r/>
      <w:hyperlink r:id="rId9">
        <w:r>
          <w:rPr>
            <w:color w:val="0000EE"/>
            <w:u w:val="single"/>
          </w:rPr>
          <w:t>https://www.queerty.com/whos-your-favorite-queer-comedian-why-20260812/</w:t>
        </w:r>
      </w:hyperlink>
      <w:r>
        <w:t xml:space="preserve"> - Please view link - unable to able to access data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https://www.queerty.com/8-history-making-lgbtq-comedians-who-set-the-stage-for-modern-queer-comedy-20230416/</w:t>
        </w:r>
      </w:hyperlink>
      <w:r>
        <w:t xml:space="preserve"> - This article highlights eight pioneering LGBTQ+ comedians who have significantly influenced modern queer comedy. It discusses their contributions and how they have paved the way for current and future generations of queer comedians.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https://www.queerty.com/8-history-making-lgbtq-comedians-who-set-the-stage-for-modern-queer-comedy-20230416/</w:t>
        </w:r>
      </w:hyperlink>
      <w:r>
        <w:t xml:space="preserve"> - This article highlights eight pioneering LGBTQ+ comedians who have significantly influenced modern queer comedy. It discusses their contributions and how they have paved the way for current and future generations of queer comedians.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https://www.queerty.com/8-history-making-lgbtq-comedians-who-set-the-stage-for-modern-queer-comedy-20230416/</w:t>
        </w:r>
      </w:hyperlink>
      <w:r>
        <w:t xml:space="preserve"> - This article highlights eight pioneering LGBTQ+ comedians who have significantly influenced modern queer comedy. It discusses their contributions and how they have paved the way for current and future generations of queer comedians.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https://www.queerty.com/8-history-making-lgbtq-comedians-who-set-the-stage-for-modern-queer-comedy-20230416/</w:t>
        </w:r>
      </w:hyperlink>
      <w:r>
        <w:t xml:space="preserve"> - This article highlights eight pioneering LGBTQ+ comedians who have significantly influenced modern queer comedy. It discusses their contributions and how they have paved the way for current and future generations of queer comedians.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https://www.queerty.com/8-history-making-lgbtq-comedians-who-set-the-stage-for-modern-queer-comedy-20230416/</w:t>
        </w:r>
      </w:hyperlink>
      <w:r>
        <w:t xml:space="preserve"> - This article highlights eight pioneering LGBTQ+ comedians who have significantly influenced modern queer comedy. It discusses their contributions and how they have paved the way for current and future generations of queer comedians.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https://www.queerty.com/8-history-making-lgbtq-comedians-who-set-the-stage-for-modern-queer-comedy-20230416/</w:t>
        </w:r>
      </w:hyperlink>
      <w:r>
        <w:t xml:space="preserve"> - This article highlights eight pioneering LGBTQ+ comedians who have significantly influenced modern queer comedy. It discusses their contributions and how they have paved the way for current and future generations of queer comedians.</w:t>
      </w:r>
      <w:r/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queerty.com/whos-your-favorite-queer-comedian-why-20260812/" TargetMode="External"/><Relationship Id="rId10" Type="http://schemas.openxmlformats.org/officeDocument/2006/relationships/hyperlink" Target="https://www.queerty.com/8-history-making-lgbtq-comedians-who-set-the-stage-for-modern-queer-comedy-20230416/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