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Night Out: Jimmy Somerville — Queer Rebel of English Pop UK Premiere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clubgoers are flocking to London for a celebratory evening on 28 August, where the UK premiere of Jimmy Somerville , Queer Rebel of English Pop brings music, activism and queer club culture together at The Cinema Museum. Expect a screening, a hard-hitting panel, DJs and food from an HIV specialist charity.</w:t>
      </w:r>
      <w:r/>
    </w:p>
    <w:p>
      <w:r/>
      <w:r>
        <w:t>Essential Takeaways</w:t>
      </w:r>
      <w:r/>
      <w:r/>
    </w:p>
    <w:p>
      <w:pPr>
        <w:pStyle w:val="ListBullet"/>
        <w:spacing w:line="240" w:lineRule="auto"/>
        <w:ind w:left="720"/>
      </w:pPr>
      <w:r/>
      <w:r>
        <w:rPr>
          <w:b/>
        </w:rPr>
        <w:t>Date and place:</w:t>
      </w:r>
      <w:r>
        <w:t xml:space="preserve"> Friday 28 August 2026 at The Cinema Museum, London; doors 6pm, film 6.30pm. </w:t>
      </w:r>
      <w:r/>
    </w:p>
    <w:p>
      <w:pPr>
        <w:pStyle w:val="ListBullet"/>
        <w:spacing w:line="240" w:lineRule="auto"/>
        <w:ind w:left="720"/>
      </w:pPr>
      <w:r/>
      <w:r>
        <w:rPr>
          <w:b/>
        </w:rPr>
        <w:t>Line-up:</w:t>
      </w:r>
      <w:r>
        <w:t xml:space="preserve"> Post-film panel with former colleagues, ACT UP activists and artists, followed by DJs from This Is My Culture and Public Toilet Disco. </w:t>
      </w:r>
      <w:r/>
    </w:p>
    <w:p>
      <w:pPr>
        <w:pStyle w:val="ListBullet"/>
        <w:spacing w:line="240" w:lineRule="auto"/>
        <w:ind w:left="720"/>
      </w:pPr>
      <w:r/>
      <w:r>
        <w:rPr>
          <w:b/>
        </w:rPr>
        <w:t>Cause:</w:t>
      </w:r>
      <w:r>
        <w:t xml:space="preserve"> The night doubles as a fundraiser for the ’40 Years of ACT UP 2027 Calendar’; tickets £10–£20. </w:t>
      </w:r>
      <w:r/>
    </w:p>
    <w:p>
      <w:pPr>
        <w:pStyle w:val="ListBullet"/>
        <w:spacing w:line="240" w:lineRule="auto"/>
        <w:ind w:left="720"/>
      </w:pPr>
      <w:r/>
      <w:r>
        <w:rPr>
          <w:b/>
        </w:rPr>
        <w:t>Accessibility and hospitality:</w:t>
      </w:r>
      <w:r>
        <w:t xml:space="preserve"> Wheelchair lift, accessible toilets and parking, BSL interpreter; food provided by The Food Chain. </w:t>
      </w:r>
      <w:r/>
    </w:p>
    <w:p>
      <w:pPr>
        <w:pStyle w:val="ListBullet"/>
        <w:spacing w:line="240" w:lineRule="auto"/>
        <w:ind w:left="720"/>
      </w:pPr>
      <w:r/>
      <w:r>
        <w:rPr>
          <w:b/>
        </w:rPr>
        <w:t>Tone:</w:t>
      </w:r>
      <w:r>
        <w:t xml:space="preserve"> A blend of nostalgia and urgency , music history meets continued HIV activism and queer pride.</w:t>
      </w:r>
      <w:r/>
      <w:r/>
    </w:p>
    <w:p>
      <w:pPr>
        <w:pStyle w:val="Heading2"/>
      </w:pPr>
      <w:r>
        <w:t>Why this premiere feels like more than a film night</w:t>
      </w:r>
      <w:r/>
    </w:p>
    <w:p>
      <w:r/>
      <w:r>
        <w:t>There’s a warm, buzzy sense to the event: people gathered not just to watch, but to remember and act. The movie revisits Jimmy Somerville’s unmistakable voice and the 1980s backdrop that made “Smalltown Boy” both a pop hit and an anthem for gay visibility. That mix of melody and meaning gives the screening a bittersweet charge , you’ll leave humming and thinking.</w:t>
      </w:r>
      <w:r/>
    </w:p>
    <w:p>
      <w:r/>
      <w:r>
        <w:t>The Cinema Museum is a fitting venue, modest and theatrical, and the schedule packs the evening neatly: film, panel, then a clubby send-off. It’s the kind of night where your neighbour in the queue might be a lifelong fan or a younger person discovering Somerville’s work for the first time.</w:t>
      </w:r>
      <w:r/>
    </w:p>
    <w:p>
      <w:pPr>
        <w:pStyle w:val="Heading2"/>
      </w:pPr>
      <w:r>
        <w:t>The panel , history, activism and personal memory</w:t>
      </w:r>
      <w:r/>
    </w:p>
    <w:p>
      <w:r/>
      <w:r>
        <w:t>Speakers include Colin Bell, who worked on the record labels, June Miles-Kingston from The Communards, and longtime ACT UP activists from London and Paris. Expect anecdotes about recording sessions and tour life, alongside sober reflections on HIV, loss and the organising that followed.</w:t>
      </w:r>
      <w:r/>
    </w:p>
    <w:p>
      <w:r/>
      <w:r>
        <w:t>According to organisers, those contributions aren’t mere nostalgia. The panel aims to connect cultural memory with contemporary campaigning , a reminder that the battles Somerville sang about remain relevant. If you’re going for context as well as a good story, this Q&amp;A will deliver.</w:t>
      </w:r>
      <w:r/>
    </w:p>
    <w:p>
      <w:pPr>
        <w:pStyle w:val="Heading2"/>
      </w:pPr>
      <w:r>
        <w:t>DJs, dancing and community in the room</w:t>
      </w:r>
      <w:r/>
    </w:p>
    <w:p>
      <w:r/>
      <w:r>
        <w:t>After the talk, DJs from This Is My Culture and Public Toilet Disco , many with ACT UP roots , will spin. Think queer-club energy rather than a formal afterparty; it’s designed to feel like a safe, joyful space for people to dance, reconnect and celebrate resistance.</w:t>
      </w:r>
      <w:r/>
    </w:p>
    <w:p>
      <w:r/>
      <w:r>
        <w:t>The Food Chain providing supper keeps the night grounded in care. It’s practical and symbolic: feeding people living with HIV while raising funds for ACT UP’s calendar ties music and activism to concrete support.</w:t>
      </w:r>
      <w:r/>
    </w:p>
    <w:p>
      <w:pPr>
        <w:pStyle w:val="Heading2"/>
      </w:pPr>
      <w:r>
        <w:t>What to know before you go</w:t>
      </w:r>
      <w:r/>
    </w:p>
    <w:p>
      <w:r/>
      <w:r>
        <w:t>Tickets are priced between £10 and £20 and support the ’40 Years of ACT UP 2027 Calendar’; buy early if you want a seat close to the front. The venue has a lift, accessible toilets and parking, and a BSL interpreter will be present, which means the event’s been planned with inclusivity in mind.</w:t>
      </w:r>
      <w:r/>
    </w:p>
    <w:p>
      <w:r/>
      <w:r>
        <w:t>If you’re making an evening of it, arrive early to enjoy the atmosphere and the mingling , doors open at 6pm and the film starts at 6.30pm. Expect a crowd that ranges from fans who lived through the 80s to activists, students and club kids.</w:t>
      </w:r>
      <w:r/>
    </w:p>
    <w:p>
      <w:pPr>
        <w:pStyle w:val="Heading2"/>
      </w:pPr>
      <w:r>
        <w:t>Why it matters now</w:t>
      </w:r>
      <w:r/>
    </w:p>
    <w:p>
      <w:r/>
      <w:r>
        <w:t>Jimmy Somerville’s story is a reminder that pop can be political, and that art can carry demands for dignity. The screening’s fundraising element keeps the focus on contemporary struggle: ACT UP London’s work, community care and the ongoing fight to end HIV-related stigma and inequality.</w:t>
      </w:r>
      <w:r/>
    </w:p>
    <w:p>
      <w:r/>
      <w:r>
        <w:t>It’s rare to find an event that stitches together film, music, first-person testimony and direct fundraising so neatly. For anyone who loves pop music with a conscience, or who cares about queer history and activism, it’s worth a place in the diary.</w:t>
      </w:r>
      <w:r/>
    </w:p>
    <w:p>
      <w:r/>
      <w:r>
        <w:t>It's a small change that can make every note and every night feel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https://www.qxmagazine.com/2026/08/jimmy-somerville-queer-rebel-of-english-pop-uk-premiere-at-the-cinema-museum-on-28-august-2026/</w:t>
        </w:r>
      </w:hyperlink>
      <w:r>
        <w:t xml:space="preserve"> - Please view link - unable to able to access data</w:t>
      </w:r>
      <w:r/>
    </w:p>
    <w:p>
      <w:pPr>
        <w:pStyle w:val="ListNumber"/>
        <w:spacing w:line="240" w:lineRule="auto"/>
        <w:ind w:left="720"/>
      </w:pPr>
      <w:r/>
      <w:hyperlink r:id="rId10">
        <w:r>
          <w:rPr>
            <w:color w:val="0000EE"/>
            <w:u w:val="single"/>
          </w:rPr>
          <w:t>https://www.outsavvy.com/event/35168/jimmy-somerville-queer-rebel-of-english-pop-uk-premier</w:t>
        </w:r>
      </w:hyperlink>
      <w:r>
        <w:t xml:space="preserve"> - OutSavvy provides ticketing services for the UK premiere of 'Jimmy Somerville – Queer Rebel of English Pop' at The Cinema Museum on 28 August 2026. The event celebrates music, queer club culture, art, and HIV activism, featuring a screening of the documentary, a panel discussion, and a party. Tickets range from £10 to £20, with proceeds supporting the '40 Years of ACT UP 2027 Calendar'. The venue is wheelchair accessible and offers accessible toilets and parking spaces.</w:t>
      </w:r>
      <w:r/>
    </w:p>
    <w:p>
      <w:pPr>
        <w:pStyle w:val="ListNumber"/>
        <w:spacing w:line="240" w:lineRule="auto"/>
        <w:ind w:left="720"/>
      </w:pPr>
      <w:r/>
      <w:hyperlink r:id="rId12">
        <w:r>
          <w:rPr>
            <w:color w:val="0000EE"/>
            <w:u w:val="single"/>
          </w:rPr>
          <w:t>https://www.studiocine.com/fiche-film/jimmy-somerville-rebelle-queer-de-la-pop-anglaise.html</w:t>
        </w:r>
      </w:hyperlink>
      <w:r>
        <w:t xml:space="preserve"> - Cinémas Studio in France screened 'Jimmy Somerville – Rebelle Queer de la Pop Anglaise' from 14 to 20 January 2026. The documentary, directed by Olivier Simonnet, explores Jimmy Somerville's impact on the gay movement in Britain, highlighting his journey from Bronski Beat to The Communards and his solo career. The film delves into themes of freedom, equal rights, and the challenges faced by the LGBTQ+ community during the 1980s.</w:t>
      </w:r>
      <w:r/>
    </w:p>
    <w:p>
      <w:pPr>
        <w:pStyle w:val="ListNumber"/>
        <w:spacing w:line="240" w:lineRule="auto"/>
        <w:ind w:left="720"/>
      </w:pPr>
      <w:r/>
      <w:hyperlink r:id="rId15">
        <w:r>
          <w:rPr>
            <w:color w:val="0000EE"/>
            <w:u w:val="single"/>
          </w:rPr>
          <w:t>https://www.barbican.org.uk/whats-on/2026/event/outdoor-cinema-beautiful-thing</w:t>
        </w:r>
      </w:hyperlink>
      <w:r>
        <w:t xml:space="preserve"> - The Barbican Centre in London is hosting an outdoor cinema event on 28 August 2026, featuring the 30th anniversary screening of 'Beautiful Thing'. The film tells the story of two boys falling in love on a Thamesmead estate, capturing the essence of a gay summer romance. The event is part of the Barbican's summer screenings and offers a nostalgic look at a beloved LGBTQ+ classic.</w:t>
      </w:r>
      <w:r/>
    </w:p>
    <w:p>
      <w:pPr>
        <w:pStyle w:val="ListNumber"/>
        <w:spacing w:line="240" w:lineRule="auto"/>
        <w:ind w:left="720"/>
      </w:pPr>
      <w:r/>
      <w:hyperlink r:id="rId14">
        <w:r>
          <w:rPr>
            <w:color w:val="0000EE"/>
            <w:u w:val="single"/>
          </w:rPr>
          <w:t>https://dandyclub.uk/event/love-riot-2026/</w:t>
        </w:r>
      </w:hyperlink>
      <w:r>
        <w:t xml:space="preserve"> - Dandy Club is organising 'Love Riot 2026' in Manchester on 28 August 2026 at The Deaf Institute. The event celebrates queer culture with performances by resident DJs and special guests, including Sum Ting Wong from 'RuPaul’s Drag Race UK'. Attendees can expect a night filled with alternative pop, dance, indie, and disco music, embodying the spirit of Pride as a Love Riot.</w:t>
      </w:r>
      <w:r/>
    </w:p>
    <w:p>
      <w:pPr>
        <w:pStyle w:val="ListNumber"/>
        <w:spacing w:line="240" w:lineRule="auto"/>
        <w:ind w:left="720"/>
      </w:pPr>
      <w:r/>
      <w:hyperlink r:id="rId13">
        <w:r>
          <w:rPr>
            <w:color w:val="0000EE"/>
            <w:u w:val="single"/>
          </w:rPr>
          <w:t>https://www.shortlist.com/entertainment/london-cinema-film-festivals-seasons-q-and-a-2026</w:t>
        </w:r>
      </w:hyperlink>
      <w:r>
        <w:t xml:space="preserve"> - Shortlist provides a comprehensive list of London cinema events for 2026, including the UK premiere of 'Jimmy Somerville – Queer Rebel of English Pop' at The Cinema Museum on 28 August. The article highlights various film festivals, seasons, Q&amp;As, and rep screenings, offering readers a curated guide to London's vibrant cinematic offerings throughout the year.</w:t>
      </w:r>
      <w:r/>
    </w:p>
    <w:p>
      <w:pPr>
        <w:pStyle w:val="ListNumber"/>
        <w:spacing w:line="240" w:lineRule="auto"/>
        <w:ind w:left="720"/>
      </w:pPr>
      <w:r/>
      <w:hyperlink r:id="rId11">
        <w:r>
          <w:rPr>
            <w:color w:val="0000EE"/>
            <w:u w:val="single"/>
          </w:rPr>
          <w:t>https://filmflow.tv/movie/1541397-jimmy-somerville-queer-rebel-of-british-pop</w:t>
        </w:r>
      </w:hyperlink>
      <w:r>
        <w:t xml:space="preserve"> - FilmFlow.tv offers information on the 2025 documentary 'Jimmy Somerville: Queer Rebel of British Pop', directed by Olivier Simonnet. The film explores Somerville's rise in the 1980s new wave scene, his role as a voice for the LGBTQ+ community, and his journey from Bronski Beat to The Communards and his solo career. The documentary provides intimate stories from those who have stood by him for four decades.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8/jimmy-somerville-queer-rebel-of-english-pop-uk-premiere-at-the-cinema-museum-on-28-august-2026/" TargetMode="External"/><Relationship Id="rId10" Type="http://schemas.openxmlformats.org/officeDocument/2006/relationships/hyperlink" Target="https://www.outsavvy.com/event/35168/jimmy-somerville-queer-rebel-of-english-pop-uk-premier" TargetMode="External"/><Relationship Id="rId11" Type="http://schemas.openxmlformats.org/officeDocument/2006/relationships/hyperlink" Target="https://filmflow.tv/movie/1541397-jimmy-somerville-queer-rebel-of-british-pop" TargetMode="External"/><Relationship Id="rId12" Type="http://schemas.openxmlformats.org/officeDocument/2006/relationships/hyperlink" Target="https://www.studiocine.com/fiche-film/jimmy-somerville-rebelle-queer-de-la-pop-anglaise.html" TargetMode="External"/><Relationship Id="rId13" Type="http://schemas.openxmlformats.org/officeDocument/2006/relationships/hyperlink" Target="https://www.shortlist.com/entertainment/london-cinema-film-festivals-seasons-q-and-a-2026" TargetMode="External"/><Relationship Id="rId14" Type="http://schemas.openxmlformats.org/officeDocument/2006/relationships/hyperlink" Target="https://dandyclub.uk/event/love-riot-2026/" TargetMode="External"/><Relationship Id="rId15" Type="http://schemas.openxmlformats.org/officeDocument/2006/relationships/hyperlink" Target="https://www.barbican.org.uk/whats-on/2026/event/outdoor-cinema-beautiful-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