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Watch: A Day in May Documentary on Ireland's Marriage Equality Referendum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up with the voices behind Ireland’s 2015 marriage equality vote in RTÉ’s A Day in May , a warm, reflective documentary that revisits campaigners, families and the unexpected everyday changes that followed, and explains why the referendum still matters to younger generations.</w:t>
      </w:r>
      <w:r/>
    </w:p>
    <w:p>
      <w:r/>
      <w:r>
        <w:t>Essential Takeaways</w:t>
      </w:r>
      <w:r/>
      <w:r/>
    </w:p>
    <w:p>
      <w:pPr>
        <w:pStyle w:val="ListBullet"/>
        <w:spacing w:line="240" w:lineRule="auto"/>
        <w:ind w:left="720"/>
      </w:pPr>
      <w:r/>
      <w:r>
        <w:rPr>
          <w:b/>
        </w:rPr>
        <w:t>Personal stories at the centre:</w:t>
      </w:r>
      <w:r>
        <w:t xml:space="preserve"> The film reconnects people originally interviewed around the 2015 vote, giving a close, emotional view of lives changed.</w:t>
      </w:r>
      <w:r/>
    </w:p>
    <w:p>
      <w:pPr>
        <w:pStyle w:val="ListBullet"/>
        <w:spacing w:line="240" w:lineRule="auto"/>
        <w:ind w:left="720"/>
      </w:pPr>
      <w:r/>
      <w:r>
        <w:rPr>
          <w:b/>
        </w:rPr>
        <w:t>Familiar voices contribute:</w:t>
      </w:r>
      <w:r>
        <w:t xml:space="preserve"> Politicians and campaigners, including Ivana Bacik and Dr Katherine Zappone, add context and reflection.</w:t>
      </w:r>
      <w:r/>
    </w:p>
    <w:p>
      <w:pPr>
        <w:pStyle w:val="ListBullet"/>
        <w:spacing w:line="240" w:lineRule="auto"/>
        <w:ind w:left="720"/>
      </w:pPr>
      <w:r/>
      <w:r>
        <w:rPr>
          <w:b/>
        </w:rPr>
        <w:t>Produced for the anniversary:</w:t>
      </w:r>
      <w:r>
        <w:t xml:space="preserve"> The documentary was broadcast on RTÉ One and is available on RTÉ Player for streaming.</w:t>
      </w:r>
      <w:r/>
    </w:p>
    <w:p>
      <w:pPr>
        <w:pStyle w:val="ListBullet"/>
        <w:spacing w:line="240" w:lineRule="auto"/>
        <w:ind w:left="720"/>
      </w:pPr>
      <w:r/>
      <w:r>
        <w:rPr>
          <w:b/>
        </w:rPr>
        <w:t>Tone and texture:</w:t>
      </w:r>
      <w:r>
        <w:t xml:space="preserve"> Expect intimate, sometimes raw conversations, a quiet look at social change, and moments of genuine hope.</w:t>
      </w:r>
      <w:r/>
    </w:p>
    <w:p>
      <w:pPr>
        <w:pStyle w:val="ListBullet"/>
        <w:spacing w:line="240" w:lineRule="auto"/>
        <w:ind w:left="720"/>
      </w:pPr>
      <w:r/>
      <w:r>
        <w:rPr>
          <w:b/>
        </w:rPr>
        <w:t>Practical viewing note:</w:t>
      </w:r>
      <w:r>
        <w:t xml:space="preserve"> It’s a short, accessible watch that works well as an introduction for younger viewers or a reunion for those who lived the campaign.</w:t>
      </w:r>
      <w:r/>
      <w:r/>
    </w:p>
    <w:p>
      <w:pPr>
        <w:pStyle w:val="Heading2"/>
      </w:pPr>
      <w:r>
        <w:t>Why this documentary lands now</w:t>
      </w:r>
      <w:r/>
    </w:p>
    <w:p>
      <w:r/>
      <w:r>
        <w:t>RTÉ’s new film lands ten years after a landmark vote that reshaped Irish life, and you can feel the anniversary weight in every scene. The director, Colin Murphy, moves with a light, humane touch, and you’re often listening to people rather than being lectured to. The result is a grounded portrait that’s as much about ordinary days as it is about history.</w:t>
      </w:r>
      <w:r/>
    </w:p>
    <w:p>
      <w:r/>
      <w:r>
        <w:t>Backstory: Murphy first worked with interviews recorded by the late journalist Charlie Bird and turned them into a stage play. Now he’s taken that material back to the people involved, asking how things look a decade on. That loop , from reportage to theatre to documentary , gives the film a layered quality.</w:t>
      </w:r>
      <w:r/>
    </w:p>
    <w:p>
      <w:pPr>
        <w:pStyle w:val="Heading2"/>
      </w:pPr>
      <w:r>
        <w:t>Faces, families and follow-ups</w:t>
      </w:r>
      <w:r/>
    </w:p>
    <w:p>
      <w:r/>
      <w:r>
        <w:t>The documentary deliberately foregrounds individual experiences: parents, same-sex couples, campaigners who sweated over posters and polling booths. Those intimate moments , a quiet kitchen chat, a tearful recollection, a child’s offhand remark , give the referendum a human scale you might not get from headlines.</w:t>
      </w:r>
      <w:r/>
    </w:p>
    <w:p>
      <w:r/>
      <w:r>
        <w:t>According to RTÉ’s archive coverage and contemporary reporting, these personal testimonies echo the public record of a spirited campaign and a close-run national conversation. For viewers, the takeaway is simple: laws change lives slowly, but stories change hearts faster.</w:t>
      </w:r>
      <w:r/>
    </w:p>
    <w:p>
      <w:pPr>
        <w:pStyle w:val="Heading2"/>
      </w:pPr>
      <w:r>
        <w:t>What the politicians and campaigners add</w:t>
      </w:r>
      <w:r/>
    </w:p>
    <w:p>
      <w:r/>
      <w:r>
        <w:t>You’ll also hear from public figures who steered or observed the debate. Contributions from MPs and activists put the grassroots memories into a larger political frame, explaining the strategies, fears and legal work behind the campaign.</w:t>
      </w:r>
      <w:r/>
    </w:p>
    <w:p>
      <w:r/>
      <w:r>
        <w:t>This broader perspective matters if you want a three-dimensional sense of the referendum: it wasn’t just emotion or media spectacle, it was also policy, legal groundwork and tireless canvassing by people who believed a different Ireland was possible.</w:t>
      </w:r>
      <w:r/>
    </w:p>
    <w:p>
      <w:pPr>
        <w:pStyle w:val="Heading2"/>
      </w:pPr>
      <w:r>
        <w:t>How attitudes have shifted , and what still matters</w:t>
      </w:r>
      <w:r/>
    </w:p>
    <w:p>
      <w:r/>
      <w:r>
        <w:t>Watching A Day in May, you can see the shift not only in laws but in everyday interactions: how couples are greeted at family events, how schools talk about families, how young people view their future. The film gently highlights that while social acceptance has broadened, the work of inclusion continues.</w:t>
      </w:r>
      <w:r/>
    </w:p>
    <w:p>
      <w:r/>
      <w:r>
        <w:t>If you’re choosing whether to watch with younger people, the documentary serves as a useful primer. It explains the stakes without being didactic, and it gives context to why marriage equality remains a touchstone for other equalities.</w:t>
      </w:r>
      <w:r/>
    </w:p>
    <w:p>
      <w:pPr>
        <w:pStyle w:val="Heading2"/>
      </w:pPr>
      <w:r>
        <w:t>Practical tips for watching and discussing it</w:t>
      </w:r>
      <w:r/>
    </w:p>
    <w:p>
      <w:r/>
      <w:r>
        <w:t>Stream it on RTÉ Player for the full piece, and consider pairing the viewing with a short discussion: ask what surprised you, which memories felt most vivid, and what changes you’ve noticed locally. If you’re using it in a classroom or group, have a few questions ready about community change and the role of media in shaping public opinion.</w:t>
      </w:r>
      <w:r/>
    </w:p>
    <w:p>
      <w:r/>
      <w:r>
        <w:t>The film is short enough to sit through in one evening, but rich enough that you might want to revisit particular interviews or look up archival footage from 2015 for comparison.</w:t>
      </w:r>
      <w:r/>
    </w:p>
    <w:p>
      <w:r/>
      <w:r>
        <w:t>It’s a small, human film with a clear heart , a reminder that laws matter, but so do the people they touch.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3">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9">
        <w:r>
          <w:rPr>
            <w:color w:val="0000EE"/>
            <w:u w:val="single"/>
          </w:rPr>
          <w:t>[1]</w:t>
        </w:r>
      </w:hyperlink>
      <w:r>
        <w:t xml:space="preserve">- Paragraph 6: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https://gcn.ie/a-day-in-may-tv-documentary-irelands-marriage-equality-referendum/</w:t>
        </w:r>
      </w:hyperlink>
      <w:r>
        <w:t xml:space="preserve"> - Please view link - unable to able to access data</w:t>
      </w:r>
      <w:r/>
    </w:p>
    <w:p>
      <w:pPr>
        <w:pStyle w:val="ListNumber"/>
        <w:spacing w:line="240" w:lineRule="auto"/>
        <w:ind w:left="720"/>
      </w:pPr>
      <w:r/>
      <w:hyperlink r:id="rId10">
        <w:r>
          <w:rPr>
            <w:color w:val="0000EE"/>
            <w:u w:val="single"/>
          </w:rPr>
          <w:t>https://www.rte.ie/news/2025/0524/1514755-equality/</w:t>
        </w:r>
      </w:hyperlink>
      <w:r>
        <w:t xml:space="preserve"> - In May 2025, Ireland celebrated the 10th anniversary of its marriage equality referendum, which took place on 22 May 2015. The event, titled 'What A Difference A Day Made', was held at Collins Barracks in Dublin and featured performances, music, and talks. The referendum had seen 62% of voters approve the amendment to the Constitution, allowing same-sex marriage. Since then, nearly 6,000 same-sex couples have married in Ireland. The event also addressed ongoing challenges faced by the LGBTQ+ community, including rising hostility and unfinished legal protections.</w:t>
      </w:r>
      <w:r/>
    </w:p>
    <w:p>
      <w:pPr>
        <w:pStyle w:val="ListNumber"/>
        <w:spacing w:line="240" w:lineRule="auto"/>
        <w:ind w:left="720"/>
      </w:pPr>
      <w:r/>
      <w:hyperlink r:id="rId13">
        <w:r>
          <w:rPr>
            <w:color w:val="0000EE"/>
            <w:u w:val="single"/>
          </w:rPr>
          <w:t>https://www.rte.ie/archives/2018/0628/973935-marriage-equality-in-ireland/</w:t>
        </w:r>
      </w:hyperlink>
      <w:r>
        <w:t xml:space="preserve"> - In 2015, Ireland became the first country in the world to legalise same-sex marriage through a popular vote. The referendum, held on 22 May 2015, saw 62.07% of the electorate vote in favour of the amendment to the Constitution. The amendment to Article 41 of the Irish Constitution meant that marriage could be contracted by two persons without distinction as to their sex. The results were confirmed the following day, with widespread support from politicians and equality campaigners.</w:t>
      </w:r>
      <w:r/>
    </w:p>
    <w:p>
      <w:pPr>
        <w:pStyle w:val="ListNumber"/>
        <w:spacing w:line="240" w:lineRule="auto"/>
        <w:ind w:left="720"/>
      </w:pPr>
      <w:r/>
      <w:hyperlink r:id="rId11">
        <w:r>
          <w:rPr>
            <w:color w:val="0000EE"/>
            <w:u w:val="single"/>
          </w:rPr>
          <w:t>https://www.imdb.com/title/tt39309863/</w:t>
        </w:r>
      </w:hyperlink>
      <w:r>
        <w:t xml:space="preserve"> - A Day in May is a 2025 documentary directed by Colm Quinn, featuring Charlie Bird and Colin Murphy. The film revisits the personal stories behind Ireland's 2015 marriage equality referendum. In 2015, Charlie Bird recorded a series of interviews to capture what the referendum meant to the LGBTQ+ community in Ireland. Now, Colin Murphy retraces his steps to find whether the referendum delivered on its promise. The documentary offers a timely reflection on the people behind Ireland’s historic vote and the lasting impact of the decision made at the ballot box a decade ago.</w:t>
      </w:r>
      <w:r/>
    </w:p>
    <w:p>
      <w:pPr>
        <w:pStyle w:val="ListNumber"/>
        <w:spacing w:line="240" w:lineRule="auto"/>
        <w:ind w:left="720"/>
      </w:pPr>
      <w:r/>
      <w:hyperlink r:id="rId12">
        <w:r>
          <w:rPr>
            <w:color w:val="0000EE"/>
            <w:u w:val="single"/>
          </w:rPr>
          <w:t>https://gcn.ie/day-may-play-marriage-referendum/main-pic/</w:t>
        </w:r>
      </w:hyperlink>
      <w:r>
        <w:t xml:space="preserve"> - In 2018, a theatrical adaptation of Charlie Bird’s book about the lead-up to and passing of the same-sex marriage referendum in 2015 was staged during Dublin Pride. Directed by Gerard Stembridge and performed at the Olympia Theatre, the play encapsulated the euphoria of that day in May and the ordinary stories behind it. The drama-documentary, written by Colin Murphy, was based on Bird's book and recounted the personal stories surrounding the passing of the marriage referendum.</w:t>
      </w:r>
      <w:r/>
    </w:p>
    <w:p>
      <w:pPr>
        <w:pStyle w:val="ListNumber"/>
        <w:spacing w:line="240" w:lineRule="auto"/>
        <w:ind w:left="720"/>
      </w:pPr>
      <w:r/>
      <w:hyperlink r:id="rId14">
        <w:r>
          <w:rPr>
            <w:color w:val="0000EE"/>
            <w:u w:val="single"/>
          </w:rPr>
          <w:t>https://www.rte.ie/news/2015/0523/703205-referendum-byelection/</w:t>
        </w:r>
      </w:hyperlink>
      <w:r>
        <w:t xml:space="preserve"> - On 22 May 2015, Ireland became the first country in the world to legalise same-sex marriage through a popular vote. The official result was declared at Dublin Castle, with 62.1% of voters saying 'Yes' and 37.9% voting 'No'. The total poll was just under two million. The highest 'Yes' vote, at almost 75%, was declared in Dublin South East. One constituency, Roscommon-South Leitrim, voted 'No', with over 51% of voters rejecting the marriage referendum proposal.</w:t>
      </w:r>
      <w:r/>
    </w:p>
    <w:p>
      <w:pPr>
        <w:pStyle w:val="ListNumber"/>
        <w:spacing w:line="240" w:lineRule="auto"/>
        <w:ind w:left="720"/>
      </w:pPr>
      <w:r/>
      <w:hyperlink r:id="rId15">
        <w:r>
          <w:rPr>
            <w:color w:val="0000EE"/>
            <w:u w:val="single"/>
          </w:rPr>
          <w:t>https://magazine.gcn.ie/articles/167435?article=18-1</w:t>
        </w:r>
      </w:hyperlink>
      <w:r>
        <w:t xml:space="preserve"> - In 2018, a major theatrical adaptation of Charlie Bird’s book about the lead-up to and passing of the same-sex marriage referendum in 2015 was staged during Dublin Pride. Directed by Gerard Stembridge and performed at the Olympia Theatre, the play encapsulated the euphoria of that day in May and the ordinary stories behind it. The drama-documentary, written by Colin Murphy, was based on Bird's book and recounted the personal stories surrounding the passing of the marriage referendum.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a-day-in-may-tv-documentary-irelands-marriage-equality-referendum/" TargetMode="External"/><Relationship Id="rId10" Type="http://schemas.openxmlformats.org/officeDocument/2006/relationships/hyperlink" Target="https://www.rte.ie/news/2025/0524/1514755-equality/" TargetMode="External"/><Relationship Id="rId11" Type="http://schemas.openxmlformats.org/officeDocument/2006/relationships/hyperlink" Target="https://www.imdb.com/title/tt39309863/" TargetMode="External"/><Relationship Id="rId12" Type="http://schemas.openxmlformats.org/officeDocument/2006/relationships/hyperlink" Target="https://gcn.ie/day-may-play-marriage-referendum/main-pic/" TargetMode="External"/><Relationship Id="rId13" Type="http://schemas.openxmlformats.org/officeDocument/2006/relationships/hyperlink" Target="https://www.rte.ie/archives/2018/0628/973935-marriage-equality-in-ireland/" TargetMode="External"/><Relationship Id="rId14" Type="http://schemas.openxmlformats.org/officeDocument/2006/relationships/hyperlink" Target="https://www.rte.ie/news/2015/0523/703205-referendum-byelection/" TargetMode="External"/><Relationship Id="rId15" Type="http://schemas.openxmlformats.org/officeDocument/2006/relationships/hyperlink" Target="https://magazine.gcn.ie/articles/167435?article=1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