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Inclusive Rugby Tournament Returns to Limerick for Community and Competition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out for more than rugby , the Lynch Cup returns to Limerick on 15 August, bringing players, families and allies together for a day of tag and contact matches, a new women’s+ team debut and an evening social that celebrates inclusion and the legacy of Sarah Lynch.</w:t>
      </w:r>
      <w:r/>
    </w:p>
    <w:p>
      <w:r/>
      <w:r>
        <w:t>Essential Takeaways</w:t>
      </w:r>
      <w:r/>
      <w:r/>
    </w:p>
    <w:p>
      <w:pPr>
        <w:pStyle w:val="ListBullet"/>
        <w:spacing w:line="240" w:lineRule="auto"/>
        <w:ind w:left="720"/>
      </w:pPr>
      <w:r/>
      <w:r>
        <w:rPr>
          <w:b/>
        </w:rPr>
        <w:t>What:</w:t>
      </w:r>
      <w:r>
        <w:t xml:space="preserve"> The Lynch Cup is an LGBTQ+ inclusive rugby tournament combining tag and contact matches, plus an evening social.</w:t>
      </w:r>
      <w:r/>
    </w:p>
    <w:p>
      <w:pPr>
        <w:pStyle w:val="ListBullet"/>
        <w:spacing w:line="240" w:lineRule="auto"/>
        <w:ind w:left="720"/>
      </w:pPr>
      <w:r/>
      <w:r>
        <w:rPr>
          <w:b/>
        </w:rPr>
        <w:t>Who:</w:t>
      </w:r>
      <w:r>
        <w:t xml:space="preserve"> Organised by Sarsfields Rugby, the Mid‑West’s first LGBTQ+ inclusive club, now over 100 members strong.</w:t>
      </w:r>
      <w:r/>
    </w:p>
    <w:p>
      <w:pPr>
        <w:pStyle w:val="ListBullet"/>
        <w:spacing w:line="240" w:lineRule="auto"/>
        <w:ind w:left="720"/>
      </w:pPr>
      <w:r/>
      <w:r>
        <w:rPr>
          <w:b/>
        </w:rPr>
        <w:t>When and where:</w:t>
      </w:r>
      <w:r>
        <w:t xml:space="preserve"> Saturday 15 August, with community activities and matches in Limerick; spectator entry is free.</w:t>
      </w:r>
      <w:r/>
    </w:p>
    <w:p>
      <w:pPr>
        <w:pStyle w:val="ListBullet"/>
        <w:spacing w:line="240" w:lineRule="auto"/>
        <w:ind w:left="720"/>
      </w:pPr>
      <w:r/>
      <w:r>
        <w:rPr>
          <w:b/>
        </w:rPr>
        <w:t>Partner support:</w:t>
      </w:r>
      <w:r>
        <w:t xml:space="preserve"> Sporting Pride, the IRFU, EU Communities Fund and charity partner GOSHH are backing the event.</w:t>
      </w:r>
      <w:r/>
    </w:p>
    <w:p>
      <w:pPr>
        <w:pStyle w:val="ListBullet"/>
        <w:spacing w:line="240" w:lineRule="auto"/>
        <w:ind w:left="720"/>
      </w:pPr>
      <w:r/>
      <w:r>
        <w:rPr>
          <w:b/>
        </w:rPr>
        <w:t>Atmosphere:</w:t>
      </w:r>
      <w:r>
        <w:t xml:space="preserve"> Expect competitive games, friendly banter, a proud, welcoming crowd and a mild post‑match social buzz.</w:t>
      </w:r>
      <w:r/>
      <w:r/>
    </w:p>
    <w:p>
      <w:pPr>
        <w:pStyle w:val="Heading2"/>
      </w:pPr>
      <w:r>
        <w:t>A stronger return: bigger tournament, same warm spirit</w:t>
      </w:r>
      <w:r/>
    </w:p>
    <w:p>
      <w:r/>
      <w:r>
        <w:t>The Lynch Cup is back and the mood is upbeat and purposeful, with organisers promising a bigger, better event while keeping the original intent clear. Sarsfields Rugby started the tournament to honour Sarah Lynch, a teammate whose sudden passing spurred the club to create a day that celebrates belonging. The pitch will feel charged and cheerful, a mix of competitive hits and supportive cheers.</w:t>
      </w:r>
      <w:r/>
    </w:p>
    <w:p>
      <w:r/>
      <w:r>
        <w:t>Sarsfields has grown quickly since launching in 2022, and the tournament reflects that momentum. According to club organisers, last year’s event drew hundreds of players and supporters, and this year the backing from Sporting Pride, the IRFU and the EU Communities Fund shows growing institutional recognition. If you go, expect the same inclusive vibe , people of all backgrounds playing, volunteering and socialising together.</w:t>
      </w:r>
      <w:r/>
    </w:p>
    <w:p>
      <w:pPr>
        <w:pStyle w:val="Heading2"/>
      </w:pPr>
      <w:r>
        <w:t>Why this matters: safe spaces in sport</w:t>
      </w:r>
      <w:r/>
    </w:p>
    <w:p>
      <w:r/>
      <w:r>
        <w:t>Grassroots rugby can still feel exclusive, so Sarsfields’ role as the Mid‑West’s only LGBTQ+ inclusive club matters. The group operates largely on volunteers and has become one of the region’s largest safe spaces for LGBTQ+ people to train, play and make friends. That kind of local community work makes getting on the pitch less intimidating, and it gives people practical pathways into a sport they might otherwise have avoided.</w:t>
      </w:r>
      <w:r/>
    </w:p>
    <w:p>
      <w:r/>
      <w:r>
        <w:t>For anyone curious about joining a team, the Lynch Cup is a gentle on‑ramp. You’ll see tag rugby for mixed ability and contact matches for experienced players, so there’s a place to start whatever your comfort level. Clubs like this show how sport can be both competitive and deeply communal.</w:t>
      </w:r>
      <w:r/>
    </w:p>
    <w:p>
      <w:pPr>
        <w:pStyle w:val="Heading2"/>
      </w:pPr>
      <w:r>
        <w:t>New debut: women’s+ contact team takes the field</w:t>
      </w:r>
      <w:r/>
    </w:p>
    <w:p>
      <w:r/>
      <w:r>
        <w:t>One of the tournament highlights this year is the debut of Sarsfields’ newly formed women’s+ contact team. It’s a proud milestone for the club and the tournament, signalling growth in participation and representation. The sight of a new team lining out for the first time adds a real human note , you can almost feel the nerves and excitement from the touchline.</w:t>
      </w:r>
      <w:r/>
    </w:p>
    <w:p>
      <w:r/>
      <w:r>
        <w:t>This matters beyond a single match. It’s a sign to other clubs that creating space for women, trans and non‑binary players is both possible and popular. If you’re choosing where to train or play, look for teams that advertise open training sessions and inclusive codes of conduct , those are usually the places with staying power.</w:t>
      </w:r>
      <w:r/>
    </w:p>
    <w:p>
      <w:pPr>
        <w:pStyle w:val="Heading2"/>
      </w:pPr>
      <w:r>
        <w:t>How the day works and what to expect</w:t>
      </w:r>
      <w:r/>
    </w:p>
    <w:p>
      <w:r/>
      <w:r>
        <w:t>The Lynch Cup mixes competitive tag and full contact rugby across the day, then shifts into an evening social event where conversation and community take centre stage. Spectator admission is free, though organisers encourage donations to the event’s charity partner, GOSHH, which supports sexual health and wellbeing for LGBTQ+ people in the Mid‑West.</w:t>
      </w:r>
      <w:r/>
    </w:p>
    <w:p>
      <w:r/>
      <w:r>
        <w:t>Practical tip: bring layers for variable Irish weather, comfortable footwear if you plan to wander the park, and a small change for the charity stall. Volunteers usually run a high‑energy, friendly operation, so arriving early makes it easier to find a good viewing spot and to catch the social events afterwards.</w:t>
      </w:r>
      <w:r/>
    </w:p>
    <w:p>
      <w:pPr>
        <w:pStyle w:val="Heading2"/>
      </w:pPr>
      <w:r>
        <w:t>The community angle: charity, partners and future outlook</w:t>
      </w:r>
      <w:r/>
    </w:p>
    <w:p>
      <w:r/>
      <w:r>
        <w:t>Partnering with GOSHH gives the Lynch Cup a clear community focus beyond sport. The charity works locally to improve sexual health services and wellbeing, and organisers say the collaboration highlights the importance of visible, safe spaces. Institutional support from bodies like the IRFU and EU funding suggests events like this could inspire similar initiatives elsewhere.</w:t>
      </w:r>
      <w:r/>
    </w:p>
    <w:p>
      <w:r/>
      <w:r>
        <w:t>Looking ahead, the tournament feels less like a one‑off and more like the start of a regional movement. As Sarsfields builds membership and visibility, other clubs may follow suit, making rugby more accessible across Ireland. It’s the sort of small cultural shift that changes weekend plans and, quietly, people’s lives.</w:t>
      </w:r>
      <w:r/>
    </w:p>
    <w:p>
      <w:r/>
      <w:r>
        <w:t>It's a small change that can make every match feel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t xml:space="preserve">- Paragraph 6: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https://gcn.ie/lgbtq-rugby-tournament-limerick/</w:t>
        </w:r>
      </w:hyperlink>
      <w:r>
        <w:t xml:space="preserve"> - Please view link - unable to able to access data</w:t>
      </w:r>
      <w:r/>
    </w:p>
    <w:p>
      <w:pPr>
        <w:pStyle w:val="ListNumber"/>
        <w:spacing w:line="240" w:lineRule="auto"/>
        <w:ind w:left="720"/>
      </w:pPr>
      <w:r/>
      <w:hyperlink r:id="rId9">
        <w:r>
          <w:rPr>
            <w:color w:val="0000EE"/>
            <w:u w:val="single"/>
          </w:rPr>
          <w:t>https://gcn.ie/lgbtq-rugby-tournament-limerick/</w:t>
        </w:r>
      </w:hyperlink>
      <w:r>
        <w:t xml:space="preserve"> - The Lynch Cup, an LGBTQ+ inclusive rugby tournament, is returning for its second year in Limerick, bringing together teams from across Ireland for a day of competition, connection, and celebration. Organised by Sarsfields Rugby, the event honours the memory of teammate Sarah Lynch, who passed away in 2023. The tournament will feature competitive tag and contact matches, followed by an evening social event, and marks the debut of Sarsfields' newly formed women's+ contact team. The event is supported by Sporting Pride, the IRFU, and the EU Communities Fund, with GOSHH (Gender, Orientation, Sexual Health, HIV) as the official charity partner.</w:t>
      </w:r>
      <w:r/>
    </w:p>
    <w:p>
      <w:pPr>
        <w:pStyle w:val="ListNumber"/>
        <w:spacing w:line="240" w:lineRule="auto"/>
        <w:ind w:left="720"/>
      </w:pPr>
      <w:r/>
      <w:hyperlink r:id="rId12">
        <w:r>
          <w:rPr>
            <w:color w:val="0000EE"/>
            <w:u w:val="single"/>
          </w:rPr>
          <w:t>https://www.limerick.ie/discover/eat-see-do/sports-recreation/sports-clubs-classes/rugby/sarsfields-rugby</w:t>
        </w:r>
      </w:hyperlink>
      <w:r>
        <w:t xml:space="preserve"> - Sarsfields Rugby is the Mid-West of Ireland’s first and only LGBTQ+ inclusive rugby club, founded in September 2022. The volunteer-led group has grown to over 100 members who play, train, and socialise together in a welcoming, respectful environment. The club has become one of the largest safe spaces for the LGBTQ+ community in the region, offering inclusive rugby for all, regardless of ability.</w:t>
      </w:r>
      <w:r/>
    </w:p>
    <w:p>
      <w:pPr>
        <w:pStyle w:val="ListNumber"/>
        <w:spacing w:line="240" w:lineRule="auto"/>
        <w:ind w:left="720"/>
      </w:pPr>
      <w:r/>
      <w:hyperlink r:id="rId13">
        <w:r>
          <w:rPr>
            <w:color w:val="0000EE"/>
            <w:u w:val="single"/>
          </w:rPr>
          <w:t>https://goshh.ie/</w:t>
        </w:r>
      </w:hyperlink>
      <w:r>
        <w:t xml:space="preserve"> - GOSHH (Gender, Orientation, Sexual Health, HIV) is a charity based in Limerick City that provides care, support, and prevention services for LGBTI+, HIV, STI, and sexual health issues in Ireland’s Mid-West. They promote equality and well-being through a confidential helpline, counselling, HIV testing, community outreach, and tailored training. GOSHH operates throughout Counties Limerick, Clare, and North Tipperary, offering a safe, confidential, and welcoming environment for everyone they work with.</w:t>
      </w:r>
      <w:r/>
    </w:p>
    <w:p>
      <w:pPr>
        <w:pStyle w:val="ListNumber"/>
        <w:spacing w:line="240" w:lineRule="auto"/>
        <w:ind w:left="720"/>
      </w:pPr>
      <w:r/>
      <w:hyperlink r:id="rId14">
        <w:r>
          <w:rPr>
            <w:color w:val="0000EE"/>
            <w:u w:val="single"/>
          </w:rPr>
          <w:t>https://www.limerick.ie/discover/living/your-community/community-services/equality-diversity/goshh-gender-orientation</w:t>
        </w:r>
      </w:hyperlink>
      <w:r>
        <w:t xml:space="preserve"> - GOSHH focuses on promoting equality and well-being for all with a positive and respectful approach to sexual orientation and gender diversity. They provide prevention, care, and support services related to LGBT, HIV/AIDS, and sexual health. Their office is based in Limerick City, and they work throughout the counties of Limerick, Clare, and North Tipperary, offering a safe, confidential, and welcoming environment for everyone they work with.</w:t>
      </w:r>
      <w:r/>
    </w:p>
    <w:p>
      <w:pPr>
        <w:pStyle w:val="ListNumber"/>
        <w:spacing w:line="240" w:lineRule="auto"/>
        <w:ind w:left="720"/>
      </w:pPr>
      <w:r/>
      <w:hyperlink r:id="rId10">
        <w:r>
          <w:rPr>
            <w:color w:val="0000EE"/>
            <w:u w:val="single"/>
          </w:rPr>
          <w:t>https://www.limerickleader.ie/news/rugby/876322/new-lgbtq%2B-rugby-team-sarsfields-rfc-established-in-limerick.html</w:t>
        </w:r>
      </w:hyperlink>
      <w:r>
        <w:t xml:space="preserve"> - Sarsfields RFC, a new LGBTQ+ rugby team, has been established in Limerick to ensure a positive experience for LGBTQ+ individuals in the sport. The club invites expressions of interest from people to join as players, officials, coaches, or in other areas, with no previous rugby experience required. The initiative is inspired by similar teams like the Cork Hellhounds, aiming to provide a welcoming opportunity for the LGBTQ+ community in North Munster to engage in rugby.</w:t>
      </w:r>
      <w:r/>
    </w:p>
    <w:p>
      <w:pPr>
        <w:pStyle w:val="ListNumber"/>
        <w:spacing w:line="240" w:lineRule="auto"/>
        <w:ind w:left="720"/>
      </w:pPr>
      <w:r/>
      <w:hyperlink r:id="rId11">
        <w:r>
          <w:rPr>
            <w:color w:val="0000EE"/>
            <w:u w:val="single"/>
          </w:rPr>
          <w:t>https://www.live95fm.ie/news/live95-news/watch-members-flocking-to-lgbtq-inclusive-rugby-club-in-limerick/</w:t>
        </w:r>
      </w:hyperlink>
      <w:r>
        <w:t xml:space="preserve"> - Sarsfields Rugby, an LGBTQ+ inclusive rugby club in Limerick, has grown significantly since its launch at Limerick Pride in July 2022. The club now has over 60 members and has become more than just a rugby project, creating a safe space for queer people in the Midwest. The success is attributed to the camaraderie fostered within the club, and it continues to welcome new members interested in joining as players or volunteers.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lgbtq-rugby-tournament-limerick/" TargetMode="External"/><Relationship Id="rId10" Type="http://schemas.openxmlformats.org/officeDocument/2006/relationships/hyperlink" Target="https://www.limerickleader.ie/news/rugby/876322/new-lgbtq%2B-rugby-team-sarsfields-rfc-established-in-limerick.html" TargetMode="External"/><Relationship Id="rId11" Type="http://schemas.openxmlformats.org/officeDocument/2006/relationships/hyperlink" Target="https://www.live95fm.ie/news/live95-news/watch-members-flocking-to-lgbtq-inclusive-rugby-club-in-limerick/" TargetMode="External"/><Relationship Id="rId12" Type="http://schemas.openxmlformats.org/officeDocument/2006/relationships/hyperlink" Target="https://www.limerick.ie/discover/eat-see-do/sports-recreation/sports-clubs-classes/rugby/sarsfields-rugby" TargetMode="External"/><Relationship Id="rId13" Type="http://schemas.openxmlformats.org/officeDocument/2006/relationships/hyperlink" Target="https://goshh.ie/" TargetMode="External"/><Relationship Id="rId14" Type="http://schemas.openxmlformats.org/officeDocument/2006/relationships/hyperlink" Target="https://www.limerick.ie/discover/living/your-community/community-services/equality-diversity/goshh-gender-orien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