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Lanarkshire Pride Moments From Hamilton’s Colourful March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scene: thousands turned out in Hamilton for Lanarkshire Pride, a lively, free festival of music, stalls and a community parade that underlined why visibility and belonging still matter locally. The fourth annual event drew an estimated 10,000 visitors and a packed programme of performers and support groups.</w:t>
      </w:r>
      <w:r/>
    </w:p>
    <w:p>
      <w:r/>
      <w:r>
        <w:t>Essential Takeaways</w:t>
      </w:r>
      <w:r/>
      <w:r/>
    </w:p>
    <w:p>
      <w:pPr>
        <w:pStyle w:val="ListBullet"/>
        <w:spacing w:line="240" w:lineRule="auto"/>
        <w:ind w:left="720"/>
      </w:pPr>
      <w:r/>
      <w:r>
        <w:rPr>
          <w:b/>
        </w:rPr>
        <w:t>Huge turnout:</w:t>
      </w:r>
      <w:r>
        <w:t xml:space="preserve"> Organisers estimate around 10,000 people visited the free event, making it one of Hamilton’s largest town-centre gatherings.</w:t>
      </w:r>
      <w:r/>
    </w:p>
    <w:p>
      <w:pPr>
        <w:pStyle w:val="ListBullet"/>
        <w:spacing w:line="240" w:lineRule="auto"/>
        <w:ind w:left="720"/>
      </w:pPr>
      <w:r/>
      <w:r>
        <w:rPr>
          <w:b/>
        </w:rPr>
        <w:t>Parade energy:</w:t>
      </w:r>
      <w:r>
        <w:t xml:space="preserve"> Hundreds of groups and individuals joined the march along Cadzow Street and Almada Street, with a lively return to Quarry Street.</w:t>
      </w:r>
      <w:r/>
    </w:p>
    <w:p>
      <w:pPr>
        <w:pStyle w:val="ListBullet"/>
        <w:spacing w:line="240" w:lineRule="auto"/>
        <w:ind w:left="720"/>
      </w:pPr>
      <w:r/>
      <w:r>
        <w:rPr>
          <w:b/>
        </w:rPr>
        <w:t>Top billing:</w:t>
      </w:r>
      <w:r>
        <w:t xml:space="preserve"> The entertainment bill included singers, tribute acts and RuPaul’s Drag Race star Cheryl The Queen as headliner.</w:t>
      </w:r>
      <w:r/>
    </w:p>
    <w:p>
      <w:pPr>
        <w:pStyle w:val="ListBullet"/>
        <w:spacing w:line="240" w:lineRule="auto"/>
        <w:ind w:left="720"/>
      </w:pPr>
      <w:r/>
      <w:r>
        <w:rPr>
          <w:b/>
        </w:rPr>
        <w:t>Community focus:</w:t>
      </w:r>
      <w:r>
        <w:t xml:space="preserve"> Lanarkshire Pride CIC highlighted solidarity, visibility and ongoing activities such as weekly Pride Connect groups for youth and adults.</w:t>
      </w:r>
      <w:r/>
    </w:p>
    <w:p>
      <w:pPr>
        <w:pStyle w:val="ListBullet"/>
        <w:spacing w:line="240" w:lineRule="auto"/>
        <w:ind w:left="720"/>
      </w:pPr>
      <w:r/>
      <w:r>
        <w:rPr>
          <w:b/>
        </w:rPr>
        <w:t>Accessible extras:</w:t>
      </w:r>
      <w:r>
        <w:t xml:space="preserve"> The day offered stalls, attractions and an inclusive programme, plus ongoing local support sessions at the Regent Centre.</w:t>
      </w:r>
      <w:r/>
      <w:r/>
    </w:p>
    <w:p>
      <w:pPr>
        <w:pStyle w:val="Heading2"/>
      </w:pPr>
      <w:r>
        <w:t>A crowd that felt like a celebration , and a statement</w:t>
      </w:r>
      <w:r/>
    </w:p>
    <w:p>
      <w:r/>
      <w:r>
        <w:t>Hamilton’s town centre was awash with colour and sound as people gathered for the fourth Lanarkshire Pride. The Quarry Street stage buzzed with performers and the air smelled faintly of festival food and sun cream. Organisers described the turnout as a reminder of why Pride still matters: it’s about visibility, safety and community spirit as much as it is about having fun.</w:t>
      </w:r>
      <w:r/>
    </w:p>
    <w:p>
      <w:r/>
      <w:r>
        <w:t>The event grew from grassroots efforts into a major annual fixture. According to local reports, the festival has expanded each year, bringing more stalls, volunteers and performers. That expansion matters because it signals both local appetite and commitment to inclusivity across Lanarkshire.</w:t>
      </w:r>
      <w:r/>
    </w:p>
    <w:p>
      <w:r/>
      <w:r>
        <w:t>If you’re heading to Pride next time, arrive early to catch the main stage acts and pick up a programme at the entrance. The parade route through key town centre streets makes it easy to join in or to watch from a cosy café terrace.</w:t>
      </w:r>
      <w:r/>
    </w:p>
    <w:p>
      <w:pPr>
        <w:pStyle w:val="Heading2"/>
      </w:pPr>
      <w:r>
        <w:t>Parade through the heart of Hamilton , lively, inclusive and loud</w:t>
      </w:r>
      <w:r/>
    </w:p>
    <w:p>
      <w:r/>
      <w:r>
        <w:t>The centrepiece parade wound along Cadzow Street and Almada Street before returning to Quarry Street, and organisers say hundreds of organisations and individuals took part. Marches like this are tactile things , the cheers, flags and handmade banners give the day a joyful, human pulse.</w:t>
      </w:r>
      <w:r/>
    </w:p>
    <w:p>
      <w:r/>
      <w:r>
        <w:t>Local groups from all sorts of organisations lined up, from community clubs to performance troupes. That variety gives Pride its breadth and helps new visitors see how many local institutions back LGBTQ+ visibility.</w:t>
      </w:r>
      <w:r/>
    </w:p>
    <w:p>
      <w:r/>
      <w:r>
        <w:t>For groups thinking of taking part next year, register early with Lanarkshire Pride CIC and plan banners that read well from a distance. Simple slogans, bold colours and a few props will make a big impact.</w:t>
      </w:r>
      <w:r/>
    </w:p>
    <w:p>
      <w:pPr>
        <w:pStyle w:val="Heading2"/>
      </w:pPr>
      <w:r>
        <w:t>Headliners and headline moments , drag, music and connection</w:t>
      </w:r>
      <w:r/>
    </w:p>
    <w:p>
      <w:r/>
      <w:r>
        <w:t>Entertainment was a key draw, with tribute acts and singers filling the bill and Cheryl The Queen from RuPaul’s Drag Race topping the lineup. Live performance gives Pride its theatrical, uplifting edge , it’s a place to cheer, sing along and feel seen.</w:t>
      </w:r>
      <w:r/>
    </w:p>
    <w:p>
      <w:r/>
      <w:r>
        <w:t>The show closed with speeches from Pride Connect members and a final headline slot, blending celebration with reflection. That balance , party plus purpose , is what keeps many people coming back.</w:t>
      </w:r>
      <w:r/>
    </w:p>
    <w:p>
      <w:r/>
      <w:r>
        <w:t>If you love performance, check event schedules early. Big acts can attract crowds, so arriving for the headline set ensures you get a good spot and soak up the atmosphere.</w:t>
      </w:r>
      <w:r/>
    </w:p>
    <w:p>
      <w:pPr>
        <w:pStyle w:val="Heading2"/>
      </w:pPr>
      <w:r>
        <w:t>Beyond the day , Pride Connect and ongoing support</w:t>
      </w:r>
      <w:r/>
    </w:p>
    <w:p>
      <w:r/>
      <w:r>
        <w:t>Lanarkshire Pride isn’t just a one-day festival; the organisation runs weekly Pride Connect groups for different age ranges. The youth group for 16- to 24-year-olds and the adult sessions for 25+ meet at the Regent Centre, offering a quieter, supportive space beyond the big event.</w:t>
      </w:r>
      <w:r/>
    </w:p>
    <w:p>
      <w:r/>
      <w:r>
        <w:t>That continuing programme is crucial: it turns a public spectacle into sustained community support. Organisers emphasise that Pride’s work is about visibility and helping people feel safe and valued all year round.</w:t>
      </w:r>
      <w:r/>
    </w:p>
    <w:p>
      <w:r/>
      <w:r>
        <w:t>If you or someone you know could use company or advice, look up the Pride Connect timetable and drop in. These groups are low-key, welcoming and free to attend.</w:t>
      </w:r>
      <w:r/>
    </w:p>
    <w:p>
      <w:pPr>
        <w:pStyle w:val="Heading2"/>
      </w:pPr>
      <w:r>
        <w:t>What this means for Lanarkshire , a festival and a movement</w:t>
      </w:r>
      <w:r/>
    </w:p>
    <w:p>
      <w:r/>
      <w:r>
        <w:t>Ten thousand people passing through a town-centre festival is more than a crowd figure; it’s a statement about local culture. Events like Lanarkshire Pride showcase both the celebration of identity and the networks that keep people supported afterwards.</w:t>
      </w:r>
      <w:r/>
    </w:p>
    <w:p>
      <w:r/>
      <w:r>
        <w:t>Organisers thanked volunteers, sponsors and performers for making the day possible, and they’ve already got the wheels in motion for continued activities. Expect next year’s festival to be even bigger as word spreads and community bonds deepen.</w:t>
      </w:r>
      <w:r/>
    </w:p>
    <w:p>
      <w:r/>
      <w:r>
        <w:t>It’s a small change that can make every celebration feel safer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https://www.dailyrecord.co.uk/in-your-area/lanarkshire/thousands-attend-lanarkshire-pride-celebration-37539658</w:t>
        </w:r>
      </w:hyperlink>
      <w:r>
        <w:t xml:space="preserve"> - Please view link - unable to able to access data</w:t>
      </w:r>
      <w:r/>
    </w:p>
    <w:p>
      <w:pPr>
        <w:pStyle w:val="ListNumber"/>
        <w:spacing w:line="240" w:lineRule="auto"/>
        <w:ind w:left="720"/>
      </w:pPr>
      <w:r/>
      <w:hyperlink r:id="rId9">
        <w:r>
          <w:rPr>
            <w:color w:val="0000EE"/>
            <w:u w:val="single"/>
          </w:rPr>
          <w:t>https://www.dailyrecord.co.uk/in-your-area/lanarkshire/thousands-attend-lanarkshire-pride-celebration-37539658</w:t>
        </w:r>
      </w:hyperlink>
      <w:r>
        <w:t xml:space="preserve"> - The article reports on the fourth annual Lanarkshire Pride event held in Hamilton, Scotland, where thousands gathered for a vibrant celebration. Attendees enjoyed a colourful march through the town centre, with organisers estimating around 10,000 participants, making it one of the largest free-to-attend events in the area. The festivities featured a variety of stalls, attractions, and entertainment, including performances by singers and tribute acts. The event was headlined by Cheryl The Queen from RuPaul’s Drag Race. Organisers praised the 'fantastic turnout' and the contributions of participants, performers, sponsors, and volunteers.</w:t>
      </w:r>
      <w:r/>
    </w:p>
    <w:p>
      <w:pPr>
        <w:pStyle w:val="ListNumber"/>
        <w:spacing w:line="240" w:lineRule="auto"/>
        <w:ind w:left="720"/>
      </w:pPr>
      <w:r/>
      <w:hyperlink r:id="rId10">
        <w:r>
          <w:rPr>
            <w:color w:val="0000EE"/>
            <w:u w:val="single"/>
          </w:rPr>
          <w:t>https://www.whatsonlanarkshire.co.uk/event/118752-lanarkshire-pride/</w:t>
        </w:r>
      </w:hyperlink>
      <w:r>
        <w:t xml:space="preserve"> - Lanarkshire Pride is set to return on Saturday 1st August 2026, bringing together the LGBTQ+ community, allies, and organisations for a day of visibility, connection, and celebration in Hamilton Town Centre. The event will feature a Pride March through the town centre, live entertainment, and a warm, inclusive atmosphere. The schedule includes the event opening at 11:30am, the Pride March forming at 1:00pm, departing at 2:00pm, and the event closing at 4:00pm. The organisers have rebranded from Pride South Lanarkshire to Lanarkshire Pride CIC, reflecting their expanded activities across both South and North Lanarkshire.</w:t>
      </w:r>
      <w:r/>
    </w:p>
    <w:p>
      <w:pPr>
        <w:pStyle w:val="ListNumber"/>
        <w:spacing w:line="240" w:lineRule="auto"/>
        <w:ind w:left="720"/>
      </w:pPr>
      <w:r/>
      <w:hyperlink r:id="rId11">
        <w:r>
          <w:rPr>
            <w:color w:val="0000EE"/>
            <w:u w:val="single"/>
          </w:rPr>
          <w:t>https://www.southlanarkshire.gov.uk/directory_record/653889/hamilton_orange_and_purple_district_55_eddlewood_true_blues_lol_242_pride_of_eddlewood_llol_242_-_8_july_2023_0192023</w:t>
        </w:r>
      </w:hyperlink>
      <w:r>
        <w:t xml:space="preserve"> - This official notification from South Lanarkshire Council details a public procession organised by Hamilton Orange and Purple District 55, Eddlewood True Blues LOL 242, and Pride of Eddlewood LLOL 242, scheduled for 8 July 2023. The procession will start at 7:30am from Eddlewood Bowling Club Car Park, following a specified route through Hamilton, and is expected to conclude by 5:15pm. The event has been granted permission, with an estimated 55 participants and accompanying bands, including Saltcoats Protestant Boys.</w:t>
      </w:r>
      <w:r/>
    </w:p>
    <w:p>
      <w:pPr>
        <w:pStyle w:val="ListNumber"/>
        <w:spacing w:line="240" w:lineRule="auto"/>
        <w:ind w:left="720"/>
      </w:pPr>
      <w:r/>
      <w:hyperlink r:id="rId12">
        <w:r>
          <w:rPr>
            <w:color w:val="0000EE"/>
            <w:u w:val="single"/>
          </w:rPr>
          <w:t>https://www.southlanarkshire.gov.uk/directory_record/656594/larkhall_purple_defenders_lol_193_-_8_july_2023_0672023</w:t>
        </w:r>
      </w:hyperlink>
      <w:r>
        <w:t xml:space="preserve"> - South Lanarkshire Council has approved a public procession organised by Larkhall Purple Defenders LOL 193, set for 8 July 2023. The procession will commence at 9am from Hillview Crescent in Larkhall, following a detailed route through the town, and is anticipated to conclude by 5:15pm. The event has been granted permission, with an estimated 120 participants.</w:t>
      </w:r>
      <w:r/>
    </w:p>
    <w:p>
      <w:pPr>
        <w:pStyle w:val="ListNumber"/>
        <w:spacing w:line="240" w:lineRule="auto"/>
        <w:ind w:left="720"/>
      </w:pPr>
      <w:r/>
      <w:hyperlink r:id="rId13">
        <w:r>
          <w:rPr>
            <w:color w:val="0000EE"/>
            <w:u w:val="single"/>
          </w:rPr>
          <w:t>https://www.southlanarkshire.gov.uk/directory_record/652455/larkhall_purple_heroes_flute_band_-_2_june_2023_0082023</w:t>
        </w:r>
      </w:hyperlink>
      <w:r>
        <w:t xml:space="preserve"> - This official notification from South Lanarkshire Council outlines a public procession organised by Larkhall Purple Heroes Flute Band, scheduled for 2 June 2023. The procession will begin at 6:30pm from High Avon Street in Larkhall, following a specified route through the town, and is expected to conclude by 7:30pm. The event has been granted permission, with an estimated 600 participants and several accompanying bands.</w:t>
      </w:r>
      <w:r/>
    </w:p>
    <w:p>
      <w:pPr>
        <w:pStyle w:val="ListNumber"/>
        <w:spacing w:line="240" w:lineRule="auto"/>
        <w:ind w:left="720"/>
      </w:pPr>
      <w:r/>
      <w:hyperlink r:id="rId14">
        <w:r>
          <w:rPr>
            <w:color w:val="0000EE"/>
            <w:u w:val="single"/>
          </w:rPr>
          <w:t>https://www.tartanlug.com/thin-blue-bricks/</w:t>
        </w:r>
      </w:hyperlink>
      <w:r>
        <w:t xml:space="preserve"> - The article reports on the return of Thin Blue Bricks after a three-year hiatus, held on 18 February 2023 at a new venue in Hamilton. The event featured over 20 displays from the TartanLUG, a pop-up shop from Donalds, and support from Geekycool. The day attracted over 600 visitors and raised £1,500 for COPS (Care of Police Survivors), a charity supporting the families of police officers who have lost their lives in the line of duty.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record.co.uk/in-your-area/lanarkshire/thousands-attend-lanarkshire-pride-celebration-37539658" TargetMode="External"/><Relationship Id="rId10" Type="http://schemas.openxmlformats.org/officeDocument/2006/relationships/hyperlink" Target="https://www.whatsonlanarkshire.co.uk/event/118752-lanarkshire-pride/" TargetMode="External"/><Relationship Id="rId11" Type="http://schemas.openxmlformats.org/officeDocument/2006/relationships/hyperlink" Target="https://www.southlanarkshire.gov.uk/directory_record/653889/hamilton_orange_and_purple_district_55_eddlewood_true_blues_lol_242_pride_of_eddlewood_llol_242_-_8_july_2023_0192023" TargetMode="External"/><Relationship Id="rId12" Type="http://schemas.openxmlformats.org/officeDocument/2006/relationships/hyperlink" Target="https://www.southlanarkshire.gov.uk/directory_record/656594/larkhall_purple_defenders_lol_193_-_8_july_2023_0672023" TargetMode="External"/><Relationship Id="rId13" Type="http://schemas.openxmlformats.org/officeDocument/2006/relationships/hyperlink" Target="https://www.southlanarkshire.gov.uk/directory_record/652455/larkhall_purple_heroes_flute_band_-_2_june_2023_0082023" TargetMode="External"/><Relationship Id="rId14" Type="http://schemas.openxmlformats.org/officeDocument/2006/relationships/hyperlink" Target="https://www.tartanlug.com/thin-blue-bric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