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Houston Pride Parade Tips for 2026: Stay Cool and Enjoy the Evening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Beat the heat and join the celebration: organisers and meteorologists are warning about late-summer temperatures as Houston Pride moves to Saturday evening, Aug. 15, so here’s what to expect, where to stand, and simple safety tips to keep the party fun and comfortable.</w:t>
      </w:r>
      <w:r/>
    </w:p>
    <w:p>
      <w:r/>
      <w:r>
        <w:t>Essential Takeaways</w:t>
      </w:r>
      <w:r/>
      <w:r/>
    </w:p>
    <w:p>
      <w:pPr>
        <w:pStyle w:val="ListBullet"/>
        <w:spacing w:line="240" w:lineRule="auto"/>
        <w:ind w:left="720"/>
      </w:pPr>
      <w:r/>
      <w:r>
        <w:rPr>
          <w:b/>
        </w:rPr>
        <w:t>Evening start:</w:t>
      </w:r>
      <w:r>
        <w:t xml:space="preserve"> Parade kicks off at 7 p.m. downtown; stage and grandstand open at 5 p.m., so arrive early for best views. </w:t>
      </w:r>
      <w:r/>
    </w:p>
    <w:p>
      <w:pPr>
        <w:pStyle w:val="ListBullet"/>
        <w:spacing w:line="240" w:lineRule="auto"/>
        <w:ind w:left="720"/>
      </w:pPr>
      <w:r/>
      <w:r>
        <w:rPr>
          <w:b/>
        </w:rPr>
        <w:t>High heat forecast:</w:t>
      </w:r>
      <w:r>
        <w:t xml:space="preserve"> The National Weather Service predicts highs near 98°F with a feels-like up to 109°F, plan for strong heat and humidity. </w:t>
      </w:r>
      <w:r/>
    </w:p>
    <w:p>
      <w:pPr>
        <w:pStyle w:val="ListBullet"/>
        <w:spacing w:line="240" w:lineRule="auto"/>
        <w:ind w:left="720"/>
      </w:pPr>
      <w:r/>
      <w:r>
        <w:rPr>
          <w:b/>
        </w:rPr>
        <w:t>Cooling support:</w:t>
      </w:r>
      <w:r>
        <w:t xml:space="preserve"> Pride Houston 365 will run two cooling stations and seven water distribution points along the route. </w:t>
      </w:r>
      <w:r/>
    </w:p>
    <w:p>
      <w:pPr>
        <w:pStyle w:val="ListBullet"/>
        <w:spacing w:line="240" w:lineRule="auto"/>
        <w:ind w:left="720"/>
      </w:pPr>
      <w:r/>
      <w:r>
        <w:rPr>
          <w:b/>
        </w:rPr>
        <w:t>Best viewing spots:</w:t>
      </w:r>
      <w:r>
        <w:t xml:space="preserve"> Smith Street and Louisiana Street are recommended by organisers for clear sightlines and atmosphere. </w:t>
      </w:r>
      <w:r/>
    </w:p>
    <w:p>
      <w:pPr>
        <w:pStyle w:val="ListBullet"/>
        <w:spacing w:line="240" w:lineRule="auto"/>
        <w:ind w:left="720"/>
      </w:pPr>
      <w:r/>
      <w:r>
        <w:rPr>
          <w:b/>
        </w:rPr>
        <w:t>Safety basics:</w:t>
      </w:r>
      <w:r>
        <w:t xml:space="preserve"> Hydrate, find shade, check on vulnerable people, and never leave children or pets in cars.</w:t>
      </w:r>
      <w:r/>
      <w:r/>
    </w:p>
    <w:p>
      <w:pPr>
        <w:pStyle w:val="Heading2"/>
      </w:pPr>
      <w:r>
        <w:t>The weather will be loud and humid , prepare like it’s summer already</w:t>
      </w:r>
      <w:r/>
    </w:p>
    <w:p>
      <w:r/>
      <w:r>
        <w:t>The forecast calls for a high around 98°F and a heat index topping 109°F, which translates to a heavy, sticky evening if you’re not ready. According to the National Weather Service, Houston’s August heat only edges out June’s by a degree or two, but humidity makes a big difference, so that “feels like” number matters. Pack a hat, lightweight clothing, and a refillable water bottle; you’ll thank yourself after the first half hour.</w:t>
      </w:r>
      <w:r/>
    </w:p>
    <w:p>
      <w:pPr>
        <w:pStyle w:val="Heading2"/>
      </w:pPr>
      <w:r>
        <w:t>Why organisers moved the parade , a bit of scheduling theatre</w:t>
      </w:r>
      <w:r/>
    </w:p>
    <w:p>
      <w:r/>
      <w:r>
        <w:t>This year’s parade was rescheduled from June to August after an initial reshuffle around FIFA World Cup fixtures and a last-minute June postponement because of severe weather and flooding. Pride Houston 365 worked with the mayor’s office to settle on Aug. 15, aiming to keep the festival portion on the original date while giving the parade a safer evening slot. Expect a slightly different rhythm to the crowd because of the shift, but the energy usually stays the same.</w:t>
      </w:r>
      <w:r/>
    </w:p>
    <w:p>
      <w:pPr>
        <w:pStyle w:val="Heading2"/>
      </w:pPr>
      <w:r>
        <w:t>Where to stand and when to arrive for the best experience</w:t>
      </w:r>
      <w:r/>
    </w:p>
    <w:p>
      <w:r/>
      <w:r>
        <w:t>The route starts at Lamar and Smith, travels down Smith, turns onto Walker, goes down Milam and finishes at Leeland. Organisers flag Smith Street and Louisiana Street as prime viewing. The stage, grandstand and bars open at 5 p.m., so getting there early not only guarantees a good spot but also gives time to scout shade, find the cooling stations and use facilities before the crowds swell. If you want photos, aim for the turn onto Walker , it’s where floats slow and personalities shine.</w:t>
      </w:r>
      <w:r/>
    </w:p>
    <w:p>
      <w:pPr>
        <w:pStyle w:val="Heading2"/>
      </w:pPr>
      <w:r>
        <w:t>Cooling stations, water points and heat-safety basics</w:t>
      </w:r>
      <w:r/>
    </w:p>
    <w:p>
      <w:r/>
      <w:r>
        <w:t>Pride Houston 365 has announced two cooling stations and seven water distribution stations along the route, and they’re coordinating with city agencies to keep things safe. The National Weather Service’s local office recommends staying hydrated, seeking shade, and checking on the elderly, children and pets. Practical moves: fill your bottle at each water station, wear sunblock with a high SPF, and bring a small, hand-held fan or misting spray for immediate relief.</w:t>
      </w:r>
      <w:r/>
    </w:p>
    <w:p>
      <w:pPr>
        <w:pStyle w:val="Heading2"/>
      </w:pPr>
      <w:r>
        <w:t>If the heat spikes or storms return , what to watch for</w:t>
      </w:r>
      <w:r/>
    </w:p>
    <w:p>
      <w:r/>
      <w:r>
        <w:t>Houston weather can flip quickly, and meteorologists say the hottest part of the day is usually mid-afternoon, but heat stress can persist into the evening. Keep an eye on official updates from the National Weather Service and social channels from Pride Houston 365; organisers said they’re working closely with the city and precinct offices on safety plans. If you spot someone who looks faint, move them to shade, offer water, and find event staff or medical teams on-site.</w:t>
      </w:r>
      <w:r/>
    </w:p>
    <w:p>
      <w:r/>
      <w:r>
        <w:t>It's a small change in timing that can make every moment of Pride safer and more enjoyable , come prepared and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https://www.houstonpublicmedia.org/articles/lgbtq/2026/08/13/559426/houston-pride-parade-2026-weather-forecast/</w:t>
        </w:r>
      </w:hyperlink>
      <w:r>
        <w:t xml:space="preserve"> - Please view link - unable to able to access data</w:t>
      </w:r>
      <w:r/>
    </w:p>
    <w:p>
      <w:pPr>
        <w:pStyle w:val="ListNumber"/>
        <w:spacing w:line="240" w:lineRule="auto"/>
        <w:ind w:left="720"/>
      </w:pPr>
      <w:r/>
      <w:hyperlink r:id="rId10">
        <w:r>
          <w:rPr>
            <w:color w:val="0000EE"/>
            <w:u w:val="single"/>
          </w:rPr>
          <w:t>https://www.weather.gov/houston/forecast</w:t>
        </w:r>
      </w:hyperlink>
      <w:r>
        <w:t xml:space="preserve"> - The National Weather Service provides detailed forecasts for Houston, Texas, including temperature, heat index, and safety recommendations. On August 15, 2026, Houston is expected to have a high temperature of 98°F (37°C) with a heat index up to 109°F (43°C). Residents are advised to stay hydrated, seek shade, and avoid leaving children or pets in vehicles. It's also recommended to check on vulnerable individuals such as the elderly and those with health conditions.</w:t>
      </w:r>
      <w:r/>
    </w:p>
    <w:p>
      <w:pPr>
        <w:pStyle w:val="ListNumber"/>
        <w:spacing w:line="240" w:lineRule="auto"/>
        <w:ind w:left="720"/>
      </w:pPr>
      <w:r/>
      <w:hyperlink r:id="rId12">
        <w:r>
          <w:rPr>
            <w:color w:val="0000EE"/>
            <w:u w:val="single"/>
          </w:rPr>
          <w:t>https://pridehouston.org/celebration/</w:t>
        </w:r>
      </w:hyperlink>
      <w:r>
        <w:t xml:space="preserve"> - Pride Houston 365 is hosting the 48th Annual Pride Houston Festival and Parade on August 15, 2026. The free parade will start at 7 p.m. in downtown Houston, beginning at the intersection of Lamar and Smith streets. The parade route will continue down Smith Street, turn onto Walker Street, proceed down Milam Street, and conclude at Leeland Street. The stage, grandstand, and bar will open at 5 p.m., with organizers recommending attendees arrive before the 7 p.m. start time.</w:t>
      </w:r>
      <w:r/>
    </w:p>
    <w:p>
      <w:pPr>
        <w:pStyle w:val="ListNumber"/>
        <w:spacing w:line="240" w:lineRule="auto"/>
        <w:ind w:left="720"/>
      </w:pPr>
      <w:r/>
      <w:hyperlink r:id="rId11">
        <w:r>
          <w:rPr>
            <w:color w:val="0000EE"/>
            <w:u w:val="single"/>
          </w:rPr>
          <w:t>https://pridehouston.org/celebration/visit/</w:t>
        </w:r>
      </w:hyperlink>
      <w:r>
        <w:t xml:space="preserve"> - Pride Houston 365 provides information for attendees planning to visit the 2026 Pride Festival and Parade. The festival will take place at 901 Bagby Street, Houston, TX 77002. Attendees can reserve parking near the route and festival grounds, book recommended hotels, and use local transportation options such as METRO, rideshare services, biking, and park-and-ride options. The nearest METRORail light-rail station is the Theater District Station, approximately a 3-minute walk to the venue.</w:t>
      </w:r>
      <w:r/>
    </w:p>
    <w:p>
      <w:pPr>
        <w:pStyle w:val="ListNumber"/>
        <w:spacing w:line="240" w:lineRule="auto"/>
        <w:ind w:left="720"/>
      </w:pPr>
      <w:r/>
      <w:hyperlink r:id="rId13">
        <w:r>
          <w:rPr>
            <w:color w:val="0000EE"/>
            <w:u w:val="single"/>
          </w:rPr>
          <w:t>https://pridehouston.org/celebration/parade-participation/</w:t>
        </w:r>
      </w:hyperlink>
      <w:r>
        <w:t xml:space="preserve"> - Pride Houston 365 outlines the registration process for parade participants in the 2026 Pride Parade. Early bird registration is available until December 31, 2025, with discounted rates for local non-profits, local for-profits, and other participants. Standard registration continues until March 31, 2026, and late registration is available until May 31, 2026. All parade participants must comply with City of Houston regulations and Pride Houston guidelines, and provide a Certificate of Insurance prior to participation.</w:t>
      </w:r>
      <w:r/>
    </w:p>
    <w:p>
      <w:pPr>
        <w:pStyle w:val="ListNumber"/>
        <w:spacing w:line="240" w:lineRule="auto"/>
        <w:ind w:left="720"/>
      </w:pPr>
      <w:r/>
      <w:hyperlink r:id="rId14">
        <w:r>
          <w:rPr>
            <w:color w:val="0000EE"/>
            <w:u w:val="single"/>
          </w:rPr>
          <w:t>https://pridehouston.org/celebration/festival-registration/</w:t>
        </w:r>
      </w:hyperlink>
      <w:r>
        <w:t xml:space="preserve"> - Pride Houston 365 provides details for festival exhibitors at the 2026 Pride Festival. The festival will take place on August 15, 2026, at 901 Bagby Street, Houston, TX 77002. Each exhibitor activation includes a 10' x 10' tent, one 8-foot table, two chairs, and electricity access. Participation requires compliance with City of Houston regulations and Pride Houston festival guidelines, and exhibitors must provide a Certificate of Insurance prior to participation.</w:t>
      </w:r>
      <w:r/>
    </w:p>
    <w:p>
      <w:pPr>
        <w:pStyle w:val="ListNumber"/>
        <w:spacing w:line="240" w:lineRule="auto"/>
        <w:ind w:left="720"/>
      </w:pPr>
      <w:r/>
      <w:hyperlink r:id="rId15">
        <w:r>
          <w:rPr>
            <w:color w:val="0000EE"/>
            <w:u w:val="single"/>
          </w:rPr>
          <w:t>https://pridehouston.org/about/</w:t>
        </w:r>
      </w:hyperlink>
      <w:r>
        <w:t xml:space="preserve"> - Pride Houston 365 is a volunteer-run, 501(c)(3) non-profit organization dedicated to celebrating, promoting, and enriching the LGBTQ+ community in Houston, Texas. For over four decades, Pride Houston 365 has produced vibrant annual, accessible celebrations without barriers—including the annual Houston Pride Festival and Parade, along with year-round events fostering unity and representation in the diverse LGBTQ+ community, welcoming allies, people of color, and all identities, to create an environment of continuous, year-round celebration, encompassing history, advocacy, visibility, and equity.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ustonpublicmedia.org/articles/lgbtq/2026/08/13/559426/houston-pride-parade-2026-weather-forecast/" TargetMode="External"/><Relationship Id="rId10" Type="http://schemas.openxmlformats.org/officeDocument/2006/relationships/hyperlink" Target="https://www.weather.gov/houston/forecast" TargetMode="External"/><Relationship Id="rId11" Type="http://schemas.openxmlformats.org/officeDocument/2006/relationships/hyperlink" Target="https://pridehouston.org/celebration/visit/" TargetMode="External"/><Relationship Id="rId12" Type="http://schemas.openxmlformats.org/officeDocument/2006/relationships/hyperlink" Target="https://pridehouston.org/celebration/" TargetMode="External"/><Relationship Id="rId13" Type="http://schemas.openxmlformats.org/officeDocument/2006/relationships/hyperlink" Target="https://pridehouston.org/celebration/parade-participation/" TargetMode="External"/><Relationship Id="rId14" Type="http://schemas.openxmlformats.org/officeDocument/2006/relationships/hyperlink" Target="https://pridehouston.org/celebration/festival-registration/" TargetMode="External"/><Relationship Id="rId15" Type="http://schemas.openxmlformats.org/officeDocument/2006/relationships/hyperlink" Target="https://pridehouston.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