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Hell’s Kitchen LGBTQ+ Nightlife: Where to Drink, Dance and Stay Local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Hell’s Kitchen remains New York City’s go-to LGBTQ+ neighbourhood, with fresh bars, classic haunts, lively drag and a friendly vibe that keeps locals and visitors coming back for more. Walk from theatre to late-night cocktail without a hassle , here’s what’s new, why it matters, and where to start.</w:t>
      </w:r>
      <w:r/>
    </w:p>
    <w:p>
      <w:r/>
      <w:r>
        <w:t>Essential Takeaways</w:t>
      </w:r>
      <w:r/>
      <w:r/>
    </w:p>
    <w:p>
      <w:pPr>
        <w:pStyle w:val="ListBullet"/>
        <w:spacing w:line="240" w:lineRule="auto"/>
        <w:ind w:left="720"/>
      </w:pPr>
      <w:r/>
      <w:r>
        <w:rPr>
          <w:b/>
        </w:rPr>
        <w:t>New energy:</w:t>
      </w:r>
      <w:r>
        <w:t xml:space="preserve"> Pride Bar &amp; Lounge, The Red Stache, It’s Him and new ownership at The Ritz have refreshed the neighbourhood with modern vibes.</w:t>
      </w:r>
      <w:r/>
    </w:p>
    <w:p>
      <w:pPr>
        <w:pStyle w:val="ListBullet"/>
        <w:spacing w:line="240" w:lineRule="auto"/>
        <w:ind w:left="720"/>
      </w:pPr>
      <w:r/>
      <w:r>
        <w:rPr>
          <w:b/>
        </w:rPr>
        <w:t>Classic favourites remain:</w:t>
      </w:r>
      <w:r>
        <w:t xml:space="preserve"> Industry Bar, Rise Bar, Hardware Bar and Flaming Saddles still deliver nightly drag, strong drinks and a lively crowd.</w:t>
      </w:r>
      <w:r/>
    </w:p>
    <w:p>
      <w:pPr>
        <w:pStyle w:val="ListBullet"/>
        <w:spacing w:line="240" w:lineRule="auto"/>
        <w:ind w:left="720"/>
      </w:pPr>
      <w:r/>
      <w:r>
        <w:rPr>
          <w:b/>
        </w:rPr>
        <w:t>Compact and walkable:</w:t>
      </w:r>
      <w:r>
        <w:t xml:space="preserve"> You can spend a whole night (or weekend) hopping bars on foot between 41st and the Theatre District.</w:t>
      </w:r>
      <w:r/>
    </w:p>
    <w:p>
      <w:pPr>
        <w:pStyle w:val="ListBullet"/>
        <w:spacing w:line="240" w:lineRule="auto"/>
        <w:ind w:left="720"/>
      </w:pPr>
      <w:r/>
      <w:r>
        <w:rPr>
          <w:b/>
        </w:rPr>
        <w:t>Friendly service:</w:t>
      </w:r>
      <w:r>
        <w:t xml:space="preserve"> Warm bartenders, DJs and performers are a hallmark , the social atmosphere is as important as the drinks.</w:t>
      </w:r>
      <w:r/>
    </w:p>
    <w:p>
      <w:pPr>
        <w:pStyle w:val="ListBullet"/>
        <w:spacing w:line="240" w:lineRule="auto"/>
        <w:ind w:left="720"/>
      </w:pPr>
      <w:r/>
      <w:r>
        <w:rPr>
          <w:b/>
        </w:rPr>
        <w:t>Options for every mood:</w:t>
      </w:r>
      <w:r>
        <w:t xml:space="preserve"> From rowdy country to relaxed lounges, there’s something for a first date, a bachelorette or a solo night out.</w:t>
      </w:r>
      <w:r/>
      <w:r/>
    </w:p>
    <w:p>
      <w:pPr>
        <w:pStyle w:val="Heading2"/>
      </w:pPr>
      <w:r>
        <w:t>New spots bringing fresh life , and some very photogenic cocktails</w:t>
      </w:r>
      <w:r/>
    </w:p>
    <w:p>
      <w:r/>
      <w:r>
        <w:t>Hell’s Kitchen has been quietly adding new venues that look as good as they pour. Pride Bar &amp; Lounge has opened to much chatter for its modern take on a neighbourhood gay bar, while The Red Stache and It’s Him bring different flavours to the mix. New ownership at The Ritz has injected fresh programming and revives a block favourite.</w:t>
      </w:r>
      <w:r/>
    </w:p>
    <w:p>
      <w:r/>
      <w:r>
        <w:t>Owners and promoters are clearly aiming for variety , sleek lounges sit alongside rowdy dance floors , so whether you want a slow cocktail or a late-night set, you’ll find it. If you’re planning an evening, check social feeds for theme nights; these new venues are keen to make an impression and often run special events that are worth timing your visit around.</w:t>
      </w:r>
      <w:r/>
    </w:p>
    <w:p>
      <w:pPr>
        <w:pStyle w:val="Heading2"/>
      </w:pPr>
      <w:r>
        <w:t>Where the classics still deliver , drag, deals and dependable fun</w:t>
      </w:r>
      <w:r/>
    </w:p>
    <w:p>
      <w:r/>
      <w:r>
        <w:t>Longstanding bars like Industry Bar, Rise Bar and Hardware Bar continue to host some of the best drag on weeknights, keeping a tradition that’s central to Hell’s Kitchen’s appeal. Flaming Saddles brings that cheeky country-western energy, perfect if you want something loud and playful.</w:t>
      </w:r>
      <w:r/>
    </w:p>
    <w:p>
      <w:r/>
      <w:r>
        <w:t>These places have the kind of staff who make a night memorable , personable bartenders and DJs who read the room. For practical planning, arrive early on weekends if you want a seat, or pop in midweek for the best shows with fewer queues.</w:t>
      </w:r>
      <w:r/>
    </w:p>
    <w:p>
      <w:pPr>
        <w:pStyle w:val="Heading2"/>
      </w:pPr>
      <w:r>
        <w:t>Walkable nightlife , bar-hopping without a car</w:t>
      </w:r>
      <w:r/>
    </w:p>
    <w:p>
      <w:r/>
      <w:r>
        <w:t>One of Hell’s Kitchen’s biggest draws is proximity. With dozens of bars and lounges within a short stroll, you can easily move from a laid-back salon to a full-throttle dance floor. The area around 9th Avenue and 41st, including the return of 9th Avenue Saloon, feels especially dense with options.</w:t>
      </w:r>
      <w:r/>
    </w:p>
    <w:p>
      <w:r/>
      <w:r>
        <w:t>This makes the neighbourhood ideal for groups with mixed tastes , split up and reconvene, or plan a route: start with drinks at a lounge, hit a bar for a show, then finish at a dance spot. No taxis needed, which keeps the evening simple and social.</w:t>
      </w:r>
      <w:r/>
    </w:p>
    <w:p>
      <w:pPr>
        <w:pStyle w:val="Heading2"/>
      </w:pPr>
      <w:r>
        <w:t>Where to pick for your vibe , choosing the right night out</w:t>
      </w:r>
      <w:r/>
    </w:p>
    <w:p>
      <w:r/>
      <w:r>
        <w:t>If you want theatrical, head to venues that double as performance spaces; Industry Bar and The Ritz often have standout acts. For something more casual, Balcon Salon and Boxers HK offer relaxed drinks and conversation. Looking for themed or niche nights? Check Vers and smaller spots for pop-up events and DJ sets.</w:t>
      </w:r>
      <w:r/>
    </w:p>
    <w:p>
      <w:r/>
      <w:r>
        <w:t>A quick tip: match your shoes to the night. Comfortable footwear makes hopping between venues painless, and a light jacket helps with outdoor waits or breezy early mornings.</w:t>
      </w:r>
      <w:r/>
    </w:p>
    <w:p>
      <w:pPr>
        <w:pStyle w:val="Heading2"/>
      </w:pPr>
      <w:r>
        <w:t>Why the neighbourhood feels welcoming , people make the difference</w:t>
      </w:r>
      <w:r/>
    </w:p>
    <w:p>
      <w:r/>
      <w:r>
        <w:t>Beyond names and neon, Hell’s Kitchen’s enduring charm comes down to people. Staff, entertainers and regulars create an atmosphere that’s warm rather than transactional, which is why visitors keep returning. The area manages to balance being tourist-friendly with a local heartbeat, a tricky feat in Midtown.</w:t>
      </w:r>
      <w:r/>
    </w:p>
    <w:p>
      <w:r/>
      <w:r>
        <w:t>Looking ahead, expect more venues to experiment with programming and ownership to refresh old favourites. For anyone curious about New York’s LGBTQ+ scene, Hell’s Kitchen remains an essential stop , buzzing, accessible and full of personality.</w:t>
      </w:r>
      <w:r/>
    </w:p>
    <w:p>
      <w:r/>
      <w:r>
        <w:t>It's a small change of address that can make every night out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https://getoutmag.com/spotlight-on-hells-kitchen-new-york-citys-lgbtq-neighborhood-continues-to-thrive/</w:t>
        </w:r>
      </w:hyperlink>
      <w:r>
        <w:t xml:space="preserve"> - Please view link - unable to able to access data</w:t>
      </w:r>
      <w:r/>
    </w:p>
    <w:p>
      <w:pPr>
        <w:pStyle w:val="ListNumber"/>
        <w:spacing w:line="240" w:lineRule="auto"/>
        <w:ind w:left="720"/>
      </w:pPr>
      <w:r/>
      <w:hyperlink r:id="rId10">
        <w:r>
          <w:rPr>
            <w:color w:val="0000EE"/>
            <w:u w:val="single"/>
          </w:rPr>
          <w:t>https://www.gaypinkspots.com/listing/boxers-hk.html</w:t>
        </w:r>
      </w:hyperlink>
      <w:r>
        <w:t xml:space="preserve"> - Boxers HK is a high-energy LGBTQ+ sports bar in Hell's Kitchen, New York City, featuring big screens, drag shows, DJs, and packed party nights. The venue offers a lively atmosphere where game-day excitement meets queer nightlife fun, attracting a diverse crowd ready for entertainment and socialising. Boxers HK is known for its inclusive environment and hosts various events, including themed parties and viewing parties for shows like RuPaul’s Drag Race. The bar is located at 735 9th Ave, New York, NY 10019, and operates daily with varying hours.</w:t>
      </w:r>
      <w:r/>
    </w:p>
    <w:p>
      <w:pPr>
        <w:pStyle w:val="ListNumber"/>
        <w:spacing w:line="240" w:lineRule="auto"/>
        <w:ind w:left="720"/>
      </w:pPr>
      <w:r/>
      <w:hyperlink r:id="rId11">
        <w:r>
          <w:rPr>
            <w:color w:val="0000EE"/>
            <w:u w:val="single"/>
          </w:rPr>
          <w:t>https://www.versnyc.com/</w:t>
        </w:r>
      </w:hyperlink>
      <w:r>
        <w:t xml:space="preserve"> - VERS is a queer-owned cocktail bar in Hell's Kitchen, New York City, redefining the queer bar experience with a stylish, inclusive, and fun environment. Since July 2022, VERS has been pairing inventive cocktails and refined bar bites in a beautifully designed space. The venue hosts curated events, parties, and entertainment seven nights a week, featuring talented queer performers. VERS offers daily happy hour until 8 PM and operates from 2 PM to 4 AM, with varying hours on weekends. The bar is located at 714 9th Ave, New York, NY 10019.</w:t>
      </w:r>
      <w:r/>
    </w:p>
    <w:p>
      <w:pPr>
        <w:pStyle w:val="ListNumber"/>
        <w:spacing w:line="240" w:lineRule="auto"/>
        <w:ind w:left="720"/>
      </w:pPr>
      <w:r/>
      <w:hyperlink r:id="rId12">
        <w:r>
          <w:rPr>
            <w:color w:val="0000EE"/>
            <w:u w:val="single"/>
          </w:rPr>
          <w:t>https://www.gaypinkspots.com/listing/the-ritz-bar-lounge.html</w:t>
        </w:r>
      </w:hyperlink>
      <w:r>
        <w:t xml:space="preserve"> - The Ritz is a high-energy LGBTQ+ bar in Hell's Kitchen, New York City, known for its DJs, dancing, drag performances, and nonstop party vibes. The venue offers a bold, inclusive space where queer nightlife stays loud, social, and joyfully unapologetic. The Ritz attracts a lively mix of locals, visitors, and nightlife lovers who appreciate a bar that doesn't overthink the mission: dance, connect, repeat. The bar is located at 369 W 46th St, New York, NY 10036, and operates with varying hours throughout the week.</w:t>
      </w:r>
      <w:r/>
    </w:p>
    <w:p>
      <w:pPr>
        <w:pStyle w:val="ListNumber"/>
        <w:spacing w:line="240" w:lineRule="auto"/>
        <w:ind w:left="720"/>
      </w:pPr>
      <w:r/>
      <w:hyperlink r:id="rId13">
        <w:r>
          <w:rPr>
            <w:color w:val="0000EE"/>
            <w:u w:val="single"/>
          </w:rPr>
          <w:t>https://www.theinfatuation.com/new-york/reviews/flaming-saddles-nyc</w:t>
        </w:r>
      </w:hyperlink>
      <w:r>
        <w:t xml:space="preserve"> - Flaming Saddles is a kitsch gay bar in Hell's Kitchen, New York City, known for its warm vibes, soundtrack blending Shania-era country with modern pop hits, and cowboy-booted servers who dance on the bar multiple times a night. The venue features dim red lighting, 'Yippy I'm Gay' t-shirts for sale, and the odd animal skull on the wall, creating a queer country institution in New York. Flaming Saddles is located at 793 9th Ave, New York, NY 10019, and operates with varying hours throughout the week.</w:t>
      </w:r>
      <w:r/>
    </w:p>
    <w:p>
      <w:pPr>
        <w:pStyle w:val="ListNumber"/>
        <w:spacing w:line="240" w:lineRule="auto"/>
        <w:ind w:left="720"/>
      </w:pPr>
      <w:r/>
      <w:hyperlink r:id="rId14">
        <w:r>
          <w:rPr>
            <w:color w:val="0000EE"/>
            <w:u w:val="single"/>
          </w:rPr>
          <w:t>https://www.gaypinkspots.com/listing/industry-bar.html</w:t>
        </w:r>
      </w:hyperlink>
      <w:r>
        <w:t xml:space="preserve"> - Industry Bar is a high-energy LGBTQ+ bar in Hell's Kitchen, New York City, known for its drag shows, DJs, and a packed dance floor. The venue offers nightly drag performances, guest DJs, and a dance floor that stays buzzing well past midnight. Industry Bar attracts a diverse crowd ready for entertainment, energy, and spectacle, with themed nights and rotating talent that keeps the vibe fresh and exciting. The bar is located at 355 W 52nd St, New York, NY 10019, and operates with varying hours throughout the week.</w:t>
      </w:r>
      <w:r/>
    </w:p>
    <w:p>
      <w:pPr>
        <w:pStyle w:val="ListNumber"/>
        <w:spacing w:line="240" w:lineRule="auto"/>
        <w:ind w:left="720"/>
      </w:pPr>
      <w:r/>
      <w:hyperlink r:id="rId15">
        <w:r>
          <w:rPr>
            <w:color w:val="0000EE"/>
            <w:u w:val="single"/>
          </w:rPr>
          <w:t>https://www.gaymap.live/9th-avenue-saloon</w:t>
        </w:r>
      </w:hyperlink>
      <w:r>
        <w:t xml:space="preserve"> - 9th Avenue Saloon is a legendary fixture on the New York City gay map and the longest-running gay bar in the heart of Hell’s Kitchen. For over 40 years, this unpretentious neighborhood haunt has been a beloved watering hole for gay men, theater-goers, and the global queer community. The venue offers a 'no-frills' dive bar atmosphere, free popcorn, a classic jukebox, and low-key vibes, making it a quintessential stop for those seeking an authentic, local experience away from the city's flashier tourist traps. 9th Avenue Saloon is located at 656 9th Ave, New York, NY 10036, and operates with varying hours throughout the week.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etoutmag.com/spotlight-on-hells-kitchen-new-york-citys-lgbtq-neighborhood-continues-to-thrive/" TargetMode="External"/><Relationship Id="rId10" Type="http://schemas.openxmlformats.org/officeDocument/2006/relationships/hyperlink" Target="https://www.gaypinkspots.com/listing/boxers-hk.html" TargetMode="External"/><Relationship Id="rId11" Type="http://schemas.openxmlformats.org/officeDocument/2006/relationships/hyperlink" Target="https://www.versnyc.com/" TargetMode="External"/><Relationship Id="rId12" Type="http://schemas.openxmlformats.org/officeDocument/2006/relationships/hyperlink" Target="https://www.gaypinkspots.com/listing/the-ritz-bar-lounge.html" TargetMode="External"/><Relationship Id="rId13" Type="http://schemas.openxmlformats.org/officeDocument/2006/relationships/hyperlink" Target="https://www.theinfatuation.com/new-york/reviews/flaming-saddles-nyc" TargetMode="External"/><Relationship Id="rId14" Type="http://schemas.openxmlformats.org/officeDocument/2006/relationships/hyperlink" Target="https://www.gaypinkspots.com/listing/industry-bar.html" TargetMode="External"/><Relationship Id="rId15" Type="http://schemas.openxmlformats.org/officeDocument/2006/relationships/hyperlink" Target="https://www.gaymap.live/9th-avenue-salo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