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Hastings Pride 2026: Free 10th Anniversary Parade and Festival Plans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Hastings Pride’s big 10th anniversary on Sunday 30 August with a free parade and a seaside festival that mixes 90s R&amp;B, drag brilliance and local favourites , a community-first line-up that keeps the event open to everyone and promises a loud, proud party at The Oval.</w:t>
      </w:r>
      <w:r/>
    </w:p>
    <w:p>
      <w:r/>
      <w:r>
        <w:t>Essential Takeaways</w:t>
      </w:r>
      <w:r/>
      <w:r/>
    </w:p>
    <w:p>
      <w:pPr>
        <w:pStyle w:val="ListBullet"/>
        <w:spacing w:line="240" w:lineRule="auto"/>
        <w:ind w:left="720"/>
      </w:pPr>
      <w:r/>
      <w:r>
        <w:rPr>
          <w:b/>
        </w:rPr>
        <w:t>When and where:</w:t>
      </w:r>
      <w:r>
        <w:t xml:space="preserve"> Hastings Pride Parade through the town centre, then the main festival at The Oval on Sunday 30 August 2026. </w:t>
      </w:r>
      <w:r/>
    </w:p>
    <w:p>
      <w:pPr>
        <w:pStyle w:val="ListBullet"/>
        <w:spacing w:line="240" w:lineRule="auto"/>
        <w:ind w:left="720"/>
      </w:pPr>
      <w:r/>
      <w:r>
        <w:rPr>
          <w:b/>
        </w:rPr>
        <w:t>Headline acts:</w:t>
      </w:r>
      <w:r>
        <w:t xml:space="preserve"> 90s R&amp;B group Honeyz and drag star Drag With No Name lead an eclectic bill. </w:t>
      </w:r>
      <w:r/>
    </w:p>
    <w:p>
      <w:pPr>
        <w:pStyle w:val="ListBullet"/>
        <w:spacing w:line="240" w:lineRule="auto"/>
        <w:ind w:left="720"/>
      </w:pPr>
      <w:r/>
      <w:r>
        <w:rPr>
          <w:b/>
        </w:rPr>
        <w:t>Local flavour:</w:t>
      </w:r>
      <w:r>
        <w:t xml:space="preserve"> Festival favourites The Fabulous Red Diesel, Doctor Woof and Mama Tasty join the line-up for a community feel. </w:t>
      </w:r>
      <w:r/>
    </w:p>
    <w:p>
      <w:pPr>
        <w:pStyle w:val="ListBullet"/>
        <w:spacing w:line="240" w:lineRule="auto"/>
        <w:ind w:left="720"/>
      </w:pPr>
      <w:r/>
      <w:r>
        <w:rPr>
          <w:b/>
        </w:rPr>
        <w:t>Free for all:</w:t>
      </w:r>
      <w:r>
        <w:t xml:space="preserve"> Organisers have kept the festival free since the start to ensure accessibility and inclusivity. </w:t>
      </w:r>
      <w:r/>
    </w:p>
    <w:p>
      <w:pPr>
        <w:pStyle w:val="ListBullet"/>
        <w:spacing w:line="240" w:lineRule="auto"/>
        <w:ind w:left="720"/>
      </w:pPr>
      <w:r/>
      <w:r>
        <w:rPr>
          <w:b/>
        </w:rPr>
        <w:t>Vibe:</w:t>
      </w:r>
      <w:r>
        <w:t xml:space="preserve"> Expect singalong pop, theatrical drag and family-friendly street atmosphere with food and stalls.</w:t>
      </w:r>
      <w:r/>
      <w:r/>
    </w:p>
    <w:p>
      <w:r/>
      <w:r>
        <w:t>Opening hook: why this anniversary feels different Hastings Pride reaching a decade is more than a round number , it’s a visible sign of how an event that began small can become a town-wide celebration, and it’ll smell like chips and festival sunscreen with music drifting across The Oval. According to organisers, keeping the day free has always been non-negotiable, and that principle shapes everything from the parade route to the choice of acts.</w:t>
      </w:r>
      <w:r/>
    </w:p>
    <w:p>
      <w:r/>
      <w:r>
        <w:t>Backstory: how Hastings Pride grew into a free festival Started with community energy and grassroots drives, Hastings Pride has steadily layered bigger acts onto local talent while refusing to charge entry. Natasha Scott, director of Hastings Pride CIC, says the free model opens doors and breaks down barriers , people who might never otherwise meet are brought together, she adds, creating a safer, more visible space for LGBTQ+ life in Sussex.</w:t>
      </w:r>
      <w:r/>
    </w:p>
    <w:p>
      <w:r/>
      <w:r>
        <w:t>Line-up highlights: Honeyz, Drag With No Name and local heroes The booking of Honeyz taps into a 90s R&amp;B nostalgia that’s easy to imagine drawing singalongs , songs like Finally Found still land on festival playlists. Meanwhile, Drag With No Name (DWNN) brings a theatrical headline presence, and the inclusion of bands such as The Fabulous Red Diesel, Doctor Woof and Mama Tasty keeps the festival rooted in local taste. It’s a neat mix that balances star appeal with community warmth.</w:t>
      </w:r>
      <w:r/>
    </w:p>
    <w:p>
      <w:r/>
      <w:r>
        <w:t>Why free admission matters , accessibility and atmosphere Removing ticket barriers isn’t just a PR line; it changes who shows up and how the day feels. A free festival invites families, low-income attendees and casual passers-by to stay and celebrate, which can make the parade and field feel more spontaneous and inclusive. If you’re planning to go, bring a folding chair, cash for food stalls, and an open smile.</w:t>
      </w:r>
      <w:r/>
    </w:p>
    <w:p>
      <w:r/>
      <w:r>
        <w:t>Practical plans and what to expect on the day The parade will snake through Hastings town centre before the crowd arrives at The Oval for the main stage, where acts perform across the afternoon and early evening. Expect food vendors, stallholders and accessible facilities , and check the Hastings Pride website for updates on timetable and volunteer opportunities. Arrive early if you want a spot near the stage or to catch the full parade route.</w:t>
      </w:r>
      <w:r/>
    </w:p>
    <w:p>
      <w:r/>
      <w:r>
        <w:t>Reaction and outlook: a decade acknowledged, the future bright Organisers are talking about this anniversary as a chance to amplify the festival’s founding ethos rather than change it. That means bigger names may appear, but the core promise , free, town-wide celebration , stays. For locals and visitors alike, it’s an invitation to be part of a tradition that’s both celebratory and civic.</w:t>
      </w:r>
      <w:r/>
    </w:p>
    <w:p>
      <w:r/>
      <w:r>
        <w:t>It's a small change that can make every celebration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9">
        <w:r>
          <w:rPr>
            <w:color w:val="0000EE"/>
            <w:u w:val="single"/>
          </w:rPr>
          <w:t>[2]</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https://www.attitude.co.uk/news/hastings-pride-celebrates-10th-anniversary-free-festival-531460/</w:t>
        </w:r>
      </w:hyperlink>
      <w:r>
        <w:t xml:space="preserve"> - Please view link - unable to able to access data</w:t>
      </w:r>
      <w:r/>
    </w:p>
    <w:p>
      <w:pPr>
        <w:pStyle w:val="ListNumber"/>
        <w:spacing w:line="240" w:lineRule="auto"/>
        <w:ind w:left="720"/>
      </w:pPr>
      <w:r/>
      <w:hyperlink r:id="rId9">
        <w:r>
          <w:rPr>
            <w:color w:val="0000EE"/>
            <w:u w:val="single"/>
          </w:rPr>
          <w:t>https://www.attitude.co.uk/news/hastings-pride-celebrates-10th-anniversary-free-festival-531460/</w:t>
        </w:r>
      </w:hyperlink>
      <w:r>
        <w:t xml:space="preserve"> - Hastings Pride is celebrating its 10th anniversary with a free festival featuring 90s R&amp;B group Honeyz, drag star Drag With No Name, and a host of live acts. The event will take place on Sunday 30 August, beginning with the annual Hastings Pride Parade through Hastings town centre, followed by the main festival at The Oval. Honeyz, known for 90s hits including 'Finally Found', as well as local festival favourites The Fabulous Red Diesel, Doctor Woof, and Mama Tasty, feature on the line-up. Also performing will be Step into Elton, an Elton John tribute act, while Drag With No Name (DWNN) will headline the main stage. The 10th anniversary celebration will continue Hastings Pride’s commitment to keeping the festival completely free to attend — something organisers say has been non-negotiable since the event began. Natasha Scott, director of Hastings Pride CIC, stated, 'Reaching our 10th anniversary is an unbelievable milestone for us. From day one, keeping Hastings Pride completely free has been non-negotiable. When you remove ticket prices, you open the doors to the entire town. It brings people together who might never otherwise meet, shatters old stereotypes, and creates a space where everyone feels safe, proud, and celebrated.'</w:t>
      </w:r>
      <w:r/>
    </w:p>
    <w:p>
      <w:pPr>
        <w:pStyle w:val="ListNumber"/>
        <w:spacing w:line="240" w:lineRule="auto"/>
        <w:ind w:left="720"/>
      </w:pPr>
      <w:r/>
      <w:hyperlink r:id="rId12">
        <w:r>
          <w:rPr>
            <w:color w:val="0000EE"/>
            <w:u w:val="single"/>
          </w:rPr>
          <w:t>https://www.gaydio.co.uk/north-east/events/the-guide/event/hastings-pride1/</w:t>
        </w:r>
      </w:hyperlink>
      <w:r>
        <w:t xml:space="preserve"> - Hastings Pride is scheduled for Sunday, 30 August 2026, at The Oval, Hastings. The event will feature a parade through Hastings town centre, followed by the main festival at The Oval. The festival site will host the parade gathering, main stage, community stalls, family programming, food, and drink throughout the day. The 2026 line-up has not yet been confirmed by the organisers. The Oval provides a contained festival site with easy access from Hastings station. Hastings Pride is free entry, with donations on the day and sponsorship from local businesses helping to fund the event. For more information, check the Hastings Pride Instagram and channels for the confirmed parade route, full line-up, and accessibility info.</w:t>
      </w:r>
      <w:r/>
    </w:p>
    <w:p>
      <w:pPr>
        <w:pStyle w:val="ListNumber"/>
        <w:spacing w:line="240" w:lineRule="auto"/>
        <w:ind w:left="720"/>
      </w:pPr>
      <w:r/>
      <w:hyperlink r:id="rId10">
        <w:r>
          <w:rPr>
            <w:color w:val="0000EE"/>
            <w:u w:val="single"/>
          </w:rPr>
          <w:t>https://pinkuk.com/events/europe/uk/east-sussex/hastings/hastings-pride-2026</w:t>
        </w:r>
      </w:hyperlink>
      <w:r>
        <w:t xml:space="preserve"> - Hastings Pride 2026 is set to take place on Sunday, 30 August 2026, at The Oval in Hastings, East Sussex. The event will begin with a parade starting from the Stade in Hastings Old Town at 11:00, proceeding along the seafront to Hastings Pier, turning right to The Oval festival ground, and ending at 12:00. The festival at The Oval will commence at 12:00. The organisers have committed to keeping Hastings Pride a free event, aiming to break down social barriers and create a space where everyone feels safe, proud, and celebrated.</w:t>
      </w:r>
      <w:r/>
    </w:p>
    <w:p>
      <w:pPr>
        <w:pStyle w:val="ListNumber"/>
        <w:spacing w:line="240" w:lineRule="auto"/>
        <w:ind w:left="720"/>
      </w:pPr>
      <w:r/>
      <w:hyperlink r:id="rId11">
        <w:r>
          <w:rPr>
            <w:color w:val="0000EE"/>
            <w:u w:val="single"/>
          </w:rPr>
          <w:t>https://www.experiencesussex.com/event/hastings-pride/277063101/</w:t>
        </w:r>
      </w:hyperlink>
      <w:r>
        <w:t xml:space="preserve"> - Hastings Pride is scheduled for Sunday, 30 August 2026, at The Oval, Hastings. The event will feature a parade through Hastings town centre, followed by the main festival at The Oval. The festival site will host the parade gathering, main stage, community stalls, family programming, food, and drink throughout the day. The 2026 line-up has not yet been confirmed by the organisers. The Oval provides a contained festival site with easy access from Hastings station. Hastings Pride is free entry, with donations on the day and sponsorship from local businesses helping to fund the event. For more information, check the Hastings Pride Instagram and channels for the confirmed parade route, full line-up, and accessibility info.</w:t>
      </w:r>
      <w:r/>
    </w:p>
    <w:p>
      <w:pPr>
        <w:pStyle w:val="ListNumber"/>
        <w:spacing w:line="240" w:lineRule="auto"/>
        <w:ind w:left="720"/>
      </w:pPr>
      <w:r/>
      <w:hyperlink r:id="rId13">
        <w:r>
          <w:rPr>
            <w:color w:val="0000EE"/>
            <w:u w:val="single"/>
          </w:rPr>
          <w:t>https://www.enjoy.ly/uk/activity/13550758/hastings-pride-the-oval-hastings</w:t>
        </w:r>
      </w:hyperlink>
      <w:r>
        <w:t xml:space="preserve"> - Hastings Pride is scheduled for Sunday, 30 August 2026, at The Oval, Hastings. The event will feature a parade through Hastings town centre, followed by the main festival at The Oval. The festival site will host the parade gathering, main stage, community stalls, family programming, food, and drink throughout the day. The 2026 line-up has not yet been confirmed by the organisers. The Oval provides a contained festival site with easy access from Hastings station. Hastings Pride is free entry, with donations on the day and sponsorship from local businesses helping to fund the event. For more information, check the Hastings Pride Instagram and channels for the confirmed parade route, full line-up, and accessibility info.</w:t>
      </w:r>
      <w:r/>
    </w:p>
    <w:p>
      <w:pPr>
        <w:pStyle w:val="ListNumber"/>
        <w:spacing w:line="240" w:lineRule="auto"/>
        <w:ind w:left="720"/>
      </w:pPr>
      <w:r/>
      <w:hyperlink r:id="rId9">
        <w:r>
          <w:rPr>
            <w:color w:val="0000EE"/>
            <w:u w:val="single"/>
          </w:rPr>
          <w:t>https://www.attitude.co.uk/news/hastings-pride-celebrates-10th-anniversary-free-festival-531460/</w:t>
        </w:r>
      </w:hyperlink>
      <w:r>
        <w:t xml:space="preserve"> - Hastings Pride is celebrating its 10th anniversary with a free festival featuring 90s R&amp;B group Honeyz, drag star Drag With No Name, and a host of live acts. The event will take place on Sunday 30 August, beginning with the annual Hastings Pride Parade through Hastings town centre, followed by the main festival at The Oval. Honeyz, known for 90s hits including 'Finally Found', as well as local festival favourites The Fabulous Red Diesel, Doctor Woof, and Mama Tasty, feature on the line-up. Also performing will be Step into Elton, an Elton John tribute act, while Drag With No Name (DWNN) will headline the main stage. The 10th anniversary celebration will continue Hastings Pride’s commitment to keeping the festival completely free to attend — something organisers say has been non-negotiable since the event began. Natasha Scott, director of Hastings Pride CIC, stated, 'Reaching our 10th anniversary is an unbelievable milestone for us. From day one, keeping Hastings Pride completely free has been non-negotiable. When you remove ticket prices, you open the doors to the entire town. It brings people together who might never otherwise meet, shatters old stereotypes, and creates a space where everyone feels safe, proud, and celebrated.'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hastings-pride-celebrates-10th-anniversary-free-festival-531460/" TargetMode="External"/><Relationship Id="rId10" Type="http://schemas.openxmlformats.org/officeDocument/2006/relationships/hyperlink" Target="https://pinkuk.com/events/europe/uk/east-sussex/hastings/hastings-pride-2026" TargetMode="External"/><Relationship Id="rId11" Type="http://schemas.openxmlformats.org/officeDocument/2006/relationships/hyperlink" Target="https://www.experiencesussex.com/event/hastings-pride/277063101/" TargetMode="External"/><Relationship Id="rId12" Type="http://schemas.openxmlformats.org/officeDocument/2006/relationships/hyperlink" Target="https://www.gaydio.co.uk/north-east/events/the-guide/event/hastings-pride1/" TargetMode="External"/><Relationship Id="rId13" Type="http://schemas.openxmlformats.org/officeDocument/2006/relationships/hyperlink" Target="https://www.enjoy.ly/uk/activity/13550758/hastings-pride-the-oval-hast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