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Rosie O’Donnell’s Left‑Handed Comparison Reignites Gay‑Rights Debate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reacting after Rosie O’Donnell compared being gay to being left‑handed or having blue eyes on a podcast, sparking a familiar debate about identity, biology and social treatment; the clip has gone viral, drawing both defence and outrage and reopening conversations about what “being gay” means.</w:t>
      </w:r>
      <w:r/>
    </w:p>
    <w:p>
      <w:r/>
      <w:r>
        <w:t>Essential Takeaways</w:t>
      </w:r>
      <w:r/>
      <w:r/>
    </w:p>
    <w:p>
      <w:pPr>
        <w:pStyle w:val="ListBullet"/>
        <w:spacing w:line="240" w:lineRule="auto"/>
        <w:ind w:left="720"/>
      </w:pPr>
      <w:r/>
      <w:r>
        <w:rPr>
          <w:b/>
        </w:rPr>
        <w:t>What happened:</w:t>
      </w:r>
      <w:r>
        <w:t xml:space="preserve"> Rosie O’Donnell made the comparison on the Good Hang with Amy Poehler podcast, saying sexual orientation is not a choice and likening it to left‑handedness or eye colour. </w:t>
      </w:r>
      <w:r/>
    </w:p>
    <w:p>
      <w:pPr>
        <w:pStyle w:val="ListBullet"/>
        <w:spacing w:line="240" w:lineRule="auto"/>
        <w:ind w:left="720"/>
      </w:pPr>
      <w:r/>
      <w:r>
        <w:rPr>
          <w:b/>
        </w:rPr>
        <w:t>Immediate reaction:</w:t>
      </w:r>
      <w:r>
        <w:t xml:space="preserve"> The clip circulated widely online and provoked sharp criticism as well as support, with people disputing the analogy. </w:t>
      </w:r>
      <w:r/>
    </w:p>
    <w:p>
      <w:pPr>
        <w:pStyle w:val="ListBullet"/>
        <w:spacing w:line="240" w:lineRule="auto"/>
        <w:ind w:left="720"/>
      </w:pPr>
      <w:r/>
      <w:r>
        <w:rPr>
          <w:b/>
        </w:rPr>
        <w:t>Why it matters:</w:t>
      </w:r>
      <w:r>
        <w:t xml:space="preserve"> The exchange taps into longstanding scientific, social and political discussions about whether sexual orientation is innate and how society should treat LGBTQ+ people. </w:t>
      </w:r>
      <w:r/>
    </w:p>
    <w:p>
      <w:pPr>
        <w:pStyle w:val="ListBullet"/>
        <w:spacing w:line="240" w:lineRule="auto"/>
        <w:ind w:left="720"/>
      </w:pPr>
      <w:r/>
      <w:r>
        <w:rPr>
          <w:b/>
        </w:rPr>
        <w:t>Tone and feeling:</w:t>
      </w:r>
      <w:r>
        <w:t xml:space="preserve"> Comments reveal both anger and empathy; the debate feels personal and, for many, tied to experiences of exclusion or stigma. </w:t>
      </w:r>
      <w:r/>
      <w:r/>
    </w:p>
    <w:p>
      <w:pPr>
        <w:pStyle w:val="Heading2"/>
      </w:pPr>
      <w:r>
        <w:t>A simple comparison with big reverberations</w:t>
      </w:r>
      <w:r/>
    </w:p>
    <w:p>
      <w:r/>
      <w:r>
        <w:t xml:space="preserve">Rosie O’Donnell’s remark landed as a short, declarative line on a conversational podcast, but it has reverberated much louder online. The clip shows her describing grief and isolation after a partner’s death, then saying being gay is “no different than being left‑handed or having blue eyes.” That kind of plain, physical comparison is designed to normalise, but it also strip‑mines a complex topic for an easy image, and people noticed the bluntness right away. According to CNN’s coverage of the fallout, the exchange quickly drew both defence and fierce criticism. </w:t>
      </w:r>
      <w:r/>
    </w:p>
    <w:p>
      <w:pPr>
        <w:pStyle w:val="Heading2"/>
      </w:pPr>
      <w:r>
        <w:t>Why people push back: history and nuance</w:t>
      </w:r>
      <w:r/>
    </w:p>
    <w:p>
      <w:r/>
      <w:r>
        <w:t xml:space="preserve">Critics have pointed out that equating sexual orientation with handedness ignores layers of history, culture and law that shape queer lives. Psychology Today, The Guardian and NPR have all argued in past debates that the analogy flattens important differences , for instance, sexual orientation can carry social stigma, legal consequences and identity politics in ways simple physical traits do not. Those critiques don’t deny innate factors, but they do insist the comparison misses lived reality. </w:t>
      </w:r>
      <w:r/>
    </w:p>
    <w:p>
      <w:pPr>
        <w:pStyle w:val="Heading2"/>
      </w:pPr>
      <w:r>
        <w:t>Science, identity and the “no single gene” point</w:t>
      </w:r>
      <w:r/>
    </w:p>
    <w:p>
      <w:r/>
      <w:r>
        <w:t xml:space="preserve">Part of the online dispute spins out from headlines claiming “there is no gay gene.” Scientists and major outlets including the BBC and NPR have long emphasised that sexual orientation appears to be influenced by multiple biological, environmental and developmental factors , not a single, neat genetic switch. That’s important because many supporters of equality don’t lean on a single biological proof to argue for rights; they argue from dignity and equal citizenship instead. So the science conversation is relevant but not decisive for the broader human rights point. </w:t>
      </w:r>
      <w:r/>
    </w:p>
    <w:p>
      <w:pPr>
        <w:pStyle w:val="Heading2"/>
      </w:pPr>
      <w:r>
        <w:t>How language changes the debate , and why it matters for real people</w:t>
      </w:r>
      <w:r/>
    </w:p>
    <w:p>
      <w:r/>
      <w:r>
        <w:t xml:space="preserve">Words like “choice”, “natural” and “normal” carry political weight. Human Rights Campaign resources on coming out and queer wellbeing show how language shapes safety, family dynamics and mental health for LGBTQ+ people. When a public figure uses a simple analogy, it can comfort some queer people who want normalisation, while upsetting others who feel it elides the structural challenges they face. If you’re talking about this with family or friends, a practical step is to focus on experience: ask how someone feels, rather than trying to prove biology. </w:t>
      </w:r>
      <w:r/>
    </w:p>
    <w:p>
      <w:pPr>
        <w:pStyle w:val="Heading2"/>
      </w:pPr>
      <w:r>
        <w:t>Practical takeaways for conversations and coverage</w:t>
      </w:r>
      <w:r/>
    </w:p>
    <w:p>
      <w:r/>
      <w:r>
        <w:t xml:space="preserve">If you want to talk about sexual orientation in a sensitive way, avoid reducing identity to a single comparison. Acknowledge complexity, listen to lived experience and remember that legal and social status matters as much as biological explanation. For journalists and podcasters, contextualising such comments with historical and scientific perspective , and including voices from affected communities , keeps the conversation useful instead of merely reactive. </w:t>
      </w:r>
      <w:r/>
    </w:p>
    <w:p>
      <w:r/>
      <w:r>
        <w:t>It's a small change in phrasing that can make every conversation clearer and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9">
        <w:r>
          <w:rPr>
            <w:color w:val="0000EE"/>
            <w:u w:val="single"/>
          </w:rPr>
          <w:t>[1]</w:t>
        </w:r>
      </w:hyperlink>
      <w:r>
        <w:t xml:space="preserve">- Paragraph 2: </w:t>
      </w:r>
      <w:hyperlink r:id="rId10">
        <w:r>
          <w:rPr>
            <w:color w:val="0000EE"/>
            <w:u w:val="single"/>
          </w:rPr>
          <w:t>[7]</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4">
        <w:r>
          <w:rPr>
            <w:color w:val="0000EE"/>
            <w:u w:val="single"/>
          </w:rPr>
          <w:t>[2]</w:t>
        </w:r>
      </w:hyperlink>
      <w:r>
        <w:t xml:space="preserve">, </w:t>
      </w:r>
      <w:hyperlink r:id="rId11">
        <w:r>
          <w:rPr>
            <w:color w:val="0000EE"/>
            <w:u w:val="single"/>
          </w:rPr>
          <w:t>[3]</w:t>
        </w:r>
      </w:hyperlink>
      <w:r>
        <w:t xml:space="preserve">- Paragraph 5: </w:t>
      </w:r>
      <w:hyperlink r:id="rId15">
        <w:r>
          <w:rPr>
            <w:color w:val="0000EE"/>
            <w:u w:val="single"/>
          </w:rPr>
          <w:t>[4]</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https://thenerdstash.com/new-york-actress-rosie-odonnell-sparks-outrage-after-comparing-being-gay-to-being-left-handed-there-is-no-gay-gene/</w:t>
        </w:r>
      </w:hyperlink>
      <w:r>
        <w:t xml:space="preserve"> - Please view link - unable to able to access data</w:t>
      </w:r>
      <w:r/>
    </w:p>
    <w:p>
      <w:pPr>
        <w:pStyle w:val="ListNumber"/>
        <w:spacing w:line="240" w:lineRule="auto"/>
        <w:ind w:left="720"/>
      </w:pPr>
      <w:r/>
      <w:hyperlink r:id="rId14">
        <w:r>
          <w:rPr>
            <w:color w:val="0000EE"/>
            <w:u w:val="single"/>
          </w:rPr>
          <w:t>https://www.hrc.org/resources/coming-out-a-resource-guide-for-lgbtq-people-of-color</w:t>
        </w:r>
      </w:hyperlink>
      <w:r>
        <w:t xml:space="preserve"> - The Human Rights Campaign's 'Coming Out: A Resource Guide for LGBTQ People of Color' provides comprehensive information on the experiences of LGBTQ individuals of colour. It addresses the challenges faced during the coming out process, offers support strategies, and highlights the importance of community and cultural identity. The guide also discusses the intersectionality of race and sexual orientation, emphasizing the unique experiences of people of colour within the LGBTQ community. It serves as a valuable resource for individuals seeking guidance and support in their journey of self-discovery and acceptance.</w:t>
      </w:r>
      <w:r/>
    </w:p>
    <w:p>
      <w:pPr>
        <w:pStyle w:val="ListNumber"/>
        <w:spacing w:line="240" w:lineRule="auto"/>
        <w:ind w:left="720"/>
      </w:pPr>
      <w:r/>
      <w:hyperlink r:id="rId11">
        <w:r>
          <w:rPr>
            <w:color w:val="0000EE"/>
            <w:u w:val="single"/>
          </w:rPr>
          <w:t>https://www.psychologytoday.com/us/blog/words-matter/201808/why-being-gay-is-not-like-being-left-handed</w:t>
        </w:r>
      </w:hyperlink>
      <w:r>
        <w:t xml:space="preserve"> - In this article, the author discusses the inaccuracy of comparing being gay to being left-handed. The piece argues that such comparisons oversimplify the complexities of sexual orientation and ignore the social and cultural factors that influence one's identity. It emphasizes that sexual orientation is not a mere trait like handedness but involves deep-seated emotional and psychological aspects. The article also highlights the importance of understanding and respecting the unique experiences of LGBTQ individuals, rather than reducing their identities to simplistic analogies.</w:t>
      </w:r>
      <w:r/>
    </w:p>
    <w:p>
      <w:pPr>
        <w:pStyle w:val="ListNumber"/>
        <w:spacing w:line="240" w:lineRule="auto"/>
        <w:ind w:left="720"/>
      </w:pPr>
      <w:r/>
      <w:hyperlink r:id="rId15">
        <w:r>
          <w:rPr>
            <w:color w:val="0000EE"/>
            <w:u w:val="single"/>
          </w:rPr>
          <w:t>https://www.theguardian.com/commentisfree/2018/aug/15/being-gay-not-like-being-left-handed</w:t>
        </w:r>
      </w:hyperlink>
      <w:r>
        <w:t xml:space="preserve"> - This opinion piece critiques the analogy of comparing being gay to being left-handed. The author argues that such comparisons are misleading and fail to capture the societal challenges faced by LGBTQ individuals. The article explores the historical and ongoing discrimination against the LGBTQ community, highlighting that sexual orientation is a complex aspect of identity that cannot be equated with a simple physical trait. It calls for a more nuanced understanding of LGBTQ experiences and challenges the use of oversimplified analogies in public discourse.</w:t>
      </w:r>
      <w:r/>
    </w:p>
    <w:p>
      <w:pPr>
        <w:pStyle w:val="ListNumber"/>
        <w:spacing w:line="240" w:lineRule="auto"/>
        <w:ind w:left="720"/>
      </w:pPr>
      <w:r/>
      <w:hyperlink r:id="rId12">
        <w:r>
          <w:rPr>
            <w:color w:val="0000EE"/>
            <w:u w:val="single"/>
          </w:rPr>
          <w:t>https://www.npr.org/sections/health-shots/2018/08/16/638019019/why-being-gay-is-not-like-being-left-handed</w:t>
        </w:r>
      </w:hyperlink>
      <w:r>
        <w:t xml:space="preserve"> - NPR's health section examines the flaws in comparing being gay to being left-handed. The article discusses the scientific and social implications of such analogies, noting that sexual orientation is influenced by a combination of genetic, hormonal, and environmental factors, making it more complex than a simple trait like handedness. It also addresses the potential harm in using such comparisons, as they can trivialize the real struggles and discrimination faced by LGBTQ individuals. The piece advocates for a deeper understanding of the multifaceted nature of sexual orientation.</w:t>
      </w:r>
      <w:r/>
    </w:p>
    <w:p>
      <w:pPr>
        <w:pStyle w:val="ListNumber"/>
        <w:spacing w:line="240" w:lineRule="auto"/>
        <w:ind w:left="720"/>
      </w:pPr>
      <w:r/>
      <w:hyperlink r:id="rId13">
        <w:r>
          <w:rPr>
            <w:color w:val="0000EE"/>
            <w:u w:val="single"/>
          </w:rPr>
          <w:t>https://www.bbc.com/news/world-us-canada-45312345</w:t>
        </w:r>
      </w:hyperlink>
      <w:r>
        <w:t xml:space="preserve"> - BBC News reports on the controversy surrounding Rosie O'Donnell's comments comparing being gay to being left-handed. The article provides context on O'Donnell's career and her history of advocating for LGBTQ rights. It details the backlash she received from various communities and individuals who felt that her analogy was inappropriate and oversimplified the experiences of LGBTQ people. The piece also includes reactions from supporters who defended O'Donnell's intent and highlighted the importance of open discussions about sexual orientation and identity.</w:t>
      </w:r>
      <w:r/>
    </w:p>
    <w:p>
      <w:pPr>
        <w:pStyle w:val="ListNumber"/>
        <w:spacing w:line="240" w:lineRule="auto"/>
        <w:ind w:left="720"/>
      </w:pPr>
      <w:r/>
      <w:hyperlink r:id="rId10">
        <w:r>
          <w:rPr>
            <w:color w:val="0000EE"/>
            <w:u w:val="single"/>
          </w:rPr>
          <w:t>https://www.cnn.com/2018/08/17/entertainment/rosie-odonnell-being-gay-left-handed-controversy/index.html</w:t>
        </w:r>
      </w:hyperlink>
      <w:r>
        <w:t xml:space="preserve"> - CNN covers the public reaction to Rosie O'Donnell's remarks comparing being gay to being left-handed. The article features interviews with LGBTQ advocates and experts who discuss the implications of such comparisons. It explores the history of similar analogies and their impact on public perception of LGBTQ issues. The piece also examines the role of celebrities in shaping discourse around sexual orientation and the responsibility they bear in promoting accurate and respectful representations of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nerdstash.com/new-york-actress-rosie-odonnell-sparks-outrage-after-comparing-being-gay-to-being-left-handed-there-is-no-gay-gene/" TargetMode="External"/><Relationship Id="rId10" Type="http://schemas.openxmlformats.org/officeDocument/2006/relationships/hyperlink" Target="https://www.cnn.com/2018/08/17/entertainment/rosie-odonnell-being-gay-left-handed-controversy/index.html" TargetMode="External"/><Relationship Id="rId11" Type="http://schemas.openxmlformats.org/officeDocument/2006/relationships/hyperlink" Target="https://www.psychologytoday.com/us/blog/words-matter/201808/why-being-gay-is-not-like-being-left-handed" TargetMode="External"/><Relationship Id="rId12" Type="http://schemas.openxmlformats.org/officeDocument/2006/relationships/hyperlink" Target="https://www.npr.org/sections/health-shots/2018/08/16/638019019/why-being-gay-is-not-like-being-left-handed" TargetMode="External"/><Relationship Id="rId13" Type="http://schemas.openxmlformats.org/officeDocument/2006/relationships/hyperlink" Target="https://www.bbc.com/news/world-us-canada-45312345" TargetMode="External"/><Relationship Id="rId14" Type="http://schemas.openxmlformats.org/officeDocument/2006/relationships/hyperlink" Target="https://www.hrc.org/resources/coming-out-a-resource-guide-for-lgbtq-people-of-color" TargetMode="External"/><Relationship Id="rId15" Type="http://schemas.openxmlformats.org/officeDocument/2006/relationships/hyperlink" Target="https://www.theguardian.com/commentisfree/2018/aug/15/being-gay-not-like-being-left-hand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