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Denver Road Rage Shooting Highlights Dangers Facing Gay Couples on the Street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are talking after a Denver-area road rage incident left a married gay man critically wounded; two cyclists allegedly hurled anti-gay slurs before one fired a shot. This matters because it underlines how public spaces can rapidly turn threatening for LGBTQ+ people, and why de-escalation and community vigilance are vital.</w:t>
      </w:r>
      <w:r/>
    </w:p>
    <w:p>
      <w:r/>
      <w:r>
        <w:t>Essential Takeaways</w:t>
      </w:r>
      <w:r/>
      <w:r/>
    </w:p>
    <w:p>
      <w:pPr>
        <w:pStyle w:val="ListBullet"/>
        <w:spacing w:line="240" w:lineRule="auto"/>
        <w:ind w:left="720"/>
      </w:pPr>
      <w:r/>
      <w:r>
        <w:rPr>
          <w:b/>
        </w:rPr>
        <w:t>What happened:</w:t>
      </w:r>
      <w:r>
        <w:t xml:space="preserve"> Two men on an e-bike allegedly followed a married gay couple and used anti-gay slurs before one shot the passenger in the head, leaving him in critical condition. </w:t>
      </w:r>
      <w:r/>
    </w:p>
    <w:p>
      <w:pPr>
        <w:pStyle w:val="ListBullet"/>
        <w:spacing w:line="240" w:lineRule="auto"/>
        <w:ind w:left="720"/>
      </w:pPr>
      <w:r/>
      <w:r>
        <w:rPr>
          <w:b/>
        </w:rPr>
        <w:t>Where and when:</w:t>
      </w:r>
      <w:r>
        <w:t xml:space="preserve"> The incident occurred on the evening of 1 August in Commerce City, just outside Denver. </w:t>
      </w:r>
      <w:r/>
    </w:p>
    <w:p>
      <w:pPr>
        <w:pStyle w:val="ListBullet"/>
        <w:spacing w:line="240" w:lineRule="auto"/>
        <w:ind w:left="720"/>
      </w:pPr>
      <w:r/>
      <w:r>
        <w:rPr>
          <w:b/>
        </w:rPr>
        <w:t>Suspect identified:</w:t>
      </w:r>
      <w:r>
        <w:t xml:space="preserve"> Police arrested Jacob Sifuentez three days later; he faces two counts of attempted murder and initially denied involvement. </w:t>
      </w:r>
      <w:r/>
    </w:p>
    <w:p>
      <w:pPr>
        <w:pStyle w:val="ListBullet"/>
        <w:spacing w:line="240" w:lineRule="auto"/>
        <w:ind w:left="720"/>
      </w:pPr>
      <w:r/>
      <w:r>
        <w:rPr>
          <w:b/>
        </w:rPr>
        <w:t>Evidence:</w:t>
      </w:r>
      <w:r>
        <w:t xml:space="preserve"> Apartment-complex security footage and witness statements played a key role; the driver said he heard a pop and saw the rear windshield shatter. </w:t>
      </w:r>
      <w:r/>
    </w:p>
    <w:p>
      <w:pPr>
        <w:pStyle w:val="ListBullet"/>
        <w:spacing w:line="240" w:lineRule="auto"/>
        <w:ind w:left="720"/>
      </w:pPr>
      <w:r/>
      <w:r>
        <w:rPr>
          <w:b/>
        </w:rPr>
        <w:t>Immediate signs:</w:t>
      </w:r>
      <w:r>
        <w:t xml:space="preserve"> The injured man showed agonal breathing at the scene, a grim sign of severe brain injury requiring urgent hospital care.</w:t>
      </w:r>
      <w:r/>
      <w:r/>
    </w:p>
    <w:p>
      <w:pPr>
        <w:pStyle w:val="Heading2"/>
      </w:pPr>
      <w:r>
        <w:t>What the footage and interviews reveal , a frighteningly quick escalation</w:t>
      </w:r>
      <w:r/>
    </w:p>
    <w:p>
      <w:r/>
      <w:r>
        <w:t>Security-camera clips and witness statements make this feel disturbingly close and ordinary , a honk, a few shouted insults, then a threat that became violence. According to reports, the couple were driving home when the cyclists cut them off; after the driver flashed his lights and honked, the cyclists allegedly tailed them while shouting slurs. Video shows the vehicles at the apartment entrance moments before the shot. For people who live in cities, that sequence is painfully relatable: a mundane commute turning into a life-changing event.</w:t>
      </w:r>
      <w:r/>
    </w:p>
    <w:p>
      <w:pPr>
        <w:pStyle w:val="Heading2"/>
      </w:pPr>
      <w:r>
        <w:t>Hate and road rage: when prejudice meets aggression</w:t>
      </w:r>
      <w:r/>
    </w:p>
    <w:p>
      <w:r/>
      <w:r>
        <w:t>This incident layers classic road-rage behaviour with alleged anti-LGBTQ+ abuse, which changes how we should view threat and motive. The use of slurs, as reported by the victim who wasn't shot, points to a targeted element rather than a random traffic dispute. According to local reporting, the suspect later admitted involvement and acknowledged the stakes after learning the victim’s condition. That admission, paired with the shouted epithets, is why many advocates will view this as potentially hate-motivated and demand a thorough investigation.</w:t>
      </w:r>
      <w:r/>
    </w:p>
    <w:p>
      <w:pPr>
        <w:pStyle w:val="Heading2"/>
      </w:pPr>
      <w:r>
        <w:t>Police response and the arrest: quick action, tough questions</w:t>
      </w:r>
      <w:r/>
    </w:p>
    <w:p>
      <w:r/>
      <w:r>
        <w:t>Police identified and arrested Jacob Sifuentez three days after the shooting and charged him with two counts of attempted murder. Early interviews were fraught , Sifuentez initially denied involvement and pleaded the Fifth, then later admitted the shooting in a subsequent interview, court documents say. The arrest shows law enforcement moving fast to lock down a suspect, but it also raises questions about motive classification, evidence handling and how prosecutors will frame the case as it progresses.</w:t>
      </w:r>
      <w:r/>
    </w:p>
    <w:p>
      <w:pPr>
        <w:pStyle w:val="Heading2"/>
      </w:pPr>
      <w:r>
        <w:t>Why this matters for LGBTQ+ people and their allies</w:t>
      </w:r>
      <w:r/>
    </w:p>
    <w:p>
      <w:r/>
      <w:r>
        <w:t>Incidents like this don’t just injure one couple; they ripple through communities. For many LGBTQ+ people, public spaces can already feel risky; an episode that mixes traffic aggression with anti-gay slurs reinforces that fear. Local and national LGBTQ+ groups typically urge robust investigations and community support after such events. Practical takeaways: avoid confrontation if someone is aggressive, drive to well-lit, populated areas, and call police or security immediately , footage and witnesses can be crucial.</w:t>
      </w:r>
      <w:r/>
    </w:p>
    <w:p>
      <w:pPr>
        <w:pStyle w:val="Heading2"/>
      </w:pPr>
      <w:r>
        <w:t>How neighbours and bystanders can help , practical safety advice</w:t>
      </w:r>
      <w:r/>
    </w:p>
    <w:p>
      <w:r/>
      <w:r>
        <w:t>If you witness a similar escalation, your choices matter. Record video from a safe distance, note licence plates and direction of travel, and report details to emergency services. If you or a loved one is targeted, prioritise leaving the scene to safety and seeking medical help without delay. Community support networks, including local LGBTQ+ organisations and victim support services, can help with hospital visits, legal guidance and emotional care while the case moves through the courts.</w:t>
      </w:r>
      <w:r/>
    </w:p>
    <w:p>
      <w:r/>
      <w:r>
        <w:t>It's a sharp reminder that ordinary nights can go terribly wrong , and that community vigilance, good evidence, and swift policing all matter when hate and violence collide.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https://www.thepinknews.com/2026/08/12/denver-road-rage-shooting-gay-couple/</w:t>
        </w:r>
      </w:hyperlink>
      <w:r>
        <w:t xml:space="preserve"> - Please view link - unable to able to access data</w:t>
      </w:r>
      <w:r/>
    </w:p>
    <w:p>
      <w:pPr>
        <w:pStyle w:val="ListNumber"/>
        <w:spacing w:line="240" w:lineRule="auto"/>
        <w:ind w:left="720"/>
      </w:pPr>
      <w:r/>
      <w:hyperlink r:id="rId9">
        <w:r>
          <w:rPr>
            <w:color w:val="0000EE"/>
            <w:u w:val="single"/>
          </w:rPr>
          <w:t>https://www.thepinknews.com/2026/08/12/denver-road-rage-shooting-gay-couple/</w:t>
        </w:r>
      </w:hyperlink>
      <w:r>
        <w:t xml:space="preserve"> - A road rage shooting in Denver targeted a gay married couple, leaving one man in critical condition after being shot in the head. The incident occurred on August 1 in the Commerce City area, when two men on an e-bike cut off the couple's car. After a brief exchange, the cyclists followed the couple, shouting anti-gay slurs. The situation escalated when one cyclist fired a shot, injuring the passenger. The suspect, Jacob Sifuentez, was arrested three days later and charged with two counts of attempted murder. He initially denied involvement but later admitted to the shooting, expressing remorse upon learning of the victim's condition.</w:t>
      </w:r>
      <w:r/>
    </w:p>
    <w:p>
      <w:pPr>
        <w:pStyle w:val="ListNumber"/>
        <w:spacing w:line="240" w:lineRule="auto"/>
        <w:ind w:left="720"/>
      </w:pPr>
      <w:r/>
      <w:hyperlink r:id="rId10">
        <w:r>
          <w:rPr>
            <w:color w:val="0000EE"/>
            <w:u w:val="single"/>
          </w:rPr>
          <w:t>https://www.cbsnews.com/colorado/news/suspects-arrested-boulder-county-road-rage-shooting-u-s-36/</w:t>
        </w:r>
      </w:hyperlink>
      <w:r>
        <w:t xml:space="preserve"> - Two individuals were arrested in Boulder County following a road rage shooting on U.S. Highway 36. The incident occurred on June 11, 2026, when a driver reported that their Dodge Ram was struck by gunfire near McCaslin Boulevard. The suspects, Fabio David Escobar-Munguia and Yerlin Levi Munguia Hernandez, were apprehended in Arvada. Both men faced charges of attempted murder, menacing, and reckless endangerment. The Boulder County Sheriff's Office is the primary investigating agency, and the case remains active. Authorities have urged anyone with information to come forward.</w:t>
      </w:r>
      <w:r/>
    </w:p>
    <w:p>
      <w:pPr>
        <w:pStyle w:val="ListNumber"/>
        <w:spacing w:line="240" w:lineRule="auto"/>
        <w:ind w:left="720"/>
      </w:pPr>
      <w:r/>
      <w:hyperlink r:id="rId12">
        <w:r>
          <w:rPr>
            <w:color w:val="0000EE"/>
            <w:u w:val="single"/>
          </w:rPr>
          <w:t>https://www.metroweekly.com/2026/02/colorado-man-20-years-lesbian-couple-attack/</w:t>
        </w:r>
      </w:hyperlink>
      <w:r>
        <w:t xml:space="preserve"> - Vitalie Oprea, a 47-year-old Colorado man, was sentenced to 20 years in prison for attempting to run over a lesbian couple with his vehicle. The incident took place on February 19, 2023, in Aurora, when Oprea saw the couple kissing and became enraged. Witnesses reported that Oprea yelled at the couple and made obscene gestures before driving toward them. The couple managed to escape, but Oprea continued to pursue them, ramming their truck. Oprea was convicted of attempted murder and other charges related to the attack.</w:t>
      </w:r>
      <w:r/>
    </w:p>
    <w:p>
      <w:pPr>
        <w:pStyle w:val="ListNumber"/>
        <w:spacing w:line="240" w:lineRule="auto"/>
        <w:ind w:left="720"/>
      </w:pPr>
      <w:r/>
      <w:hyperlink r:id="rId13">
        <w:r>
          <w:rPr>
            <w:color w:val="0000EE"/>
            <w:u w:val="single"/>
          </w:rPr>
          <w:t>https://www.cpr.org/2026/07/22/aurora-geo-ice-detention-facility-shooting-affidavit/</w:t>
        </w:r>
      </w:hyperlink>
      <w:r>
        <w:t xml:space="preserve"> - An employee of the GEO Group, operating the U.S. Immigration and Customs Enforcement's Denver Contract Detention Facility in Aurora, was arrested after allegedly shooting a protester. The incident occurred on July 16, 2026, when protesters blocked Brandon Booth from entering his shift. Booth, 42, reportedly took a gun from his bag and shot 22-year-old Emma Landis in the foot. Booth later admitted to the shooting, describing it as 'impulsive' and expressing regret upon realising he was on camera. Landis was treated for her injury, and Booth was arrested shortly after the incident.</w:t>
      </w:r>
      <w:r/>
    </w:p>
    <w:p>
      <w:pPr>
        <w:pStyle w:val="ListNumber"/>
        <w:spacing w:line="240" w:lineRule="auto"/>
        <w:ind w:left="720"/>
      </w:pPr>
      <w:r/>
      <w:hyperlink r:id="rId14">
        <w:r>
          <w:rPr>
            <w:color w:val="0000EE"/>
            <w:u w:val="single"/>
          </w:rPr>
          <w:t>https://www.denvergazette.com/2026/07/24/denver-police-arrest-suspect-in-columbine-street-homicide/</w:t>
        </w:r>
      </w:hyperlink>
      <w:r>
        <w:t xml:space="preserve"> - Denver police arrested Jacob Anglon, 29, in connection with a fatal shooting on North Columbine Street. The incident occurred on July 19, 2026, when two men were found with gunshot wounds; one died at the hospital, and the other sustained non-life-threatening injuries. Investigators determined that Anglon knew the victims, but the motive remains under investigation. Anglon is being held for investigation of first-degree murder and attempted murder. The Denver District Attorney’s Office will determine formal charges.</w:t>
      </w:r>
      <w:r/>
    </w:p>
    <w:p>
      <w:pPr>
        <w:pStyle w:val="ListNumber"/>
        <w:spacing w:line="240" w:lineRule="auto"/>
        <w:ind w:left="720"/>
      </w:pPr>
      <w:r/>
      <w:hyperlink r:id="rId11">
        <w:r>
          <w:rPr>
            <w:color w:val="0000EE"/>
            <w:u w:val="single"/>
          </w:rPr>
          <w:t>https://www.kktv.com/2026/04/05/1-shot-killed-denver-following-possible-road-rage-incident/</w:t>
        </w:r>
      </w:hyperlink>
      <w:r>
        <w:t xml:space="preserve"> - A fatal shooting occurred in Denver following a possible road rage incident on April 5, 2026. Police responded to reports of a shooting near Broadway and Maple Avenue just after 2:30 a.m. One victim was found at the scene and later died at the hospital. Investigators believe the incident escalated from a road rage encounter. A black Ford Bronco with a broken window was found at the scene, and evidence markers were placed in a nearby marijuana dispensary parking lot. Police have not released information about a suspect and have asked the public to come forward with any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2/denver-road-rage-shooting-gay-couple/" TargetMode="External"/><Relationship Id="rId10" Type="http://schemas.openxmlformats.org/officeDocument/2006/relationships/hyperlink" Target="https://www.cbsnews.com/colorado/news/suspects-arrested-boulder-county-road-rage-shooting-u-s-36/" TargetMode="External"/><Relationship Id="rId11" Type="http://schemas.openxmlformats.org/officeDocument/2006/relationships/hyperlink" Target="https://www.kktv.com/2026/04/05/1-shot-killed-denver-following-possible-road-rage-incident/" TargetMode="External"/><Relationship Id="rId12" Type="http://schemas.openxmlformats.org/officeDocument/2006/relationships/hyperlink" Target="https://www.metroweekly.com/2026/02/colorado-man-20-years-lesbian-couple-attack/" TargetMode="External"/><Relationship Id="rId13" Type="http://schemas.openxmlformats.org/officeDocument/2006/relationships/hyperlink" Target="https://www.cpr.org/2026/07/22/aurora-geo-ice-detention-facility-shooting-affidavit/" TargetMode="External"/><Relationship Id="rId14" Type="http://schemas.openxmlformats.org/officeDocument/2006/relationships/hyperlink" Target="https://www.denvergazette.com/2026/07/24/denver-police-arrest-suspect-in-columbine-street-hom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