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Women Crush Wednesday Queer Queens Bringing Lesbian R&amp;B Vibes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their feeds for a weekly dose of queer music stars and style , Women Crush Wednesday is spotlighting lesbian, bisexual and trans performers who are shaping modern R&amp;B and hip‑hop culture, and why it matters as visibility and artistry collide online.</w:t>
      </w:r>
      <w:r/>
    </w:p>
    <w:p>
      <w:r/>
      <w:r>
        <w:t>Essential Takeaways</w:t>
      </w:r>
      <w:r/>
      <w:r/>
    </w:p>
    <w:p>
      <w:pPr>
        <w:pStyle w:val="ListBullet"/>
        <w:spacing w:line="240" w:lineRule="auto"/>
        <w:ind w:left="720"/>
      </w:pPr>
      <w:r/>
      <w:r>
        <w:rPr>
          <w:b/>
        </w:rPr>
        <w:t>Big names, big impact:</w:t>
      </w:r>
      <w:r>
        <w:t xml:space="preserve"> Kehlani and others are headlining tours and conversations, with strong visuals and stage presence.</w:t>
      </w:r>
      <w:r/>
    </w:p>
    <w:p>
      <w:pPr>
        <w:pStyle w:val="ListBullet"/>
        <w:spacing w:line="240" w:lineRule="auto"/>
        <w:ind w:left="720"/>
      </w:pPr>
      <w:r/>
      <w:r>
        <w:rPr>
          <w:b/>
        </w:rPr>
        <w:t>Genre crossover:</w:t>
      </w:r>
      <w:r>
        <w:t xml:space="preserve"> Artists blend R&amp;B, hip‑hop and pop for a fresh, emotional sound that feels both intimate and cinematic.</w:t>
      </w:r>
      <w:r/>
    </w:p>
    <w:p>
      <w:pPr>
        <w:pStyle w:val="ListBullet"/>
        <w:spacing w:line="240" w:lineRule="auto"/>
        <w:ind w:left="720"/>
      </w:pPr>
      <w:r/>
      <w:r>
        <w:rPr>
          <w:b/>
        </w:rPr>
        <w:t>Visibility matters:</w:t>
      </w:r>
      <w:r>
        <w:t xml:space="preserve"> Fans praise the authenticity and representation; these artists help normalise queer stories in mainstream music.</w:t>
      </w:r>
      <w:r/>
    </w:p>
    <w:p>
      <w:pPr>
        <w:pStyle w:val="ListBullet"/>
        <w:spacing w:line="240" w:lineRule="auto"/>
        <w:ind w:left="720"/>
      </w:pPr>
      <w:r/>
      <w:r>
        <w:rPr>
          <w:b/>
        </w:rPr>
        <w:t>Aesthetic appeal:</w:t>
      </w:r>
      <w:r>
        <w:t xml:space="preserve"> Photos and videos are glossy, expressive and often styled to tell a personal narrative , think confident poses and mood lighting.</w:t>
      </w:r>
      <w:r/>
    </w:p>
    <w:p>
      <w:pPr>
        <w:pStyle w:val="ListBullet"/>
        <w:spacing w:line="240" w:lineRule="auto"/>
        <w:ind w:left="720"/>
      </w:pPr>
      <w:r/>
      <w:r>
        <w:rPr>
          <w:b/>
        </w:rPr>
        <w:t>How to engage:</w:t>
      </w:r>
      <w:r>
        <w:t xml:space="preserve"> Follow artists on socials, support new releases, and explore playlists that centre queer voices for discovery.</w:t>
      </w:r>
      <w:r/>
      <w:r/>
    </w:p>
    <w:p>
      <w:pPr>
        <w:pStyle w:val="Heading2"/>
      </w:pPr>
      <w:r>
        <w:t>Why Women Crush Wednesday still matters for queer artists</w:t>
      </w:r>
      <w:r/>
    </w:p>
    <w:p>
      <w:r/>
      <w:r>
        <w:t>Every Wednesday feels like a mini celebration on social media, where carefully curated posts turn into cultural moments. The images are polished, the captions are affectionate, and there’s a warm hum of fandom behind each share. According to social chatter, fans use the day to lift up lesbian, bisexual and trans musicians who don’t always get mainstream credit, and that steady spotlight helps push careers forward. If you want to support, save a post, stream the single, or pick up merch , small actions add up.</w:t>
      </w:r>
      <w:r/>
    </w:p>
    <w:p>
      <w:pPr>
        <w:pStyle w:val="Heading2"/>
      </w:pPr>
      <w:r>
        <w:t>Kehlani and the touring energy , what fans are noticing</w:t>
      </w:r>
      <w:r/>
    </w:p>
    <w:p>
      <w:r/>
      <w:r>
        <w:t>Kehlani’s live show buzz has been impossible to miss, and the tour talk has boosted interest in queer R&amp;B more broadly. Publications and fan pages have dissected livestreams and candid moments, which only deepens the fan-artist bond. This matters because touring moves an artist from viral moments into sustained career momentum; it also gives fans a chance to see how songs translate to stage emotion. If you’re going to a show, expect intimate staging and a crowd that knows the lyrics , dress for comfort and a bit of sparkle.</w:t>
      </w:r>
      <w:r/>
    </w:p>
    <w:p>
      <w:pPr>
        <w:pStyle w:val="Heading2"/>
      </w:pPr>
      <w:r>
        <w:t>The sound: how lesbian R&amp;B is reshaping contemporary music</w:t>
      </w:r>
      <w:r/>
    </w:p>
    <w:p>
      <w:r/>
      <w:r>
        <w:t>What people are calling lesbian R&amp;B isn’t a neat subgenre so much as a vibe: smooth vocal delivery, confessional lyrics, and beats that borrow from hip‑hop and alt‑pop. Industry roundups and think pieces point out that queer artists bring lived experience into songwriting in ways that broaden the emotional palette of mainstream R&amp;B. For listeners hunting new tracks, try curating playlists by theme , heartbreak, empowerment, late‑night vibes , to hear how different artists approach the same emotion.</w:t>
      </w:r>
      <w:r/>
    </w:p>
    <w:p>
      <w:pPr>
        <w:pStyle w:val="Heading2"/>
      </w:pPr>
      <w:r>
        <w:t>Images, aesthetics and social media strategy , why visuals matter</w:t>
      </w:r>
      <w:r/>
    </w:p>
    <w:p>
      <w:r/>
      <w:r>
        <w:t>The photos doing the rounds are glossy and deliberate: moody colour grading, close-up portraits, and candid backstage shots that feel personal. Platforms like Instagram are the primary stage for building persona; artists use visuals to narrate their identities and relationships. For creators and fans alike, this means being mindful about context , a picture is part branding, part intimate reveal. If you’re following, engage with comments and share stories to help those posts reach new eyes.</w:t>
      </w:r>
      <w:r/>
    </w:p>
    <w:p>
      <w:pPr>
        <w:pStyle w:val="Heading2"/>
      </w:pPr>
      <w:r>
        <w:t>How to discover and support beyond the weekly shoutout</w:t>
      </w:r>
      <w:r/>
    </w:p>
    <w:p>
      <w:r/>
      <w:r>
        <w:t>Women Crush Wednesday is a great starting point, but discovery shouldn’t stop there. Check music features, themed playlists and independent blogs that spotlight queer musicians. Buy tickets, attend local shows, and stream releases across platforms to boost chart visibility. For collectors, limited‑run vinyl and merch are meaningful ways to back an artist. And remember: read interviews and longform pieces to learn the backstories, they often reveal what fuels the music.</w:t>
      </w:r>
      <w:r/>
    </w:p>
    <w:p>
      <w:r/>
      <w:r>
        <w:t>It's a small weekly habit that keeps queer artists visible and gives fans a shared place to celebrate sound, style and 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https://madamenoire.com/1685443/wcw-women-crush-wednesday-sexy-queer-queens-vol-35/</w:t>
        </w:r>
      </w:hyperlink>
      <w:r>
        <w:t xml:space="preserve"> - Please view link - unable to able to access data</w:t>
      </w:r>
      <w:r/>
    </w:p>
    <w:p>
      <w:pPr>
        <w:pStyle w:val="ListNumber"/>
        <w:spacing w:line="240" w:lineRule="auto"/>
        <w:ind w:left="720"/>
      </w:pPr>
      <w:r/>
      <w:hyperlink r:id="rId10">
        <w:r>
          <w:rPr>
            <w:color w:val="0000EE"/>
            <w:u w:val="single"/>
          </w:rPr>
          <w:t>https://www.queerty.com/20-queer-hip-hop-artists-whove-revolutionized-the-genre-20251017/</w:t>
        </w:r>
      </w:hyperlink>
      <w:r>
        <w:t xml:space="preserve"> - This article highlights 20 queer hip-hop artists who have significantly influenced the genre. It features Milwaukee rapper Lakeyah, known for her unapologetic rhymes and dynamic style, and discusses her openness about her queerness, identifying as a lesbian. The piece also mentions Cardi B, who has been a vocal supporter of queer rights and identifies as bisexual. The article underscores the impact of these artists in reshaping the hip-hop landscape and promoting LGBTQ+ visibility within the industry.</w:t>
      </w:r>
      <w:r/>
    </w:p>
    <w:p>
      <w:pPr>
        <w:pStyle w:val="ListNumber"/>
        <w:spacing w:line="240" w:lineRule="auto"/>
        <w:ind w:left="720"/>
      </w:pPr>
      <w:r/>
      <w:hyperlink r:id="rId12">
        <w:r>
          <w:rPr>
            <w:color w:val="0000EE"/>
            <w:u w:val="single"/>
          </w:rPr>
          <w:t>https://www.capitalxtra.com/news/kehlani-lesbian-instagram-live-video-sexuality/</w:t>
        </w:r>
      </w:hyperlink>
      <w:r>
        <w:t xml:space="preserve"> - In this article, singer Kehlani publicly comes out as a lesbian during an Instagram Live session. She shares her journey of self-discovery, stating she 'finally knows' her sexual orientation. The piece provides context on Kehlani's previous identification as queer and discusses her use of she/they pronouns. It also touches upon her reflections on the privilege of being a 'straight-presenting' cisgender woman in the music industry.</w:t>
      </w:r>
      <w:r/>
    </w:p>
    <w:p>
      <w:pPr>
        <w:pStyle w:val="ListNumber"/>
        <w:spacing w:line="240" w:lineRule="auto"/>
        <w:ind w:left="720"/>
      </w:pPr>
      <w:r/>
      <w:hyperlink r:id="rId11">
        <w:r>
          <w:rPr>
            <w:color w:val="0000EE"/>
            <w:u w:val="single"/>
          </w:rPr>
          <w:t>https://www.edgemedianetwork.com/story/303784</w:t>
        </w:r>
      </w:hyperlink>
      <w:r>
        <w:t xml:space="preserve"> - This article covers Kehlani's announcement of her lesbian identity during an Instagram Live session. It details her statement, 'I finally know I'm a lesbian,' and includes reactions from fans. The piece also references Kehlani's previous identification as queer and non-binary, highlighting her journey of self-discovery and the significance of her coming out for the LGBTQ+ community.</w:t>
      </w:r>
      <w:r/>
    </w:p>
    <w:p>
      <w:pPr>
        <w:pStyle w:val="ListNumber"/>
        <w:spacing w:line="240" w:lineRule="auto"/>
        <w:ind w:left="720"/>
      </w:pPr>
      <w:r/>
      <w:hyperlink r:id="rId13">
        <w:r>
          <w:rPr>
            <w:color w:val="0000EE"/>
            <w:u w:val="single"/>
          </w:rPr>
          <w:t>https://hypebae.com/2021/4/kehlani-lesbian-queer-lgbtq-coming-out-instagram-live-info</w:t>
        </w:r>
      </w:hyperlink>
      <w:r>
        <w:t xml:space="preserve"> - Kehlani confirms her lesbian identity in an Instagram Live session, stating, 'I finally know I'm a lesbian.' The article discusses her previous identification as queer and pansexual, and her use of she/they pronouns. It also includes insights from an interview where Kehlani talks about her experiences as a queer musician in the mainstream music industry.</w:t>
      </w:r>
      <w:r/>
    </w:p>
    <w:p>
      <w:pPr>
        <w:pStyle w:val="ListNumber"/>
        <w:spacing w:line="240" w:lineRule="auto"/>
        <w:ind w:left="720"/>
      </w:pPr>
      <w:r/>
      <w:hyperlink r:id="rId14">
        <w:r>
          <w:rPr>
            <w:color w:val="0000EE"/>
            <w:u w:val="single"/>
          </w:rPr>
          <w:t>https://www.queerty.com/coming-lesbian-kehlani-explained-shes-singing-years-20211008/</w:t>
        </w:r>
      </w:hyperlink>
      <w:r>
        <w:t xml:space="preserve"> - This profile explores Kehlani's journey to identifying as a lesbian, connecting it to themes in her music. It discusses her early career, her mixtapes, and how her songs have addressed topics like toxic relationships and queer yearning. The article highlights the significance of her coming out in the context of her artistic expression.</w:t>
      </w:r>
      <w:r/>
    </w:p>
    <w:p>
      <w:pPr>
        <w:pStyle w:val="ListNumber"/>
        <w:spacing w:line="240" w:lineRule="auto"/>
        <w:ind w:left="720"/>
      </w:pPr>
      <w:r/>
      <w:hyperlink r:id="rId15">
        <w:r>
          <w:rPr>
            <w:color w:val="0000EE"/>
            <w:u w:val="single"/>
          </w:rPr>
          <w:t>https://www.out.com/celebs/2021/4/06/heres-why-people-are-saying-kehlani-came-out-lesbian</w:t>
        </w:r>
      </w:hyperlink>
      <w:r>
        <w:t xml:space="preserve"> - This article examines Kehlani's statement during an Instagram Live session where she declares, 'I finally know I'm a lesbian.' It provides context on her previous identification as queer and pansexual, and discusses the reactions from fans and the media. The piece also touches upon Kehlani's experiences with public perception and her journey of self-discovery.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damenoire.com/1685443/wcw-women-crush-wednesday-sexy-queer-queens-vol-35/" TargetMode="External"/><Relationship Id="rId10" Type="http://schemas.openxmlformats.org/officeDocument/2006/relationships/hyperlink" Target="https://www.queerty.com/20-queer-hip-hop-artists-whove-revolutionized-the-genre-20251017/" TargetMode="External"/><Relationship Id="rId11" Type="http://schemas.openxmlformats.org/officeDocument/2006/relationships/hyperlink" Target="https://www.edgemedianetwork.com/story/303784" TargetMode="External"/><Relationship Id="rId12" Type="http://schemas.openxmlformats.org/officeDocument/2006/relationships/hyperlink" Target="https://www.capitalxtra.com/news/kehlani-lesbian-instagram-live-video-sexuality/" TargetMode="External"/><Relationship Id="rId13" Type="http://schemas.openxmlformats.org/officeDocument/2006/relationships/hyperlink" Target="https://hypebae.com/2021/4/kehlani-lesbian-queer-lgbtq-coming-out-instagram-live-info" TargetMode="External"/><Relationship Id="rId14" Type="http://schemas.openxmlformats.org/officeDocument/2006/relationships/hyperlink" Target="https://www.queerty.com/coming-lesbian-kehlani-explained-shes-singing-years-20211008/" TargetMode="External"/><Relationship Id="rId15" Type="http://schemas.openxmlformats.org/officeDocument/2006/relationships/hyperlink" Target="https://www.out.com/celebs/2021/4/06/heres-why-people-are-saying-kehlani-came-out-lesbi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