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Use "Queer": A Clear Guide to Meaning, Misunderstanding and Respectful Language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one word can carry history, politics and personal identity all at once , shoppers of language are increasingly using "queer" as a handy umbrella term for LGBT+ people, but it also means something sharper in activist circles, and that matters for clarity and respect.</w:t>
      </w:r>
      <w:r/>
    </w:p>
    <w:p>
      <w:r/>
      <w:r>
        <w:t>Essential Takeaways</w:t>
      </w:r>
      <w:r/>
      <w:r/>
    </w:p>
    <w:p>
      <w:pPr>
        <w:pStyle w:val="ListBullet"/>
        <w:spacing w:line="240" w:lineRule="auto"/>
        <w:ind w:left="720"/>
      </w:pPr>
      <w:r/>
      <w:r>
        <w:rPr>
          <w:b/>
        </w:rPr>
        <w:t>Two meanings:</w:t>
      </w:r>
      <w:r>
        <w:t xml:space="preserve"> Queer is used both as an inclusive umbrella for LGBT+ people and as a label for a specific political activism that rejects patriarchal norms. </w:t>
      </w:r>
      <w:r/>
    </w:p>
    <w:p>
      <w:pPr>
        <w:pStyle w:val="ListBullet"/>
        <w:spacing w:line="240" w:lineRule="auto"/>
        <w:ind w:left="720"/>
      </w:pPr>
      <w:r/>
      <w:r>
        <w:rPr>
          <w:b/>
        </w:rPr>
        <w:t>Tone matters:</w:t>
      </w:r>
      <w:r>
        <w:t xml:space="preserve"> For some people the word still stings; for others it’s empowering , listen before you label. </w:t>
      </w:r>
      <w:r/>
    </w:p>
    <w:p>
      <w:pPr>
        <w:pStyle w:val="ListBullet"/>
        <w:spacing w:line="240" w:lineRule="auto"/>
        <w:ind w:left="720"/>
      </w:pPr>
      <w:r/>
      <w:r>
        <w:rPr>
          <w:b/>
        </w:rPr>
        <w:t>Context counts:</w:t>
      </w:r>
      <w:r>
        <w:t xml:space="preserve"> Ask whether a speaker means queer communities generally or queer theory and activism specifically. </w:t>
      </w:r>
      <w:r/>
    </w:p>
    <w:p>
      <w:pPr>
        <w:pStyle w:val="ListBullet"/>
        <w:spacing w:line="240" w:lineRule="auto"/>
        <w:ind w:left="720"/>
      </w:pPr>
      <w:r/>
      <w:r>
        <w:rPr>
          <w:b/>
        </w:rPr>
        <w:t>Practical tip:</w:t>
      </w:r>
      <w:r>
        <w:t xml:space="preserve"> Use more precise language when possible , LGBT+, lesbian, gay, bisexual, trans, non‑binary , and reserve "queer" when people self‑identify that way. </w:t>
      </w:r>
      <w:r/>
    </w:p>
    <w:p>
      <w:pPr>
        <w:pStyle w:val="ListBullet"/>
        <w:spacing w:line="240" w:lineRule="auto"/>
        <w:ind w:left="720"/>
      </w:pPr>
      <w:r/>
      <w:r>
        <w:rPr>
          <w:b/>
        </w:rPr>
        <w:t>Communication trick:</w:t>
      </w:r>
      <w:r>
        <w:t xml:space="preserve"> If unsure, mirror someone’s language and, where relevant, add a brief clarifying phrase like "queer, in the activist sense."</w:t>
      </w:r>
      <w:r/>
      <w:r/>
    </w:p>
    <w:p>
      <w:pPr>
        <w:pStyle w:val="Heading2"/>
      </w:pPr>
      <w:r>
        <w:t>Why "queer" can feel like both a warm umbrella and a pointed tool</w:t>
      </w:r>
      <w:r/>
    </w:p>
    <w:p>
      <w:r/>
      <w:r>
        <w:t>Language is tactile: terms feel different depending on your history with them. For many, "queer" has been reclaimed from a time when it was an insult, and now it offers a short, inclusive label that covers identities that the older LGBT acronym can miss. But for others, that same word still carries the echo of slurs, so it doesn’t land as neutral. According to legal and educational reference material, the umbrella use of queer functions as a broad, practical shorthand. So it’s useful, but not universal , and the emotional texture differs from person to person.</w:t>
      </w:r>
      <w:r/>
    </w:p>
    <w:p>
      <w:pPr>
        <w:pStyle w:val="Heading2"/>
      </w:pPr>
      <w:r>
        <w:t>What people mean when they say "queer" in a political or academic way</w:t>
      </w:r>
      <w:r/>
    </w:p>
    <w:p>
      <w:r/>
      <w:r>
        <w:t>Queer also names a strand of activism and theory that challenges not just heterosexism but the wider patriarchal, racial and economic structures that shape society. In this tighter sense, queer goes beyond identity and becomes a critique: it calls for radical change rather than mere inclusion. Scholarly resources explain that queer theory interrogates norms about gender and sexuality, which is why some people distinguish "queer" as ideology from "queer" as community shorthand. If a conversation is about policy, protest or theory, clarify whether the speaker means the activist position or the community.</w:t>
      </w:r>
      <w:r/>
    </w:p>
    <w:p>
      <w:pPr>
        <w:pStyle w:val="Heading2"/>
      </w:pPr>
      <w:r>
        <w:t>How confusion shows up , and how it can aggravate stereotypes</w:t>
      </w:r>
      <w:r/>
    </w:p>
    <w:p>
      <w:r/>
      <w:r>
        <w:t>When people don’t make the distinction, misunderstandings happen. A policy debate might be read as a broad attack on LGBT+ people when it’s actually a critique of institutions, and conversely, a community event might be misread as a radical action. That muddle can encourage generalisations and feed prejudice, because listeners project the activist meaning onto everyone who uses the umbrella label. Educational guides recommend making usage explicit: say "queer communities" or "queer activism" so your audience knows which you mean.</w:t>
      </w:r>
      <w:r/>
    </w:p>
    <w:p>
      <w:pPr>
        <w:pStyle w:val="Heading2"/>
      </w:pPr>
      <w:r>
        <w:t>Practical advice for writers, campaigners and everyday conversations</w:t>
      </w:r>
      <w:r/>
    </w:p>
    <w:p>
      <w:r/>
      <w:r>
        <w:t>If you’re writing or speaking, simple precision helps. Use the specific identity when it’s relevant , "trans people", "bisexual people", "non‑binary people" , and opt for "queer" when those specifics don’t fit or when people self‑identify that way. In institutions or public messaging, add brief definitions: a one‑line parenthesis , queer (used here as an umbrella term) , reduces confusion. Training materials and safe‑space guides suggest mirroring how people describe themselves and asking politely if you’re unsure.</w:t>
      </w:r>
      <w:r/>
    </w:p>
    <w:p>
      <w:pPr>
        <w:pStyle w:val="Heading2"/>
      </w:pPr>
      <w:r>
        <w:t>A human note: respect the person behind the label</w:t>
      </w:r>
      <w:r/>
    </w:p>
    <w:p>
      <w:r/>
      <w:r>
        <w:t>Language evolves, and personal preference rules. Some will embrace "queer" as liberating and broad; some will prefer older, fuller acronyms or specific identifiers. The easiest, kindest move is to listen and follow people’s lead. That small habit keeps conversation clear, avoids accidental offence, and honours the diversity that the word tries to name.</w:t>
      </w:r>
      <w:r/>
    </w:p>
    <w:p>
      <w:r/>
      <w:r>
        <w:t>It's a small change in phrasing that can keep both meaning and manners intact.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4">
        <w:r>
          <w:rPr>
            <w:color w:val="0000EE"/>
            <w:u w:val="single"/>
          </w:rPr>
          <w:t>[7]</w:t>
        </w:r>
      </w:hyperlink>
      <w:r>
        <w:t xml:space="preserve">, </w:t>
      </w:r>
      <w:hyperlink r:id="rId15">
        <w:r>
          <w:rPr>
            <w:color w:val="0000EE"/>
            <w:u w:val="single"/>
          </w:rPr>
          <w:t>[5]</w:t>
        </w:r>
      </w:hyperlink>
      <w:r>
        <w:t xml:space="preserve">- Paragraph 5: </w:t>
      </w:r>
      <w:hyperlink r:id="rId13">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https://www.trouw.nl/opinie/opinie-de-term-queer-staat-niet-meteen-voor-activisme~b011fb301/</w:t>
        </w:r>
      </w:hyperlink>
      <w:r>
        <w:t xml:space="preserve"> - Please view link - unable to able to access data</w:t>
      </w:r>
      <w:r/>
    </w:p>
    <w:p>
      <w:pPr>
        <w:pStyle w:val="ListNumber"/>
        <w:spacing w:line="240" w:lineRule="auto"/>
        <w:ind w:left="720"/>
      </w:pPr>
      <w:r/>
      <w:hyperlink r:id="rId10">
        <w:r>
          <w:rPr>
            <w:color w:val="0000EE"/>
            <w:u w:val="single"/>
          </w:rPr>
          <w:t>https://www.law.cornell.edu/wex/lgbt</w:t>
        </w:r>
      </w:hyperlink>
      <w:r>
        <w:t xml:space="preserve"> - The Legal Information Institute provides a comprehensive overview of the LGBTQIA+ acronym, detailing each component: Lesbian, Gay, Bisexual, Transgender, Queer (or Questioning), Intersex, and Asexual (or Aromantic/Agender). The 'Q' in LGBTQIA+ stands for both Queer and Questioning, encompassing individuals who are exploring or uncertain about their sexual orientation or gender identity. The '+' symbol acknowledges the inclusion of additional sexual orientations, gender identities, and expressions not explicitly represented by the preceding letters, promoting inclusivity within the community.</w:t>
      </w:r>
      <w:r/>
    </w:p>
    <w:p>
      <w:pPr>
        <w:pStyle w:val="ListNumber"/>
        <w:spacing w:line="240" w:lineRule="auto"/>
        <w:ind w:left="720"/>
      </w:pPr>
      <w:r/>
      <w:hyperlink r:id="rId13">
        <w:r>
          <w:rPr>
            <w:color w:val="0000EE"/>
            <w:u w:val="single"/>
          </w:rPr>
          <w:t>https://lgbtqhouse.org/en/library/info/about-q</w:t>
        </w:r>
      </w:hyperlink>
      <w:r>
        <w:t xml:space="preserve"> - LGBTQ+ House explains that the letter 'Q' in the acronym stands for both 'Queer' and 'Questioning'. 'Queer' is defined as a contemporary and inclusive term that many people use to describe their identity and sense of belonging to the community. It serves as an umbrella term for sexual and gender minorities who are not heterosexual or not cisgender. 'Questioning' refers to individuals who are in the process of discovering and exploring their sexual orientation, gender identity, gender expression, or a combination thereof.</w:t>
      </w:r>
      <w:r/>
    </w:p>
    <w:p>
      <w:pPr>
        <w:pStyle w:val="ListNumber"/>
        <w:spacing w:line="240" w:lineRule="auto"/>
        <w:ind w:left="720"/>
      </w:pPr>
      <w:r/>
      <w:hyperlink r:id="rId11">
        <w:r>
          <w:rPr>
            <w:color w:val="0000EE"/>
            <w:u w:val="single"/>
          </w:rPr>
          <w:t>https://en.wikipedia.org/wiki/LGBTQ_%28term%29</w:t>
        </w:r>
      </w:hyperlink>
      <w:r>
        <w:t xml:space="preserve"> - The Wikipedia article on the term 'LGBTQ' discusses the evolution of the acronym, highlighting that 'Queer' has gained popularity as an umbrella term for sexual and gender minorities in the 21st century. The term remains controversial, particularly among older LGBTQ people who perceive it as offensive due to its historical usage as a slur. Some individuals feel that 'queer' is a more politically charged, powerful term than 'LGBT'. Recent studies have found that a significant percentage of non-heterosexuals and trans, nonbinary, and gender nonconforming people identify as queer.</w:t>
      </w:r>
      <w:r/>
    </w:p>
    <w:p>
      <w:pPr>
        <w:pStyle w:val="ListNumber"/>
        <w:spacing w:line="240" w:lineRule="auto"/>
        <w:ind w:left="720"/>
      </w:pPr>
      <w:r/>
      <w:hyperlink r:id="rId15">
        <w:r>
          <w:rPr>
            <w:color w:val="0000EE"/>
            <w:u w:val="single"/>
          </w:rPr>
          <w:t>https://www.ashasexualhealth.org/lgbtq/</w:t>
        </w:r>
      </w:hyperlink>
      <w:r>
        <w:t xml:space="preserve"> - The American Sexual Health Association defines LGBTQ+ as an umbrella term used to describe people who may identify as Lesbian, Gay, Bisexual, Transgender, Questioning, or Queer. The 'Q' in LGBTQ+ stands for both Queer and Questioning. The 'Q' encompasses individuals who are exploring or uncertain about their sexual orientation or gender identity. The '+' symbol represents the many other identities that can fall under the LGBTQ+ umbrella, acknowledging the spectrum of additional identities and expressions within the community.</w:t>
      </w:r>
      <w:r/>
    </w:p>
    <w:p>
      <w:pPr>
        <w:pStyle w:val="ListNumber"/>
        <w:spacing w:line="240" w:lineRule="auto"/>
        <w:ind w:left="720"/>
      </w:pPr>
      <w:r/>
      <w:hyperlink r:id="rId12">
        <w:r>
          <w:rPr>
            <w:color w:val="0000EE"/>
            <w:u w:val="single"/>
          </w:rPr>
          <w:t>https://sk.sagepub.com/ency/edvol/embed/the-sage-encyclopedia-of-psychology-and-gender/chpt/queer</w:t>
        </w:r>
      </w:hyperlink>
      <w:r>
        <w:t xml:space="preserve"> - The SAGE Encyclopedia of Psychology and Gender provides an entry on 'Queer', stating that the term is commonly used as an umbrella term for members of the lesbian, gay, bisexual, and transgender (LGBT) communities. Some individuals who do not identify closely with any of these terms but who also do not identify as heterosexual and cisgender choose the term queer as their identity descriptor. 'Queer' is a nonspecific descriptor, which may refer to sexual orientation, gender identity, sexual practices, or some combination of these factors.</w:t>
      </w:r>
      <w:r/>
    </w:p>
    <w:p>
      <w:pPr>
        <w:pStyle w:val="ListNumber"/>
        <w:spacing w:line="240" w:lineRule="auto"/>
        <w:ind w:left="720"/>
      </w:pPr>
      <w:r/>
      <w:hyperlink r:id="rId14">
        <w:r>
          <w:rPr>
            <w:color w:val="0000EE"/>
            <w:u w:val="single"/>
          </w:rPr>
          <w:t>https://www.uno.edu/safe-space-allies/terminology</w:t>
        </w:r>
      </w:hyperlink>
      <w:r>
        <w:t xml:space="preserve"> - The University of New Orleans defines 'Queer' as an umbrella term used to describe a sexual orientation, gender identity, or gender expression that does not conform to heteronormative society. While it is used as a neutral or even positive term among many LGBTQIQ people today, historically it has been used negatively and is still considered derogatory by many. Typically, the term is used by those who self-identify as such.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opinie/opinie-de-term-queer-staat-niet-meteen-voor-activisme~b011fb301/" TargetMode="External"/><Relationship Id="rId10" Type="http://schemas.openxmlformats.org/officeDocument/2006/relationships/hyperlink" Target="https://www.law.cornell.edu/wex/lgbt" TargetMode="External"/><Relationship Id="rId11" Type="http://schemas.openxmlformats.org/officeDocument/2006/relationships/hyperlink" Target="https://en.wikipedia.org/wiki/LGBTQ_%28term%29" TargetMode="External"/><Relationship Id="rId12" Type="http://schemas.openxmlformats.org/officeDocument/2006/relationships/hyperlink" Target="https://sk.sagepub.com/ency/edvol/embed/the-sage-encyclopedia-of-psychology-and-gender/chpt/queer" TargetMode="External"/><Relationship Id="rId13" Type="http://schemas.openxmlformats.org/officeDocument/2006/relationships/hyperlink" Target="https://lgbtqhouse.org/en/library/info/about-q" TargetMode="External"/><Relationship Id="rId14" Type="http://schemas.openxmlformats.org/officeDocument/2006/relationships/hyperlink" Target="https://www.uno.edu/safe-space-allies/terminology" TargetMode="External"/><Relationship Id="rId15" Type="http://schemas.openxmlformats.org/officeDocument/2006/relationships/hyperlink" Target="https://www.ashasexualhealth.org/lgbt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