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Why Ted Lasso’s Season Four Doubles Down on LGBTQ+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feel‑good dramas again as Ted Lasso’s fourth season leans into expanded LGBTQ+ stories, and cast members say it matters , for inclusion, realism and simple human kindness. Fans in the UK and beyond are watching on Apple TV as the show brings new characters and fresh perspectives to Richmond.</w:t>
      </w:r>
      <w:r/>
    </w:p>
    <w:p>
      <w:r/>
      <w:r>
        <w:t>Essential Takeaways</w:t>
      </w:r>
      <w:r/>
      <w:r/>
    </w:p>
    <w:p>
      <w:pPr>
        <w:pStyle w:val="ListBullet"/>
        <w:spacing w:line="240" w:lineRule="auto"/>
        <w:ind w:left="720"/>
      </w:pPr>
      <w:r/>
      <w:r>
        <w:rPr>
          <w:b/>
        </w:rPr>
        <w:t>Cast support:</w:t>
      </w:r>
      <w:r>
        <w:t xml:space="preserve"> Juno Temple, Hannah Waddingham and Jeremy Swift publicly back deeper LGBTQ+ representation on the show.</w:t>
      </w:r>
      <w:r/>
    </w:p>
    <w:p>
      <w:pPr>
        <w:pStyle w:val="ListBullet"/>
        <w:spacing w:line="240" w:lineRule="auto"/>
        <w:ind w:left="720"/>
      </w:pPr>
      <w:r/>
      <w:r>
        <w:rPr>
          <w:b/>
        </w:rPr>
        <w:t>Storyline continuity:</w:t>
      </w:r>
      <w:r>
        <w:t xml:space="preserve"> Season three’s Colin Hughes coming out set a precedent the writers are now building on.</w:t>
      </w:r>
      <w:r/>
    </w:p>
    <w:p>
      <w:pPr>
        <w:pStyle w:val="ListBullet"/>
        <w:spacing w:line="240" w:lineRule="auto"/>
        <w:ind w:left="720"/>
      </w:pPr>
      <w:r/>
      <w:r>
        <w:rPr>
          <w:b/>
        </w:rPr>
        <w:t>New faces, new angles:</w:t>
      </w:r>
      <w:r>
        <w:t xml:space="preserve"> Season four introduces a women’s team and characters played by Tanya Reynolds, Faye Marsay and others, widening the show's social canvas.</w:t>
      </w:r>
      <w:r/>
    </w:p>
    <w:p>
      <w:pPr>
        <w:pStyle w:val="ListBullet"/>
        <w:spacing w:line="240" w:lineRule="auto"/>
        <w:ind w:left="720"/>
      </w:pPr>
      <w:r/>
      <w:r>
        <w:rPr>
          <w:b/>
        </w:rPr>
        <w:t>Tone and intent:</w:t>
      </w:r>
      <w:r>
        <w:t xml:space="preserve"> The cast frames inclusion as normal, kind and overdue rather than a “special” plotline.</w:t>
      </w:r>
      <w:r/>
    </w:p>
    <w:p>
      <w:pPr>
        <w:pStyle w:val="ListBullet"/>
        <w:spacing w:line="240" w:lineRule="auto"/>
        <w:ind w:left="720"/>
      </w:pPr>
      <w:r/>
      <w:r>
        <w:rPr>
          <w:b/>
        </w:rPr>
        <w:t>When to watch:</w:t>
      </w:r>
      <w:r>
        <w:t xml:space="preserve"> New episodes of season four stream weekly on Apple TV from August 5.</w:t>
      </w:r>
      <w:r/>
      <w:r/>
    </w:p>
    <w:p>
      <w:pPr>
        <w:pStyle w:val="Heading2"/>
      </w:pPr>
      <w:r>
        <w:t>Cast voices make the point: representation is “a no‑brainer”</w:t>
      </w:r>
      <w:r/>
    </w:p>
    <w:p>
      <w:r/>
      <w:r>
        <w:t>Juno Temple told Out that continuing LGBTQ+ storylines feels natural, not tokenistic, and her enthusiasm is easy to picture , proud, warm and matter‑of‑fact. According to the Radio Times piece, Temple emphasised curiosity and kindness as the right instincts for storytellers. That matters because it signals the creative team’s intention: inclusion is part of the fabric of the world they’re building, not a box to tick.</w:t>
      </w:r>
      <w:r/>
    </w:p>
    <w:p>
      <w:r/>
      <w:r>
        <w:t>Backstory: Colin Hughes’s coming‑out arc in season three laid the groundwork, and actors say the show is simply following through. Practical takeaway: if you liked the emotional honesty of Colin’s storyline, expect the writers to treat future arcs with the same sensitivity.</w:t>
      </w:r>
      <w:r/>
    </w:p>
    <w:p>
      <w:pPr>
        <w:pStyle w:val="Heading2"/>
      </w:pPr>
      <w:r>
        <w:t>Why normalising queer characters changes the tone</w:t>
      </w:r>
      <w:r/>
    </w:p>
    <w:p>
      <w:r/>
      <w:r>
        <w:t>Hannah Waddingham summed it up bluntly , there should be no divide , and her remarks speak to how representation changes a show’s texture. When queer characters are integrated into everyday plots, scenes feel less like statements and more like lived reality: friendships, romance, workplace banter, all the small stuff that makes a series believable.</w:t>
      </w:r>
      <w:r/>
    </w:p>
    <w:p>
      <w:r/>
      <w:r>
        <w:t>Trend note: mainstream TV is increasingly folding queer stories into ensemble shows rather than segregating them. For viewers, that means more variety in how identities are portrayed , from comic beats to fully fledged character journeys.</w:t>
      </w:r>
      <w:r/>
    </w:p>
    <w:p>
      <w:pPr>
        <w:pStyle w:val="Heading2"/>
      </w:pPr>
      <w:r>
        <w:t>New characters broaden the field , and the drama</w:t>
      </w:r>
      <w:r/>
    </w:p>
    <w:p>
      <w:r/>
      <w:r>
        <w:t>Season four brings fresh faces to Richmond: a women’s squad, Tanya Reynolds as coach Alice Chilton, and players including Faye Marsay, Abbie Hern and Jude Mack. That expansion isn’t just cosmetic; it gives the writers new dynamics to play with , rivalries, mentorship, locker‑room camaraderie and the different pressures women in sport face.</w:t>
      </w:r>
      <w:r/>
    </w:p>
    <w:p>
      <w:r/>
      <w:r>
        <w:t>Practical insight: if you want a sense of where the show’s heart is now, watch how the new characters interact off the pitch. Those quieter interpersonal moments tend to reveal a show’s true commitments.</w:t>
      </w:r>
      <w:r/>
    </w:p>
    <w:p>
      <w:pPr>
        <w:pStyle w:val="Heading2"/>
      </w:pPr>
      <w:r>
        <w:t>Inclusivity as a cultural stance, not a PR line</w:t>
      </w:r>
      <w:r/>
    </w:p>
    <w:p>
      <w:r/>
      <w:r>
        <w:t>Jeremy Swift’s comment that inclusivity “has got to be the norm” reflects a wider cultural debate , and a creative choice. Making queer characters a routine part of storytelling is a subtle rebuke to voices who push back against visibility. As Waddingham put it, some of the backlash is rooted in intimidation rather than critique.</w:t>
      </w:r>
      <w:r/>
    </w:p>
    <w:p>
      <w:r/>
      <w:r>
        <w:t>Reaction: viewers who value representation will find this reassuring, while others may notice that the series isn’t doing anything flashy to prove a point. It simply carries on with its compassionate comedy‑drama mix.</w:t>
      </w:r>
      <w:r/>
    </w:p>
    <w:p>
      <w:pPr>
        <w:pStyle w:val="Heading2"/>
      </w:pPr>
      <w:r>
        <w:t>How to watch and what to expect next</w:t>
      </w:r>
      <w:r/>
    </w:p>
    <w:p>
      <w:r/>
      <w:r>
        <w:t>Apple TV confirmed the season four launch date and the weekly rollout, so you can tune in episode by episode and savour the developments. If you’re new to the show, start with season three to catch major character shifts; if you’re returning, be ready for new relationships and a broader ensemble focus.</w:t>
      </w:r>
      <w:r/>
    </w:p>
    <w:p>
      <w:r/>
      <w:r>
        <w:t>Tip: watch with someone and talk about the small details , costume choices, team rituals and the off‑field scenes , they’re where Ted Lasso has always scored its quiet wins.</w:t>
      </w:r>
      <w:r/>
    </w:p>
    <w:p>
      <w:r/>
      <w:r>
        <w:t>It's a small change that can make every storyline feel more honest and every character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https://www.radiotimes.com/tv/comedy/ted-lasso-lgbtq-storylines-intimidated-newsupdate/</w:t>
        </w:r>
      </w:hyperlink>
      <w:r>
        <w:t xml:space="preserve"> - Please view link - unable to able to access data</w:t>
      </w:r>
      <w:r/>
    </w:p>
    <w:p>
      <w:pPr>
        <w:pStyle w:val="ListNumber"/>
        <w:spacing w:line="240" w:lineRule="auto"/>
        <w:ind w:left="720"/>
      </w:pPr>
      <w:r/>
      <w:hyperlink r:id="rId10">
        <w:r>
          <w:rPr>
            <w:color w:val="0000EE"/>
            <w:u w:val="single"/>
          </w:rPr>
          <w:t>https://www.apple.com/uk/tv-pr/news/2026/04/apple-tvs-emmy-award-winning-global-smash-hit-series-ted-lasso-returns-for-season-four-on-wednesday-august-5/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p>
      <w:pPr>
        <w:pStyle w:val="ListNumber"/>
        <w:spacing w:line="240" w:lineRule="auto"/>
        <w:ind w:left="720"/>
      </w:pPr>
      <w:r/>
      <w:hyperlink r:id="rId11">
        <w:r>
          <w:rPr>
            <w:color w:val="0000EE"/>
            <w:u w:val="single"/>
          </w:rPr>
          <w:t>https://www.apple.com/tv-pr/news/2026/04/apple-tvs-emmy-award-winning-global-smash-hit-series-ted-lasso-returns-for-season-four-on-wednesday-august-5/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p>
      <w:pPr>
        <w:pStyle w:val="ListNumber"/>
        <w:spacing w:line="240" w:lineRule="auto"/>
        <w:ind w:left="720"/>
      </w:pPr>
      <w:r/>
      <w:hyperlink r:id="rId10">
        <w:r>
          <w:rPr>
            <w:color w:val="0000EE"/>
            <w:u w:val="single"/>
          </w:rPr>
          <w:t>https://www.apple.com/uk/tv-pr/news/2026/04/apple-tvs-emmy-award-winning-global-smash-hit-series-ted-lasso-returns-for-season-four-on-wednesday-august-5/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p>
      <w:pPr>
        <w:pStyle w:val="ListNumber"/>
        <w:spacing w:line="240" w:lineRule="auto"/>
        <w:ind w:left="720"/>
      </w:pPr>
      <w:r/>
      <w:hyperlink r:id="rId10">
        <w:r>
          <w:rPr>
            <w:color w:val="0000EE"/>
            <w:u w:val="single"/>
          </w:rPr>
          <w:t>https://www.apple.com/uk/tv-pr/news/2026/04/apple-tvs-emmy-award-winning-global-smash-hit-series-ted-lasso-returns-for-season-four-on-wednesday-august-5/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p>
      <w:pPr>
        <w:pStyle w:val="ListNumber"/>
        <w:spacing w:line="240" w:lineRule="auto"/>
        <w:ind w:left="720"/>
      </w:pPr>
      <w:r/>
      <w:hyperlink r:id="rId10">
        <w:r>
          <w:rPr>
            <w:color w:val="0000EE"/>
            <w:u w:val="single"/>
          </w:rPr>
          <w:t>https://www.apple.com/uk/tv-pr/news/2026/04/apple-tvs-emmy-award-winning-global-smash-hit-series-ted-lasso-returns-for-season-four-on-wednesday-august-5/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p>
      <w:pPr>
        <w:pStyle w:val="ListNumber"/>
        <w:spacing w:line="240" w:lineRule="auto"/>
        <w:ind w:left="720"/>
      </w:pPr>
      <w:r/>
      <w:hyperlink r:id="rId10">
        <w:r>
          <w:rPr>
            <w:color w:val="0000EE"/>
            <w:u w:val="single"/>
          </w:rPr>
          <w:t>https://www.apple.com/uk/tv-pr/news/2026/04/apple-tvs-emmy-award-winning-global-smash-hit-series-ted-lasso-returns-for-season-four-on-wednesday-august-5/</w:t>
        </w:r>
      </w:hyperlink>
      <w:r>
        <w:t xml:space="preserve"> - Apple TV has announced that the Emmy Award-winning series 'Ted Lasso' will return for its fourth season on 5 August 2026. The new season introduces new cast members, including Tanya Reynolds, Jude Mack, Faye Marsay, Rex Hayes, Aisling Sharkey, Abbie Hern, and Grant Feely, who will portray Ted's son, Henry. The season will focus on Ted coaching a second division women's football team, with episodes released weekly on Apple TV+.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diotimes.com/tv/comedy/ted-lasso-lgbtq-storylines-intimidated-newsupdate/" TargetMode="External"/><Relationship Id="rId10" Type="http://schemas.openxmlformats.org/officeDocument/2006/relationships/hyperlink" Target="https://www.apple.com/uk/tv-pr/news/2026/04/apple-tvs-emmy-award-winning-global-smash-hit-series-ted-lasso-returns-for-season-four-on-wednesday-august-5/" TargetMode="External"/><Relationship Id="rId11" Type="http://schemas.openxmlformats.org/officeDocument/2006/relationships/hyperlink" Target="https://www.apple.com/tv-pr/news/2026/04/apple-tvs-emmy-award-winning-global-smash-hit-series-ted-lasso-returns-for-season-four-on-wednesday-augus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