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Toledo Pride 2026 Weekend Guide — full schedule and local perks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music, drag and community energy: Toledo Pride returns downtown Friday, Aug. 14, with three days of parades, performances and a night run , here’s what to know, where to be and how to make the most of the weekend.</w:t>
      </w:r>
      <w:r/>
    </w:p>
    <w:p>
      <w:r/>
      <w:r>
        <w:t>Essential Takeaways</w:t>
      </w:r>
      <w:r/>
      <w:r/>
    </w:p>
    <w:p>
      <w:pPr>
        <w:pStyle w:val="ListBullet"/>
        <w:spacing w:line="240" w:lineRule="auto"/>
        <w:ind w:left="720"/>
      </w:pPr>
      <w:r/>
      <w:r>
        <w:rPr>
          <w:b/>
        </w:rPr>
        <w:t>When and where:</w:t>
      </w:r>
      <w:r>
        <w:t xml:space="preserve"> Toledo Pride runs Friday–Sunday, Aug. 14–16, centred on Promenade Park and downtown Adams Street, with key events Friday evening, the parade Saturday noon, and the Big Rainbow Hop Sunday afternoon.</w:t>
      </w:r>
      <w:r/>
    </w:p>
    <w:p>
      <w:pPr>
        <w:pStyle w:val="ListBullet"/>
        <w:spacing w:line="240" w:lineRule="auto"/>
        <w:ind w:left="720"/>
      </w:pPr>
      <w:r/>
      <w:r>
        <w:rPr>
          <w:b/>
        </w:rPr>
        <w:t>Friday highlights:</w:t>
      </w:r>
      <w:r>
        <w:t xml:space="preserve"> Live music, food stalls and drag shows at Promenade Park from 5pm–10pm, plus the NiteGlo 5K and 1‑Mile Fun Run/Walk with a 7pm start.</w:t>
      </w:r>
      <w:r/>
    </w:p>
    <w:p>
      <w:pPr>
        <w:pStyle w:val="ListBullet"/>
        <w:spacing w:line="240" w:lineRule="auto"/>
        <w:ind w:left="720"/>
      </w:pPr>
      <w:r/>
      <w:r>
        <w:rPr>
          <w:b/>
        </w:rPr>
        <w:t>Saturday parade and festival:</w:t>
      </w:r>
      <w:r>
        <w:t xml:space="preserve"> The parade steps off at noon from 13th and Adams, finishes at Promenade Park where Pride at Promenade runs noon–10pm with continuous performances and vendors.</w:t>
      </w:r>
      <w:r/>
    </w:p>
    <w:p>
      <w:pPr>
        <w:pStyle w:val="ListBullet"/>
        <w:spacing w:line="240" w:lineRule="auto"/>
        <w:ind w:left="720"/>
      </w:pPr>
      <w:r/>
      <w:r>
        <w:rPr>
          <w:b/>
        </w:rPr>
        <w:t>Weekend extras:</w:t>
      </w:r>
      <w:r>
        <w:t xml:space="preserve"> A $5 wristband on Sunday unlocks deals at local spots such as Grindhrs, Wesley’s and Georgjz 419; family‑friendly activities are baked into the daytime schedule.</w:t>
      </w:r>
      <w:r/>
    </w:p>
    <w:p>
      <w:pPr>
        <w:pStyle w:val="ListBullet"/>
        <w:spacing w:line="240" w:lineRule="auto"/>
        <w:ind w:left="720"/>
      </w:pPr>
      <w:r/>
      <w:r>
        <w:rPr>
          <w:b/>
        </w:rPr>
        <w:t>Practical tip:</w:t>
      </w:r>
      <w:r>
        <w:t xml:space="preserve"> Arrive early for the parade route along Adams and Summit to secure a good viewing spot, and bring light layers , summer evenings on the Maumee River can be breezy.</w:t>
      </w:r>
      <w:r/>
      <w:r/>
    </w:p>
    <w:p>
      <w:r/>
      <w:r>
        <w:t>Opening hook: where to start on Friday night</w:t>
      </w:r>
      <w:r/>
    </w:p>
    <w:p>
      <w:r/>
      <w:r>
        <w:t>Toledo Pride kicks off at Promenade Park on Friday, Aug. 14, and the vibe promises to be bright, loud and colourful , imagine drag sets, live bands and the riverfront lit up as the backdrop. Friday’s schedule runs 5pm–10pm, and if you like running with glow sticks the NiteGlo 5K and 1‑Mile Fun Run/Walk start at 7pm, with registration on site in the early evening. According to the official parade and festival organisers, the riverfront location makes it easy to step from the park to local bars and eateries afterwards, so plan a route for post‑show drinks.</w:t>
      </w:r>
      <w:r/>
    </w:p>
    <w:p>
      <w:r/>
      <w:r>
        <w:t>Backstory: how this weekend grew into a downtown festival</w:t>
      </w:r>
      <w:r/>
    </w:p>
    <w:p>
      <w:r/>
      <w:r>
        <w:t>What began as small community gatherings has become a full downtown weekend, with years of planning pushing more music, vendors and family programming into a single celebration. The parade , a focal point for visibility and community pride , now starts at 13th and Adams and winds down Adams before turning onto Summit, ending at Promenade Park for an afternoon and evening of performances. Local tourism and event listings show the weekend is one of the city’s top summer draws, so expect more footfall than in past years.</w:t>
      </w:r>
      <w:r/>
    </w:p>
    <w:p>
      <w:r/>
      <w:r>
        <w:t>Saturday: parade logistics and what to expect at Pride at Promenade</w:t>
      </w:r>
      <w:r/>
    </w:p>
    <w:p>
      <w:r/>
      <w:r>
        <w:t>The parade steps off at noon on Saturday, so arrive early to stake out pavement space and keep an eye on accessibility needs if you’re bringing little ones or mobility aids. Once the parade finishes, Pride at Promenade runs from noon to 10pm with continuous entertainment , performances begin in the early afternoon and will include community drag talent and local bands, with Arctic Clam featuring Caly Bevier among the early acts and Diet Smiles closing the night. For families, organisers highlight specific family‑friendly activities during daylight hours, so plan those into the early afternoon when the crowd is still manageable.</w:t>
      </w:r>
      <w:r/>
    </w:p>
    <w:p>
      <w:r/>
      <w:r>
        <w:t>Friday’s run: gear and tips for the NiteGlo 5K</w:t>
      </w:r>
      <w:r/>
    </w:p>
    <w:p>
      <w:r/>
      <w:r>
        <w:t>If you fancy a glowing run, the NiteGlo 5K is a fun, social option rather than a pressured race. Registration is on the evening of the event from about 5.30pm to 6.30pm with a 7pm start, so turn up with a headlamp or reflective wear if you have it, and expect festive lighting rather than competitive timing. Local running event pages list the route and advise comfortable trainers and a light jacket for after the run when temperatures can drop by the river. It’s a great way to start the weekend feeling energetic and included.</w:t>
      </w:r>
      <w:r/>
    </w:p>
    <w:p>
      <w:r/>
      <w:r>
        <w:t>Sunday: Big Rainbow Hop and local business perks</w:t>
      </w:r>
      <w:r/>
    </w:p>
    <w:p>
      <w:r/>
      <w:r>
        <w:t>Sunday’s Big Rainbow Hop takes place uptown on Adams Street from 1pm to 5pm, and organisers have introduced a $5 wristband that unlocks specials and discounts at participating venues like Grindhrs, Wesley’s, Georgjz 419, Manhattan’s, House of Dow, The Attic and The OT. That wristband is a tidy way to shop small and support queer‑friendly businesses while you enjoy street music and pop‑up vendors. Visit Toledo’s event listings recommend checking vendor maps early so you don’t miss unique crafts or community resources.</w:t>
      </w:r>
      <w:r/>
    </w:p>
    <w:p>
      <w:r/>
      <w:r>
        <w:t>Practical planning and accessibility notes</w:t>
      </w:r>
      <w:r/>
    </w:p>
    <w:p>
      <w:r/>
      <w:r>
        <w:t>If you’re driving, be aware that central downtown parking will be busier than usual , consider public transport, walking or biking to Promenade Park. Bring cash and card options, a refillable water bottle and sun protection for daytime hours; pack a small umbrella or light jacket for evening events beside the river. Organisers and local tourism pages also publish accessibility information and family zones, so check those resources if you need seating or quieter spaces.</w:t>
      </w:r>
      <w:r/>
    </w:p>
    <w:p>
      <w:r/>
      <w:r>
        <w:t>Reaction and outlook: why this weekend matters</w:t>
      </w:r>
      <w:r/>
    </w:p>
    <w:p>
      <w:r/>
      <w:r>
        <w:t>Toledo Pride has become more than a parade: it’s a weekend where business owners, performers and families converge to celebrate identity and community. For visitors it’s an easy, affordable way to explore downtown and support local venues; for locals it’s a chance to be visible together. Expect energy, a few surprises on stage, and the kind of warm, loud atmosphere that makes summer weekends feel special.</w:t>
      </w:r>
      <w:r/>
    </w:p>
    <w:p>
      <w:r/>
      <w:r>
        <w:t>It's a small change that can make every moment of the weekend feel more inclusive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3">
        <w:r>
          <w:rPr>
            <w:color w:val="0000EE"/>
            <w:u w:val="single"/>
          </w:rPr>
          <w:t>[5]</w:t>
        </w:r>
      </w:hyperlink>
      <w:r>
        <w:t xml:space="preserve">- Paragraph 6: </w:t>
      </w:r>
      <w:hyperlink r:id="rId9">
        <w:r>
          <w:rPr>
            <w:color w:val="0000EE"/>
            <w:u w:val="single"/>
          </w:rPr>
          <w:t>[1]</w:t>
        </w:r>
      </w:hyperlink>
      <w:r>
        <w:t xml:space="preserve">, </w:t>
      </w:r>
      <w:hyperlink r:id="rId11">
        <w:r>
          <w:rPr>
            <w:color w:val="0000EE"/>
            <w:u w:val="single"/>
          </w:rPr>
          <w:t>[7]</w:t>
        </w:r>
      </w:hyperlink>
      <w:r>
        <w:t xml:space="preserve">- Paragraph 7: </w:t>
      </w:r>
      <w:hyperlink r:id="rId15">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https://www.13abc.com/2026/08/12/toledo-pride-2026-kicks-off-friday-here-is-full-weekend-schedule/</w:t>
        </w:r>
      </w:hyperlink>
      <w:r>
        <w:t xml:space="preserve"> - Please view link - unable to able to access data</w:t>
      </w:r>
      <w:r/>
    </w:p>
    <w:p>
      <w:pPr>
        <w:pStyle w:val="ListNumber"/>
        <w:spacing w:line="240" w:lineRule="auto"/>
        <w:ind w:left="720"/>
      </w:pPr>
      <w:r/>
      <w:hyperlink r:id="rId10">
        <w:r>
          <w:rPr>
            <w:color w:val="0000EE"/>
            <w:u w:val="single"/>
          </w:rPr>
          <w:t>https://toledopride.com/</w:t>
        </w:r>
      </w:hyperlink>
      <w:r>
        <w:t xml:space="preserve"> - Toledo Pride is Northwest Ohio's largest event for the LGBTQIA+ community, friends, families, and allies. The 2026 festival is scheduled for August 14–16, featuring a kick-off with the Nite Glo 5K, the annual parade, and the Big Rainbow Bar Hop. The event includes live music, drag performances, local vendors, and family-friendly activities. The parade steps off at noon on August 15, starting at 13th and Adams streets, proceeding down Adams Street, turning onto Summit Street, and ending at Promenade Park. The Big Rainbow Bar Hop on August 16 offers drink specials and vibrant Pride energy at participating bars and businesses across the city. Admission is free and open to all ages. (</w:t>
      </w:r>
      <w:hyperlink r:id="rId16">
        <w:r>
          <w:rPr>
            <w:color w:val="0000EE"/>
            <w:u w:val="single"/>
          </w:rPr>
          <w:t>toledopride.com</w:t>
        </w:r>
      </w:hyperlink>
      <w:r>
        <w:t>)</w:t>
      </w:r>
      <w:r/>
    </w:p>
    <w:p>
      <w:pPr>
        <w:pStyle w:val="ListNumber"/>
        <w:spacing w:line="240" w:lineRule="auto"/>
        <w:ind w:left="720"/>
      </w:pPr>
      <w:r/>
      <w:hyperlink r:id="rId14">
        <w:r>
          <w:rPr>
            <w:color w:val="0000EE"/>
            <w:u w:val="single"/>
          </w:rPr>
          <w:t>https://toledopride.com/parade-register/</w:t>
        </w:r>
      </w:hyperlink>
      <w:r>
        <w:t xml:space="preserve"> - The Toledo Pride Parade is scheduled for Saturday, August 15, 2026, at noon, starting at the intersection of 13th and Adams streets. The parade route travels down Adams Street, turns onto Summit Street, and ends at Promenade Park. Participants can register to march in the parade, with options for walking groups, floats, vehicles, and performance groups. The registration is free, with a suggested $25 donation to help keep Toledo Pride free and open for everyone. (</w:t>
      </w:r>
      <w:hyperlink r:id="rId17">
        <w:r>
          <w:rPr>
            <w:color w:val="0000EE"/>
            <w:u w:val="single"/>
          </w:rPr>
          <w:t>toledopride.com</w:t>
        </w:r>
      </w:hyperlink>
      <w:r>
        <w:t>)</w:t>
      </w:r>
      <w:r/>
    </w:p>
    <w:p>
      <w:pPr>
        <w:pStyle w:val="ListNumber"/>
        <w:spacing w:line="240" w:lineRule="auto"/>
        <w:ind w:left="720"/>
      </w:pPr>
      <w:r/>
      <w:hyperlink r:id="rId12">
        <w:r>
          <w:rPr>
            <w:color w:val="0000EE"/>
            <w:u w:val="single"/>
          </w:rPr>
          <w:t>https://running.life/en/event/toledo-pride-niteglo-5k</w:t>
        </w:r>
      </w:hyperlink>
      <w:r>
        <w:t xml:space="preserve"> - The Toledo Pride NiteGlo 5K and 1-Mile Fun Run/Walk are scheduled for Friday, August 14, 2026, at Promenade Park in Toledo, Ohio. The events begin and end at Promenade Park, featuring a 5K race and a 1-Mile Fun Run/Walk. Registration details include early bird pricing of $25 until July 14, after which the full price is $30 for the 5K, and $10 for the 1-Mile Fun Run/Walk. Packet pickup is available at Fleet Feet Toledo on August 12 and August 13 during normal business hours, or via race day packet pickup at Promenade Park. (</w:t>
      </w:r>
      <w:hyperlink r:id="rId18">
        <w:r>
          <w:rPr>
            <w:color w:val="0000EE"/>
            <w:u w:val="single"/>
          </w:rPr>
          <w:t>running.life</w:t>
        </w:r>
      </w:hyperlink>
      <w:r>
        <w:t>)</w:t>
      </w:r>
      <w:r/>
    </w:p>
    <w:p>
      <w:pPr>
        <w:pStyle w:val="ListNumber"/>
        <w:spacing w:line="240" w:lineRule="auto"/>
        <w:ind w:left="720"/>
      </w:pPr>
      <w:r/>
      <w:hyperlink r:id="rId13">
        <w:r>
          <w:rPr>
            <w:color w:val="0000EE"/>
            <w:u w:val="single"/>
          </w:rPr>
          <w:t>https://findarace.com/us/events/toledo-pride-niteglo-5k</w:t>
        </w:r>
      </w:hyperlink>
      <w:r>
        <w:t xml:space="preserve"> - The Toledo Pride NiteGlo 5K is scheduled for Friday, August 14, 2026, at 7:00 PM EDT in Toledo, Ohio. The event includes a 5K run and a 1-mile fun run, both starting and finishing at Promenade Park. Day-of registration runs from 5:30 PM to 6:30 PM, leading up to the race start at 7 PM. Participants can look forward to a fantastic experience, complete with a Toledo Pride 5K race bib and a special finisher medal. Early bird registration for the 5K is just $25 until July 14, while the 1-mile fun run/walk is available for only $10. (</w:t>
      </w:r>
      <w:hyperlink r:id="rId19">
        <w:r>
          <w:rPr>
            <w:color w:val="0000EE"/>
            <w:u w:val="single"/>
          </w:rPr>
          <w:t>findarace.com</w:t>
        </w:r>
      </w:hyperlink>
      <w:r>
        <w:t>)</w:t>
      </w:r>
      <w:r/>
    </w:p>
    <w:p>
      <w:pPr>
        <w:pStyle w:val="ListNumber"/>
        <w:spacing w:line="240" w:lineRule="auto"/>
        <w:ind w:left="720"/>
      </w:pPr>
      <w:r/>
      <w:hyperlink r:id="rId15">
        <w:r>
          <w:rPr>
            <w:color w:val="0000EE"/>
            <w:u w:val="single"/>
          </w:rPr>
          <w:t>https://www.toledo.com/index.php?src=directory&amp;view=Top_Events</w:t>
        </w:r>
      </w:hyperlink>
      <w:r>
        <w:t xml:space="preserve"> - Toledo.com lists the Toledo Pride 2026 events, including the Kick-Off &amp; Nite Glo 5K on Friday, August 14, 2026, at Promenade Park from 5-10 pm; the Pride Parade on Saturday, August 15, 2026, along Adams Street to Promenade Park at 12 pm (noon); Toledo Pride – Day Two on Saturday, August 15, 2026, from 1-10 pm; and the Big Rainbow Bar Crawl on Sunday, August 16, 2026, in Uptown on Adams Street from 1-5 pm. The Toledo Pride Festival is a large-scale, outdoor event showcasing the best local entertainment. (</w:t>
      </w:r>
      <w:hyperlink r:id="rId20">
        <w:r>
          <w:rPr>
            <w:color w:val="0000EE"/>
            <w:u w:val="single"/>
          </w:rPr>
          <w:t>toledo.com</w:t>
        </w:r>
      </w:hyperlink>
      <w:r>
        <w:t>)</w:t>
      </w:r>
      <w:r/>
    </w:p>
    <w:p>
      <w:pPr>
        <w:pStyle w:val="ListNumber"/>
        <w:spacing w:line="240" w:lineRule="auto"/>
        <w:ind w:left="720"/>
      </w:pPr>
      <w:r/>
      <w:hyperlink r:id="rId11">
        <w:r>
          <w:rPr>
            <w:color w:val="0000EE"/>
            <w:u w:val="single"/>
          </w:rPr>
          <w:t>https://visittoledo.org/event/toledo-pride/</w:t>
        </w:r>
      </w:hyperlink>
      <w:r>
        <w:t xml:space="preserve"> - Toledo Pride is Northwest Ohio’s largest and most recognized event for the LGBTQIA+ community. The 2026 festival is scheduled for August 14–16, featuring a kick-off with the Nite Glo 5K, the annual parade, and the Big Rainbow Bar Hop. The event includes live music, drag performances, local vendors, and family-friendly activities. The parade steps off at noon on August 15, starting at 13th and Adams streets, proceeding down Adams Street, turning onto Summit Street, and ending at Promenade Park. The Big Rainbow Bar Hop on August 16 offers drink specials and vibrant Pride energy at participating bars and businesses across the city. Admission is free and open to all ages. (</w:t>
      </w:r>
      <w:hyperlink r:id="rId21">
        <w:r>
          <w:rPr>
            <w:color w:val="0000EE"/>
            <w:u w:val="single"/>
          </w:rPr>
          <w:t>visittoledo.org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13abc.com/2026/08/12/toledo-pride-2026-kicks-off-friday-here-is-full-weekend-schedule/" TargetMode="External"/><Relationship Id="rId10" Type="http://schemas.openxmlformats.org/officeDocument/2006/relationships/hyperlink" Target="https://toledopride.com/" TargetMode="External"/><Relationship Id="rId11" Type="http://schemas.openxmlformats.org/officeDocument/2006/relationships/hyperlink" Target="https://visittoledo.org/event/toledo-pride/" TargetMode="External"/><Relationship Id="rId12" Type="http://schemas.openxmlformats.org/officeDocument/2006/relationships/hyperlink" Target="https://running.life/en/event/toledo-pride-niteglo-5k" TargetMode="External"/><Relationship Id="rId13" Type="http://schemas.openxmlformats.org/officeDocument/2006/relationships/hyperlink" Target="https://findarace.com/us/events/toledo-pride-niteglo-5k" TargetMode="External"/><Relationship Id="rId14" Type="http://schemas.openxmlformats.org/officeDocument/2006/relationships/hyperlink" Target="https://toledopride.com/parade-register/" TargetMode="External"/><Relationship Id="rId15" Type="http://schemas.openxmlformats.org/officeDocument/2006/relationships/hyperlink" Target="https://www.toledo.com/index.php?src=directory&amp;view=Top_Events" TargetMode="External"/><Relationship Id="rId16" Type="http://schemas.openxmlformats.org/officeDocument/2006/relationships/hyperlink" Target="https://toledopride.com/?utm_source=openai" TargetMode="External"/><Relationship Id="rId17" Type="http://schemas.openxmlformats.org/officeDocument/2006/relationships/hyperlink" Target="https://toledopride.com/parade-register/?utm_source=openai" TargetMode="External"/><Relationship Id="rId18" Type="http://schemas.openxmlformats.org/officeDocument/2006/relationships/hyperlink" Target="https://running.life/en/event/toledo-pride-niteglo-5k?utm_source=openai" TargetMode="External"/><Relationship Id="rId19" Type="http://schemas.openxmlformats.org/officeDocument/2006/relationships/hyperlink" Target="https://findarace.com/us/events/toledo-pride-niteglo-5k?utm_source=openai" TargetMode="External"/><Relationship Id="rId20" Type="http://schemas.openxmlformats.org/officeDocument/2006/relationships/hyperlink" Target="https://www.toledo.com/index.php?src=directory&amp;view=Top_Events&amp;utm_source=openai" TargetMode="External"/><Relationship Id="rId21" Type="http://schemas.openxmlformats.org/officeDocument/2006/relationships/hyperlink" Target="https://visittoledo.org/event/toledo-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