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Takes on Heated Rivalry and Queer TV’s Happier Turns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the shift: TV-makers and audiences alike are gravitating toward lighter LGBTQ+ stories, and veteran showrunner Russell T. Davies says he’s delighted , even if darker dramas remain his forte. This matters because happier queer endings are reshaping representation for younger viewers and signalling fresh opportunities for creators and fans.</w:t>
      </w:r>
      <w:r/>
    </w:p>
    <w:p>
      <w:r/>
      <w:r>
        <w:t>Essential Takeaways</w:t>
      </w:r>
      <w:r/>
      <w:r/>
    </w:p>
    <w:p>
      <w:pPr>
        <w:pStyle w:val="ListBullet"/>
        <w:spacing w:line="240" w:lineRule="auto"/>
        <w:ind w:left="720"/>
      </w:pPr>
      <w:r/>
      <w:r>
        <w:rPr>
          <w:b/>
        </w:rPr>
        <w:t>Veteran praise:</w:t>
      </w:r>
      <w:r>
        <w:t xml:space="preserve"> Russell T. Davies publicly congratulated shows like Heated Rivalry and Heartstopper for their upbeat approach to queer romance, saying he’s happy they exist. </w:t>
      </w:r>
      <w:r/>
    </w:p>
    <w:p>
      <w:pPr>
        <w:pStyle w:val="ListBullet"/>
        <w:spacing w:line="240" w:lineRule="auto"/>
        <w:ind w:left="720"/>
      </w:pPr>
      <w:r/>
      <w:r>
        <w:rPr>
          <w:b/>
        </w:rPr>
        <w:t>Creative contrast:</w:t>
      </w:r>
      <w:r>
        <w:t xml:space="preserve"> Davies noted he still leans toward darker stories, so the newer, gentler tone in YA-focused series fills a different emotional niche. </w:t>
      </w:r>
      <w:r/>
    </w:p>
    <w:p>
      <w:pPr>
        <w:pStyle w:val="ListBullet"/>
        <w:spacing w:line="240" w:lineRule="auto"/>
        <w:ind w:left="720"/>
      </w:pPr>
      <w:r/>
      <w:r>
        <w:rPr>
          <w:b/>
        </w:rPr>
        <w:t>Season two buzz:</w:t>
      </w:r>
      <w:r>
        <w:t xml:space="preserve"> Heated Rivalry is moving ahead with filming for season two while already facing casting debates, notably over the portrayal of Harris Drover. </w:t>
      </w:r>
      <w:r/>
    </w:p>
    <w:p>
      <w:pPr>
        <w:pStyle w:val="ListBullet"/>
        <w:spacing w:line="240" w:lineRule="auto"/>
        <w:ind w:left="720"/>
      </w:pPr>
      <w:r/>
      <w:r>
        <w:rPr>
          <w:b/>
        </w:rPr>
        <w:t>New drama:</w:t>
      </w:r>
      <w:r>
        <w:t xml:space="preserve"> Davies’ latest project, Tip Toe, premiered internationally on HBO Max and tackles modern anti-LGBTQ social media harms. </w:t>
      </w:r>
      <w:r/>
    </w:p>
    <w:p>
      <w:pPr>
        <w:pStyle w:val="ListBullet"/>
        <w:spacing w:line="240" w:lineRule="auto"/>
        <w:ind w:left="720"/>
      </w:pPr>
      <w:r/>
      <w:r>
        <w:rPr>
          <w:b/>
        </w:rPr>
        <w:t>Viewer impact:</w:t>
      </w:r>
      <w:r>
        <w:t xml:space="preserve"> Lighter queer shows are popular with younger audiences and contribute to broader cultural visibility and optimism.</w:t>
      </w:r>
      <w:r/>
      <w:r/>
    </w:p>
    <w:p>
      <w:pPr>
        <w:pStyle w:val="Heading2"/>
      </w:pPr>
      <w:r>
        <w:t>Davies cheers the new generation of queer romcoms</w:t>
      </w:r>
      <w:r/>
    </w:p>
    <w:p>
      <w:r/>
      <w:r>
        <w:t>Russell T. Davies told El Pais he’s glad modern queer shows aim for happy endings, and you can almost hear the relief in that sentiment. He contrasted these sunnier tones with his own instinct for wrenching, serious narratives, noting he isn’t compelled to write “happily ever after” stories himself. According to El Pais, that’s not sourness so much as acceptance: creators can coexist, and viewers now have richer emotional choices. If you’re picking shows for a mood lift, that variety is exactly the point.</w:t>
      </w:r>
      <w:r/>
    </w:p>
    <w:p>
      <w:pPr>
        <w:pStyle w:val="Heading2"/>
      </w:pPr>
      <w:r>
        <w:t>Heated Rivalry’s rise , and why age matters</w:t>
      </w:r>
      <w:r/>
    </w:p>
    <w:p>
      <w:r/>
      <w:r>
        <w:t>Heated Rivalry landed as a buzzy hit, tapping into youth-oriented queer romcom momentum and a hunger for feel-good representation. The series adapts a gay hockey romance book series and follows its young leads through career and relationship growth. Fans embraced the warmth and chemistry, and the series’ renewal for a second season confirms the appetite for gentler queer storytelling in mainstream streaming line-ups. If you like romance that’s earnest and light, this is the sort of show that fills that slot.</w:t>
      </w:r>
      <w:r/>
    </w:p>
    <w:p>
      <w:pPr>
        <w:pStyle w:val="Heading2"/>
      </w:pPr>
      <w:r>
        <w:t>Casting rows show representation is still a work in progress</w:t>
      </w:r>
      <w:r/>
    </w:p>
    <w:p>
      <w:r/>
      <w:r>
        <w:t>Even as the tone of queer TV brightens, representation debates are alive and loud. Season two casting for Heated Rivalry prompted controversy when Justice Smith was announced as Harris Drover, a character some readers pictured as larger-bodied. Author Rachel Reid addressed fan reactions on Instagram, reminding audiences that adaptation choices can diverge from reader expectation. These rows are a reminder: representation isn’t just about presence on screen, it’s about the specifics people long to see. Producers, take note , body diversity matters to viewers.</w:t>
      </w:r>
      <w:r/>
    </w:p>
    <w:p>
      <w:pPr>
        <w:pStyle w:val="Heading2"/>
      </w:pPr>
      <w:r>
        <w:t>Davies hasn’t abandoned darker themes , Tip Toe proves it</w:t>
      </w:r>
      <w:r/>
    </w:p>
    <w:p>
      <w:r/>
      <w:r>
        <w:t>While he applauds lighter fare, Davies continues to explore the messier angles of queer life. Tip Toe, now available internationally on HBO Max, is a psychological thriller about neighbours undone by anti-LGBTQ social media rhetoric. The show’s quieter menace and moral complexity feel unmistakeably Davies: intimate, unnerving, and timely. For viewers who like their drama sharp-edged, this is proof he’s still writing from that darker well , and doing it deftly.</w:t>
      </w:r>
      <w:r/>
    </w:p>
    <w:p>
      <w:pPr>
        <w:pStyle w:val="Heading2"/>
      </w:pPr>
      <w:r>
        <w:t>What all this means for queer storytelling going forward</w:t>
      </w:r>
      <w:r/>
    </w:p>
    <w:p>
      <w:r/>
      <w:r>
        <w:t>The current landscape looks healthier for variety: heartwarming romances sit beside grim, important dramas, and that choice benefits audiences and creators. Davies’ warm reaction to younger-oriented shows signals industry acceptance; at the same time, debates about casting and representation show there’s still room for progress. If you’re a viewer, pick what matches your mood , and if you’re a creator, recognise that nuance and specificity still count.</w:t>
      </w:r>
      <w:r/>
    </w:p>
    <w:p>
      <w:r/>
      <w:r>
        <w:t>It's a small change that can make every queer story feel like it belongs to someone.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9">
        <w:r>
          <w:rPr>
            <w:color w:val="0000EE"/>
            <w:u w:val="single"/>
          </w:rPr>
          <w:t>[7]</w:t>
        </w:r>
      </w:hyperlink>
      <w:r>
        <w:t xml:space="preserve">- Paragraph 5: </w:t>
      </w:r>
      <w:hyperlink r:id="rId10">
        <w:r>
          <w:rPr>
            <w:color w:val="0000EE"/>
            <w:u w:val="single"/>
          </w:rPr>
          <w:t>[2]</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https://www.queerty.com/russell-t-davies-shares-his-honest-take-on-heated-rivalry-the-shifting-landscape-of-queer-storytelling-20260812/</w:t>
        </w:r>
      </w:hyperlink>
      <w:r>
        <w:t xml:space="preserve"> - Please view link - unable to able to access data</w:t>
      </w:r>
      <w:r/>
    </w:p>
    <w:p>
      <w:pPr>
        <w:pStyle w:val="ListNumber"/>
        <w:spacing w:line="240" w:lineRule="auto"/>
        <w:ind w:left="720"/>
      </w:pPr>
      <w:r/>
      <w:hyperlink r:id="rId10">
        <w:r>
          <w:rPr>
            <w:color w:val="0000EE"/>
            <w:u w:val="single"/>
          </w:rPr>
          <w:t>https://elpais.com/television/series/2026-07-30/russell-t-davies-me-alegro-de-que-mas-que-rivales-y-heartstopper-hagan-finales-lgtbi-felices-a-mi-no-me-salen.html</w:t>
        </w:r>
      </w:hyperlink>
      <w:r>
        <w:t xml:space="preserve"> - In an interview with El País, Russell T. Davies, the creator of 'Queer as Folk', expressed his appreciation for LGBTQ+ series like 'Heated Rivalry' and 'Heartstopper' that feature happy endings. He noted that while he admires these shows, he finds it challenging to write such optimistic conclusions himself. Davies also discussed his latest series, 'Tip Toe', which delves into themes of social violence and toxic masculinity, focusing on the relationship between a gay bar owner and his heterosexual neighbour. He highlighted the importance of addressing economic realities and the impact of global conflicts on daily life in his storytelling.</w:t>
      </w:r>
      <w:r/>
    </w:p>
    <w:p>
      <w:pPr>
        <w:pStyle w:val="ListNumber"/>
        <w:spacing w:line="240" w:lineRule="auto"/>
        <w:ind w:left="720"/>
      </w:pPr>
      <w:r/>
      <w:hyperlink r:id="rId12">
        <w:r>
          <w:rPr>
            <w:color w:val="0000EE"/>
            <w:u w:val="single"/>
          </w:rPr>
          <w:t>https://www.thepopverse.com/tv-heated-rivalry-queer-as-folk-russell-t-davies-doctor-who/</w:t>
        </w:r>
      </w:hyperlink>
      <w:r>
        <w:t xml:space="preserve"> - Russell T. Davies, known for his work on 'Doctor Who' and 'Queer as Folk', praised the series 'Heated Rivalry' for its international success and representation of queer stories on television. He acknowledged the show's unique position in the market but also highlighted the pioneering nature of his own work, stating that 'Queer as Folk' was 'f***ing running from the start'.</w:t>
      </w:r>
      <w:r/>
    </w:p>
    <w:p>
      <w:pPr>
        <w:pStyle w:val="ListNumber"/>
        <w:spacing w:line="240" w:lineRule="auto"/>
        <w:ind w:left="720"/>
      </w:pPr>
      <w:r/>
      <w:hyperlink r:id="rId11">
        <w:r>
          <w:rPr>
            <w:color w:val="0000EE"/>
            <w:u w:val="single"/>
          </w:rPr>
          <w:t>https://www.the-independent.com/bulletin/culture/heated-rivalry-russell-t-davies-b2944402.html</w:t>
        </w:r>
      </w:hyperlink>
      <w:r>
        <w:t xml:space="preserve"> - At London's BFI Flare film festival, Russell T. Davies questioned the portrayal of 'Heated Rivalry' as a 'revolutionary gay show'. He expressed his admiration for the series but emphasized the groundbreaking nature of his own work, particularly 'Queer as Folk', stating, 'We were f***ing running from the start!'</w:t>
      </w:r>
      <w:r/>
    </w:p>
    <w:p>
      <w:pPr>
        <w:pStyle w:val="ListNumber"/>
        <w:spacing w:line="240" w:lineRule="auto"/>
        <w:ind w:left="720"/>
      </w:pPr>
      <w:r/>
      <w:hyperlink r:id="rId13">
        <w:r>
          <w:rPr>
            <w:color w:val="0000EE"/>
            <w:u w:val="single"/>
          </w:rPr>
          <w:t>https://www.out.com/gay-tv-shows/heated-rivalry-russell-t-davies-review-response-explained</w:t>
        </w:r>
      </w:hyperlink>
      <w:r>
        <w:t xml:space="preserve"> - In response to a critical review comparing 'Heated Rivalry' to his own 'Queer as Folk', Russell T. Davies expressed his appreciation for the series, describing it as a 'gorgeous show' and praising its storytelling and representation of queer love. He also highlighted the importance of such narratives in the current media landscape.</w:t>
      </w:r>
      <w:r/>
    </w:p>
    <w:p>
      <w:pPr>
        <w:pStyle w:val="ListNumber"/>
        <w:spacing w:line="240" w:lineRule="auto"/>
        <w:ind w:left="720"/>
      </w:pPr>
      <w:r/>
      <w:hyperlink r:id="rId14">
        <w:r>
          <w:rPr>
            <w:color w:val="0000EE"/>
            <w:u w:val="single"/>
          </w:rPr>
          <w:t>https://www.attitude.co.uk/culture/heated-rivalry-season-2-casting-characters-516784/</w:t>
        </w:r>
      </w:hyperlink>
      <w:r>
        <w:t xml:space="preserve"> - Season 2 of 'Heated Rivalry' is in development, with new characters set to be introduced. The show, inspired by Rachel Reid's 'Game Changers' novels, continues to explore the complex relationships of its central characters. Fans are eagerly anticipating the casting choices and storyline developments for the upcoming season.</w:t>
      </w:r>
      <w:r/>
    </w:p>
    <w:p>
      <w:pPr>
        <w:pStyle w:val="ListNumber"/>
        <w:spacing w:line="240" w:lineRule="auto"/>
        <w:ind w:left="720"/>
      </w:pPr>
      <w:r/>
      <w:hyperlink r:id="rId9">
        <w:r>
          <w:rPr>
            <w:color w:val="0000EE"/>
            <w:u w:val="single"/>
          </w:rPr>
          <w:t>https://www.queerty.com/russell-t-davies-shares-his-honest-take-on-heated-rivalry-the-shifting-landscape-of-queer-storytelling-20260812/</w:t>
        </w:r>
      </w:hyperlink>
      <w:r>
        <w:t xml:space="preserve"> - Russell T. Davies, creator of 'Queer as Folk', shared his thoughts on the current landscape of queer storytelling, expressing gratitude for shows like 'Heated Rivalry' and 'Heartstopper' that offer happy endings. He discussed the challenges of writing such narratives himself and highlighted the importance of positive representation in media.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russell-t-davies-shares-his-honest-take-on-heated-rivalry-the-shifting-landscape-of-queer-storytelling-20260812/" TargetMode="External"/><Relationship Id="rId10" Type="http://schemas.openxmlformats.org/officeDocument/2006/relationships/hyperlink" Target="https://elpais.com/television/series/2026-07-30/russell-t-davies-me-alegro-de-que-mas-que-rivales-y-heartstopper-hagan-finales-lgtbi-felices-a-mi-no-me-salen.html" TargetMode="External"/><Relationship Id="rId11" Type="http://schemas.openxmlformats.org/officeDocument/2006/relationships/hyperlink" Target="https://www.the-independent.com/bulletin/culture/heated-rivalry-russell-t-davies-b2944402.html" TargetMode="External"/><Relationship Id="rId12" Type="http://schemas.openxmlformats.org/officeDocument/2006/relationships/hyperlink" Target="https://www.thepopverse.com/tv-heated-rivalry-queer-as-folk-russell-t-davies-doctor-who/" TargetMode="External"/><Relationship Id="rId13" Type="http://schemas.openxmlformats.org/officeDocument/2006/relationships/hyperlink" Target="https://www.out.com/gay-tv-shows/heated-rivalry-russell-t-davies-review-response-explained" TargetMode="External"/><Relationship Id="rId14" Type="http://schemas.openxmlformats.org/officeDocument/2006/relationships/hyperlink" Target="https://www.attitude.co.uk/culture/heated-rivalry-season-2-casting-characters-51678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