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 Moments: Fraser Lake’s Colourful Fourth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music, crafts and community spirit, Fraser Lake’s fourth annual Pride drew families, students and neighbours to the community hall on August 8, showing how a small town can make Pride feel personal, joyful and inclusive. Here’s what happened, why it matters, and practical notes for anyone thinking of starting something similar.</w:t>
      </w:r>
      <w:r/>
    </w:p>
    <w:p>
      <w:r/>
      <w:r>
        <w:t>Essential Takeaways</w:t>
      </w:r>
      <w:r/>
      <w:r/>
    </w:p>
    <w:p>
      <w:pPr>
        <w:pStyle w:val="ListBullet"/>
        <w:spacing w:line="240" w:lineRule="auto"/>
        <w:ind w:left="720"/>
      </w:pPr>
      <w:r/>
      <w:r>
        <w:rPr>
          <w:b/>
        </w:rPr>
        <w:t>Local-led energy:</w:t>
      </w:r>
      <w:r>
        <w:t xml:space="preserve"> The event was organised by community members and Fraser Lake Elementary Secondary School students, giving it a grassroots, welcoming feel.</w:t>
      </w:r>
      <w:r/>
    </w:p>
    <w:p>
      <w:pPr>
        <w:pStyle w:val="ListBullet"/>
        <w:spacing w:line="240" w:lineRule="auto"/>
        <w:ind w:left="720"/>
      </w:pPr>
      <w:r/>
      <w:r>
        <w:rPr>
          <w:b/>
        </w:rPr>
        <w:t>Family-friendly programming:</w:t>
      </w:r>
      <w:r>
        <w:t xml:space="preserve"> Live music, crafts, face painting and yoga created a relaxed, colourful atmosphere for all ages.</w:t>
      </w:r>
      <w:r/>
    </w:p>
    <w:p>
      <w:pPr>
        <w:pStyle w:val="ListBullet"/>
        <w:spacing w:line="240" w:lineRule="auto"/>
        <w:ind w:left="720"/>
      </w:pPr>
      <w:r/>
      <w:r>
        <w:rPr>
          <w:b/>
        </w:rPr>
        <w:t>Standout performances:</w:t>
      </w:r>
      <w:r>
        <w:t xml:space="preserve"> Drag artist Sparrow Valentine delivered two high-energy numbers , cartwheels and ribbon dancing , that had the crowd cheering.</w:t>
      </w:r>
      <w:r/>
    </w:p>
    <w:p>
      <w:pPr>
        <w:pStyle w:val="ListBullet"/>
        <w:spacing w:line="240" w:lineRule="auto"/>
        <w:ind w:left="720"/>
      </w:pPr>
      <w:r/>
      <w:r>
        <w:rPr>
          <w:b/>
        </w:rPr>
        <w:t>Freebies and vendors:</w:t>
      </w:r>
      <w:r>
        <w:t xml:space="preserve"> Free iced coffee and a range of local stalls helped keep people mingling and supported small businesses.</w:t>
      </w:r>
      <w:r/>
    </w:p>
    <w:p>
      <w:pPr>
        <w:pStyle w:val="ListBullet"/>
        <w:spacing w:line="240" w:lineRule="auto"/>
        <w:ind w:left="720"/>
      </w:pPr>
      <w:r/>
      <w:r>
        <w:rPr>
          <w:b/>
        </w:rPr>
        <w:t>Visible pride:</w:t>
      </w:r>
      <w:r>
        <w:t xml:space="preserve"> A Progress Pride flag flew prominently, signalling inclusive support and a celebratory mood.</w:t>
      </w:r>
      <w:r/>
      <w:r/>
    </w:p>
    <w:p>
      <w:pPr>
        <w:pStyle w:val="Heading2"/>
      </w:pPr>
      <w:r>
        <w:t>A bright, small-town kickoff that felt like a block party</w:t>
      </w:r>
      <w:r/>
    </w:p>
    <w:p>
      <w:r/>
      <w:r>
        <w:t>Fraser Lake’s Pride opened beside the community hall and arena with a wash of colour and the friendly hum of neighbours catching up. The scene was tactile , flags fluttering, the smell of coffee, children’s laughter from the craft tables , and it felt less like a parade and more like a welcoming block party. Organisers have deliberately kept things local and low-barrier, which makes the event approachable for folks who might be trying Pride for the first time.</w:t>
      </w:r>
      <w:r/>
    </w:p>
    <w:p>
      <w:pPr>
        <w:pStyle w:val="Heading2"/>
      </w:pPr>
      <w:r>
        <w:t>Grassroots organisation gives the event its heart</w:t>
      </w:r>
      <w:r/>
    </w:p>
    <w:p>
      <w:r/>
      <w:r>
        <w:t>The first Fraser Lake Pride happened only three years ago, in 2023, and each edition has been put together by community volunteers and high school students. That student involvement is worth noting: it brings fresh ideas, helps organisers connect with younger audiences, and signals intergenerational support. For other towns thinking of starting Pride, this model , partner with schools, lean on volunteers and keep costs low , is a practical blueprint.</w:t>
      </w:r>
      <w:r/>
    </w:p>
    <w:p>
      <w:pPr>
        <w:pStyle w:val="Heading2"/>
      </w:pPr>
      <w:r>
        <w:t>Music, circus-style drag and activities that kept people watching</w:t>
      </w:r>
      <w:r/>
    </w:p>
    <w:p>
      <w:r/>
      <w:r>
        <w:t>Alt-rock trio Vagabond X provided a lively soundtrack, while Sparrow Valentine’s cartwheels and ribbon dancing added a theatrical spark that got everyone involved. The mixture of live music, drag performance and simple activities like face painting and crafts meant there was something for everyone. If you’re planning a community Pride, balance high-impact moments (a headline performer, flag-raising) with low-pressure activities that draw families.</w:t>
      </w:r>
      <w:r/>
    </w:p>
    <w:p>
      <w:pPr>
        <w:pStyle w:val="Heading2"/>
      </w:pPr>
      <w:r>
        <w:t>Vendors, free treats and small-business support</w:t>
      </w:r>
      <w:r/>
    </w:p>
    <w:p>
      <w:r/>
      <w:r>
        <w:t>Free iced coffee and local stalls made it easy for people to linger and chat, and helped create an atmosphere that benefited both attendees and sellers. Small events often rely on a few community-friendly incentives , a free refreshment or a kids’ corner , to keep the crowd steady. Organisers in Fraser Lake showed how modest perks can make a big difference to atmosphere and turnout.</w:t>
      </w:r>
      <w:r/>
    </w:p>
    <w:p>
      <w:pPr>
        <w:pStyle w:val="Heading2"/>
      </w:pPr>
      <w:r>
        <w:t>Why a Progress Pride flag matters in a town like Fraser Lake</w:t>
      </w:r>
      <w:r/>
    </w:p>
    <w:p>
      <w:r/>
      <w:r>
        <w:t>The visible fly of a Progress Pride flag sent a clear, inclusive message: this isn’t just a parade, it’s an intentional statement of support. Symbols matter in small communities where visibility can be hard-won. Raising that flag in a central spot near the community hall quietly reassures queer residents and visitors, and signals to those watching that Pride here is welcoming and explicit about inclusion.</w:t>
      </w:r>
      <w:r/>
    </w:p>
    <w:p>
      <w:r/>
      <w:r>
        <w:t>It's a small change that can make every celebration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https://burnslakelakesdistrictnews.com/2026/08/12/fraser-lake-pride-marks-its-4th-annual-celebration/</w:t>
        </w:r>
      </w:hyperlink>
      <w:r>
        <w:t xml:space="preserve"> - Please view link - unable to able to access data</w:t>
      </w:r>
      <w:r/>
    </w:p>
    <w:p>
      <w:pPr>
        <w:pStyle w:val="ListNumber"/>
        <w:spacing w:line="240" w:lineRule="auto"/>
        <w:ind w:left="720"/>
      </w:pPr>
      <w:r/>
      <w:hyperlink r:id="rId10">
        <w:r>
          <w:rPr>
            <w:color w:val="0000EE"/>
            <w:u w:val="single"/>
          </w:rPr>
          <w:t>https://www.fraserlake.ca/municipal-hall/community-calendar</w:t>
        </w:r>
      </w:hyperlink>
      <w:r>
        <w:t xml:space="preserve"> - The Village of Fraser Lake's official community calendar lists various events, including the Fraser Lake Farmers Market scheduled for August 14, 2026, from 11:00 am to 3:00 pm. This market is a regular event in the community, offering local produce and goods to residents and visitors alike. The calendar also highlights other community activities and updates, fostering engagement and participation among the village's residents. For more details on upcoming events and community news, residents can visit the official website.</w:t>
      </w:r>
      <w:r/>
    </w:p>
    <w:p>
      <w:pPr>
        <w:pStyle w:val="ListNumber"/>
        <w:spacing w:line="240" w:lineRule="auto"/>
        <w:ind w:left="720"/>
      </w:pPr>
      <w:r/>
      <w:hyperlink r:id="rId11">
        <w:r>
          <w:rPr>
            <w:color w:val="0000EE"/>
            <w:u w:val="single"/>
          </w:rPr>
          <w:t>https://www.fraserlake.ca/</w:t>
        </w:r>
      </w:hyperlink>
      <w:r>
        <w:t xml:space="preserve"> - The official website of the Village of Fraser Lake provides comprehensive information about the community, including news updates, event calendars, and resources for residents. The site features sections on community news, events, and municipal services, ensuring that residents have access to the latest information and resources. It also highlights the village's commitment to inclusivity and community engagement, reflecting the diverse and vibrant nature of Fraser Lake. For more details, residents can explore the various sections of the website.</w:t>
      </w:r>
      <w:r/>
    </w:p>
    <w:p>
      <w:pPr>
        <w:pStyle w:val="ListNumber"/>
        <w:spacing w:line="240" w:lineRule="auto"/>
        <w:ind w:left="720"/>
      </w:pPr>
      <w:r/>
      <w:hyperlink r:id="rId12">
        <w:r>
          <w:rPr>
            <w:color w:val="0000EE"/>
            <w:u w:val="single"/>
          </w:rPr>
          <w:t>https://www.lakemchenryscanner.com/2026/05/09/making-it-official-crystal-lake-pride-forms-non-profit-organization-sets-up-3rd-annual-pride-event/</w:t>
        </w:r>
      </w:hyperlink>
      <w:r>
        <w:t xml:space="preserve"> - Crystal Lake Pride has officially incorporated as an independent non-profit organization following a successful ribbon-cutting ceremony in April 2026. The organization began in 2024 as an outreach initiative under the Downtown Crystal Lake Main Street Association but experienced rapid growth, necessitating its transition to a standalone entity. This move aims to secure the future of Pride celebrations in the city and reflects the community's commitment to inclusivity and support for the LGBTQ+ community. The third annual Pride event is planned for June 2026, promising a vibrant celebration of diversity.</w:t>
      </w:r>
      <w:r/>
    </w:p>
    <w:p>
      <w:pPr>
        <w:pStyle w:val="ListNumber"/>
        <w:spacing w:line="240" w:lineRule="auto"/>
        <w:ind w:left="720"/>
      </w:pPr>
      <w:r/>
      <w:hyperlink r:id="rId13">
        <w:r>
          <w:rPr>
            <w:color w:val="0000EE"/>
            <w:u w:val="single"/>
          </w:rPr>
          <w:t>https://www.lakemchenryscanner.com/2026/06/08/hundreds-attend-pride-parades-in-crystal-lake-buffalo-grove-as-organizers-say-rage-baiters-showed-up-to-disrupt-peace/</w:t>
        </w:r>
      </w:hyperlink>
      <w:r>
        <w:t xml:space="preserve"> - Hundreds of people attended Pride parades in Crystal Lake and Buffalo Grove over the weekend, with organizers reporting disruptions from 'rage baiters' in Crystal Lake. The Crystal Lake Pride event, organized by the newly established non-profit, featured a parade through downtown followed by a community social at the Brink Street Market. Despite the disruptions, the event was a significant success, highlighting the community's resilience and commitment to celebrating diversity and inclusivity. The Buffalo Grove Pride parade also saw a large turnout, emphasizing the widespread support for LGBTQ+ rights in the region.</w:t>
      </w:r>
      <w:r/>
    </w:p>
    <w:p>
      <w:pPr>
        <w:pStyle w:val="ListNumber"/>
        <w:spacing w:line="240" w:lineRule="auto"/>
        <w:ind w:left="720"/>
      </w:pPr>
      <w:r/>
      <w:hyperlink r:id="rId14">
        <w:r>
          <w:rPr>
            <w:color w:val="0000EE"/>
            <w:u w:val="single"/>
          </w:rPr>
          <w:t>https://www.lakemchenryscanner.com/2026/06/07/hundreds-attend-pride-parades-in-crystal-lake-buffalo-grove-as-organizers-say-rage-baiters-showed-up-to-disrupt-peace/</w:t>
        </w:r>
      </w:hyperlink>
      <w:r>
        <w:t xml:space="preserve"> - The Crystal Lake Pride event, organized by the newly established non-profit, featured a parade through downtown followed by a community social at the Brink Street Market. Despite the disruptions, the event was a significant success, highlighting the community's resilience and commitment to celebrating diversity and inclusivity. The Buffalo Grove Pride parade also saw a large turnout, emphasizing the widespread support for LGBTQ+ rights in the region.</w:t>
      </w:r>
      <w:r/>
    </w:p>
    <w:p>
      <w:pPr>
        <w:pStyle w:val="ListNumber"/>
        <w:spacing w:line="240" w:lineRule="auto"/>
        <w:ind w:left="720"/>
      </w:pPr>
      <w:r/>
      <w:hyperlink r:id="rId13">
        <w:r>
          <w:rPr>
            <w:color w:val="0000EE"/>
            <w:u w:val="single"/>
          </w:rPr>
          <w:t>https://www.lakemchenryscanner.com/2026/06/08/hundreds-attend-pride-parades-in-crystal-lake-buffalo-grove-as-organizers-say-rage-baiters-showed-up-to-disrupt-peace/</w:t>
        </w:r>
      </w:hyperlink>
      <w:r>
        <w:t xml:space="preserve"> - The Crystal Lake Pride event, organized by the newly established non-profit, featured a parade through downtown followed by a community social at the Brink Street Market. Despite the disruptions, the event was a significant success, highlighting the community's resilience and commitment to celebrating diversity and inclusivity. The Buffalo Grove Pride parade also saw a large turnout, emphasizing the widespread support for LGBTQ+ rights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rnslakelakesdistrictnews.com/2026/08/12/fraser-lake-pride-marks-its-4th-annual-celebration/" TargetMode="External"/><Relationship Id="rId10" Type="http://schemas.openxmlformats.org/officeDocument/2006/relationships/hyperlink" Target="https://www.fraserlake.ca/municipal-hall/community-calendar" TargetMode="External"/><Relationship Id="rId11" Type="http://schemas.openxmlformats.org/officeDocument/2006/relationships/hyperlink" Target="https://www.fraserlake.ca/" TargetMode="External"/><Relationship Id="rId12" Type="http://schemas.openxmlformats.org/officeDocument/2006/relationships/hyperlink" Target="https://www.lakemchenryscanner.com/2026/05/09/making-it-official-crystal-lake-pride-forms-non-profit-organization-sets-up-3rd-annual-pride-event/" TargetMode="External"/><Relationship Id="rId13" Type="http://schemas.openxmlformats.org/officeDocument/2006/relationships/hyperlink" Target="https://www.lakemchenryscanner.com/2026/06/08/hundreds-attend-pride-parades-in-crystal-lake-buffalo-grove-as-organizers-say-rage-baiters-showed-up-to-disrupt-peace/" TargetMode="External"/><Relationship Id="rId14" Type="http://schemas.openxmlformats.org/officeDocument/2006/relationships/hyperlink" Target="https://www.lakemchenryscanner.com/2026/06/07/hundreds-attend-pride-parades-in-crystal-lake-buffalo-grove-as-organizers-say-rage-baiters-showed-up-to-disrupt-pe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