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Reel Queer Flix Picks: Why Oakland’s Queer Shorts Matter This Pride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cinema are turning out for a lively revival: Reel Queer Flix returns to Grand Lake Theatre on Wednesday, Aug. 12, serving a packed programme of new and restored queer short films that celebrate local voices, history, and culture , and it lands right in time for Oakland Pride.</w:t>
      </w:r>
      <w:r/>
    </w:p>
    <w:p>
      <w:r/>
      <w:r>
        <w:t>Essential Takeaways</w:t>
      </w:r>
      <w:r/>
      <w:r/>
    </w:p>
    <w:p>
      <w:pPr>
        <w:pStyle w:val="ListBullet"/>
        <w:spacing w:line="240" w:lineRule="auto"/>
        <w:ind w:left="720"/>
      </w:pPr>
      <w:r/>
      <w:r>
        <w:rPr>
          <w:b/>
        </w:rPr>
        <w:t>Event details:</w:t>
      </w:r>
      <w:r>
        <w:t xml:space="preserve"> Reel Queer Flix screens Wednesday, Aug. 12 at Grand Lake Theatre, 6 p.m.; tickets roughly $12.50–$20.</w:t>
      </w:r>
      <w:r/>
    </w:p>
    <w:p>
      <w:pPr>
        <w:pStyle w:val="ListBullet"/>
        <w:spacing w:line="240" w:lineRule="auto"/>
        <w:ind w:left="720"/>
      </w:pPr>
      <w:r/>
      <w:r>
        <w:rPr>
          <w:b/>
        </w:rPr>
        <w:t>Local and historic mix:</w:t>
      </w:r>
      <w:r>
        <w:t xml:space="preserve"> The programme pairs new shorts with restored works, including Aarin Burch’s newly restored 1989 film that features an early on‑screen kiss between two Black women.</w:t>
      </w:r>
      <w:r/>
    </w:p>
    <w:p>
      <w:pPr>
        <w:pStyle w:val="ListBullet"/>
        <w:spacing w:line="240" w:lineRule="auto"/>
        <w:ind w:left="720"/>
      </w:pPr>
      <w:r/>
      <w:r>
        <w:rPr>
          <w:b/>
        </w:rPr>
        <w:t>Community flavour:</w:t>
      </w:r>
      <w:r>
        <w:t xml:space="preserve"> Films explore Chinese American drag, Oakland’s queer graffiti and skateboarding scenes, capoeira artists, and family reconnections around dementia , varied tones, strong local settings.</w:t>
      </w:r>
      <w:r/>
    </w:p>
    <w:p>
      <w:pPr>
        <w:pStyle w:val="ListBullet"/>
        <w:spacing w:line="240" w:lineRule="auto"/>
        <w:ind w:left="720"/>
      </w:pPr>
      <w:r/>
      <w:r>
        <w:rPr>
          <w:b/>
        </w:rPr>
        <w:t>Post‑screening access:</w:t>
      </w:r>
      <w:r>
        <w:t xml:space="preserve"> Filmmakers, including Burch, will join a Q&amp;A so viewers can hear backstories and production memories firsthand.</w:t>
      </w:r>
      <w:r/>
    </w:p>
    <w:p>
      <w:pPr>
        <w:pStyle w:val="ListBullet"/>
        <w:spacing w:line="240" w:lineRule="auto"/>
        <w:ind w:left="720"/>
      </w:pPr>
      <w:r/>
      <w:r>
        <w:rPr>
          <w:b/>
        </w:rPr>
        <w:t>Atmosphere:</w:t>
      </w:r>
      <w:r>
        <w:t xml:space="preserve"> Expect a communal, celebratory feel , big theatre, loud responses, and the kind of warmth you only get when a city shows up for its creatives.</w:t>
      </w:r>
      <w:r/>
      <w:r/>
    </w:p>
    <w:p>
      <w:pPr>
        <w:pStyle w:val="Heading2"/>
      </w:pPr>
      <w:r>
        <w:t>A packed programme that honours the past and spotlights now</w:t>
      </w:r>
      <w:r/>
    </w:p>
    <w:p>
      <w:r/>
      <w:r>
        <w:t>Reel Queer Flix leans into texture , talkative, tactile shorts that smell faintly of popcorn and late‑night editing suites. The line‑up mixes fresh work with restored pieces so audiences can see how queer storytelling has shifted and what threads remain the same. According to Cinemama, the festival is curated to show both celebration and complexity, which makes for an emotionally varied evening. Bring tissues and laughter in equal measure.</w:t>
      </w:r>
      <w:r/>
    </w:p>
    <w:p>
      <w:r/>
      <w:r>
        <w:t>The idea came from filmmaker Laura Wagner and grew from a simple wish to create an LGBTQ short film series. Matthew Riutta suggested timing the event with Oakland Pride, and the rest of the Cinemama board , including prominent names like Boots Riley and Cheryl Dunye , signed on. That local curation matters: it keeps the programme tied to Oakland’s communities rather than a distant festival circuit.</w:t>
      </w:r>
      <w:r/>
    </w:p>
    <w:p>
      <w:pPr>
        <w:pStyle w:val="Heading2"/>
      </w:pPr>
      <w:r>
        <w:t>Why Aarin Burch’s restored short is the night’s emotional centre</w:t>
      </w:r>
      <w:r/>
    </w:p>
    <w:p>
      <w:r/>
      <w:r>
        <w:t>Among the restored films is Aarin Burch’s 1989 short, which has been freshly restored and will play on Grand Lake’s big screen , a moment Burch described as a “dream come true.” The short is notable not just for its craft but historically: it includes one of the earlier on‑screen kisses between two Black women, a detail that still lands with warmth and quiet shock today.</w:t>
      </w:r>
      <w:r/>
    </w:p>
    <w:p>
      <w:r/>
      <w:r>
        <w:t>Archives and retrospectives, like the Block Museum’s 2024 look at Burch’s shorts, show how preservation changes what we can teach new filmmakers. Watching older works alongside current shorts gives context to the progress and the repeating themes , identity, belonging, and the everyday acts that make communities visible.</w:t>
      </w:r>
      <w:r/>
    </w:p>
    <w:p>
      <w:pPr>
        <w:pStyle w:val="Heading2"/>
      </w:pPr>
      <w:r>
        <w:t>New shorts that map Oakland’s queer scenes , skate parks, graffiti and capoeira</w:t>
      </w:r>
      <w:r/>
    </w:p>
    <w:p>
      <w:r/>
      <w:r>
        <w:t>This year’s slate features films about Oakland’s queer graffiti and skateboarding communities and about women and queer artists carving space within capoeira. Those films feel immediate and local: you can almost hear the boards on concrete and smell the spray paint. The decision to foreground these scenes signals a shift in queer cinema toward place‑based stories that honour the labour of community building.</w:t>
      </w:r>
      <w:r/>
    </w:p>
    <w:p>
      <w:r/>
      <w:r>
        <w:t>If you’re choosing which film to catch first, pick the short that sounds like your neighbourhood. These pieces work best when you know a little of the city’s textures; if you don’t, they’ll still educate you with crisp, lived detail. Filmmakers often blend vérité footage with personal interviews, so you get both energy and reflection.</w:t>
      </w:r>
      <w:r/>
    </w:p>
    <w:p>
      <w:pPr>
        <w:pStyle w:val="Heading2"/>
      </w:pPr>
      <w:r>
        <w:t>Family stories and dementia: tender, complicated portrayals</w:t>
      </w:r>
      <w:r/>
    </w:p>
    <w:p>
      <w:r/>
      <w:r>
        <w:t>One film centres on a gay son trying to reconnect with his father, who has dementia , a storyline that lands quiet and complicated. These narratives show queer life beyond nightlife and romance, highlighting caregiving, memory, and the slow labour of rebuilding relationships. Frameline and other queer festivals have long pushed for this breadth in programming, and Reel Queer Flix keeps that trend alive.</w:t>
      </w:r>
      <w:r/>
    </w:p>
    <w:p>
      <w:r/>
      <w:r>
        <w:t>Practical note: those sensitive shorts can be emotionally heavy, but the Q&amp;A after the screening is a good place to process. If you’re attending with older relatives, be prepared for frank depictions of memory loss and family tension.</w:t>
      </w:r>
      <w:r/>
    </w:p>
    <w:p>
      <w:pPr>
        <w:pStyle w:val="Heading2"/>
      </w:pPr>
      <w:r>
        <w:t>Why this festival feels important now , and how to get the most from the night</w:t>
      </w:r>
      <w:r/>
    </w:p>
    <w:p>
      <w:r/>
      <w:r>
        <w:t>Riutta points out that representation is essential, especially when cultural pressure suggests people should hide. Events like Reel Queer Flix are small acts of resistance: they make queer lives visible, joyful, complicated, and public. Attendance has stayed steady since the first year at around 400–450 people, and the steady growth is a reminder that local festivals build cultural infrastructure.</w:t>
      </w:r>
      <w:r/>
    </w:p>
    <w:p>
      <w:r/>
      <w:r>
        <w:t>Tips: arrive early for good seats at Grand Lake, buy tickets in advance to avoid a sell‑out, and stick around for the post‑screening Q&amp;A. If you’re a filmmaker, take business cards , conversations in the lobby can turn into future collaborations. And bring friends; the shared reactions are part of the pleasure.</w:t>
      </w:r>
      <w:r/>
    </w:p>
    <w:p>
      <w:r/>
      <w:r>
        <w:t>It's a small change that can make every screening feel like a homecoming.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2">
        <w:r>
          <w:rPr>
            <w:color w:val="0000EE"/>
            <w:u w:val="single"/>
          </w:rPr>
          <w:t>[6]</w:t>
        </w:r>
      </w:hyperlink>
      <w:r>
        <w:t xml:space="preserve">- Paragraph 3: </w:t>
      </w:r>
      <w:hyperlink r:id="rId9">
        <w:r>
          <w:rPr>
            <w:color w:val="0000EE"/>
            <w:u w:val="single"/>
          </w:rPr>
          <w:t>[1]</w:t>
        </w:r>
      </w:hyperlink>
      <w:r>
        <w:t xml:space="preserve">, </w:t>
      </w:r>
      <w:hyperlink r:id="rId12">
        <w:r>
          <w:rPr>
            <w:color w:val="0000EE"/>
            <w:u w:val="single"/>
          </w:rPr>
          <w:t>[6]</w:t>
        </w:r>
      </w:hyperlink>
      <w:r>
        <w:t xml:space="preserve">- Paragraph 4: </w:t>
      </w:r>
      <w:hyperlink r:id="rId9">
        <w:r>
          <w:rPr>
            <w:color w:val="0000EE"/>
            <w:u w:val="single"/>
          </w:rPr>
          <w:t>[1]</w:t>
        </w:r>
      </w:hyperlink>
      <w:r>
        <w:t xml:space="preserve">, </w:t>
      </w:r>
      <w:hyperlink r:id="rId13">
        <w:r>
          <w:rPr>
            <w:color w:val="0000EE"/>
            <w:u w:val="single"/>
          </w:rPr>
          <w:t>[5]</w:t>
        </w:r>
      </w:hyperlink>
      <w:r>
        <w:t xml:space="preserve">- Paragraph 5: </w:t>
      </w:r>
      <w:hyperlink r:id="rId9">
        <w:r>
          <w:rPr>
            <w:color w:val="0000EE"/>
            <w:u w:val="single"/>
          </w:rPr>
          <w:t>[1]</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https://oaklandside.org/2026/08/11/reel-queer-flix-screenings-at-grand-lake-theater/</w:t>
        </w:r>
      </w:hyperlink>
      <w:r>
        <w:t xml:space="preserve"> - Please view link - unable to able to access data</w:t>
      </w:r>
      <w:r/>
    </w:p>
    <w:p>
      <w:pPr>
        <w:pStyle w:val="ListNumber"/>
        <w:spacing w:line="240" w:lineRule="auto"/>
        <w:ind w:left="720"/>
      </w:pPr>
      <w:r/>
      <w:hyperlink r:id="rId10">
        <w:r>
          <w:rPr>
            <w:color w:val="0000EE"/>
            <w:u w:val="single"/>
          </w:rPr>
          <w:t>https://cinemamafilm.com/rqf</w:t>
        </w:r>
      </w:hyperlink>
      <w:r>
        <w:t xml:space="preserve"> - Cinemama presents the fourth annual Reel Queer Flix on August 12, 2026, at 6 p.m. at the Grand Lake Theatre in Oakland. The event showcases a diverse selection of new and restored LGBTQ+ short films by Bay Area filmmakers. Tickets are available for purchase, with a limited-time 2-for-1 offer. The screening is accessible, featuring ASL interpretation and captions for each film. The event is produced by Cinemama, a collective of Bay Area filmmakers formerly known as the Oakland Film Center, serving as a creative hub for the local film community.</w:t>
      </w:r>
      <w:r/>
    </w:p>
    <w:p>
      <w:pPr>
        <w:pStyle w:val="ListNumber"/>
        <w:spacing w:line="240" w:lineRule="auto"/>
        <w:ind w:left="720"/>
      </w:pPr>
      <w:r/>
      <w:hyperlink r:id="rId14">
        <w:r>
          <w:rPr>
            <w:color w:val="0000EE"/>
            <w:u w:val="single"/>
          </w:rPr>
          <w:t>https://www.aarinburch.com/films</w:t>
        </w:r>
      </w:hyperlink>
      <w:r>
        <w:t xml:space="preserve"> - Aarin Burch's 1989 short film 'Dreams of Passion' is a dance film depicting Black lesbian desire, featuring contemporary dancers Matima Hadi and Debra Floyd, with original music by Vicki Randle. The film is widely recognized for featuring one of the earliest known on-screen kisses between two Black women, challenging norms of representation in experimental film and opening doors for queer Black visibility in cinema. The film is available for viewing on various platforms, including MUBI and Letterboxd.</w:t>
      </w:r>
      <w:r/>
    </w:p>
    <w:p>
      <w:pPr>
        <w:pStyle w:val="ListNumber"/>
        <w:spacing w:line="240" w:lineRule="auto"/>
        <w:ind w:left="720"/>
      </w:pPr>
      <w:r/>
      <w:hyperlink r:id="rId11">
        <w:r>
          <w:rPr>
            <w:color w:val="0000EE"/>
            <w:u w:val="single"/>
          </w:rPr>
          <w:t>https://mubi.com/en/us/films/dreams-of-passion</w:t>
        </w:r>
      </w:hyperlink>
      <w:r>
        <w:t xml:space="preserve"> - 'Dreams of Passion' is a 1989 short film directed by Aarin Burch, depicting Black lesbian desire through dance. It features contemporary dancers Matima Hadi and Debra Floyd, with original music by Vicki Randle. The film is widely recognized for featuring one of the earliest known on-screen kisses between two Black women, challenging norms of representation in experimental film and opening doors for queer Black visibility in cinema. The film is available for viewing on MUBI.</w:t>
      </w:r>
      <w:r/>
    </w:p>
    <w:p>
      <w:pPr>
        <w:pStyle w:val="ListNumber"/>
        <w:spacing w:line="240" w:lineRule="auto"/>
        <w:ind w:left="720"/>
      </w:pPr>
      <w:r/>
      <w:hyperlink r:id="rId13">
        <w:r>
          <w:rPr>
            <w:color w:val="0000EE"/>
            <w:u w:val="single"/>
          </w:rPr>
          <w:t>https://www.frameline.org/films/frameline22/dreams-of-passion</w:t>
        </w:r>
      </w:hyperlink>
      <w:r>
        <w:t xml:space="preserve"> - 'Dreams of Passion' is a 1989 short film directed by Aarin Burch, depicting Black lesbian desire through dance. It features contemporary dancers Matima Hadi and Debra Floyd, with original music by Vicki Randle. The film is widely recognized for featuring one of the earliest known on-screen kisses between two Black women, challenging norms of representation in experimental film and opening doors for queer Black visibility in cinema. The film was screened at the Frameline22 festival in 1998.</w:t>
      </w:r>
      <w:r/>
    </w:p>
    <w:p>
      <w:pPr>
        <w:pStyle w:val="ListNumber"/>
        <w:spacing w:line="240" w:lineRule="auto"/>
        <w:ind w:left="720"/>
      </w:pPr>
      <w:r/>
      <w:hyperlink r:id="rId12">
        <w:r>
          <w:rPr>
            <w:color w:val="0000EE"/>
            <w:u w:val="single"/>
          </w:rPr>
          <w:t>https://www.blockmuseum.northwestern.edu/cinema/2024/dreams-of-passion-the-short-films-of-aarin-burch.html</w:t>
        </w:r>
      </w:hyperlink>
      <w:r>
        <w:t xml:space="preserve"> - In March 2024, the Block Museum of Art at Northwestern University hosted a screening titled 'Dreams of Passion: The Short Films of Aarin Burch,' featuring Burch's works, including 'Dreams of Passion' (1989) and 'Spin Cycle' (1991). The event included an artist talk with Burch, who discussed her films exploring the boundaries of creative personal expression and Black lesbian identity. The program was co-presented with the Screen Cultures program and Radio/Television/Film at Northwestern University.</w:t>
      </w:r>
      <w:r/>
    </w:p>
    <w:p>
      <w:pPr>
        <w:pStyle w:val="ListNumber"/>
        <w:spacing w:line="240" w:lineRule="auto"/>
        <w:ind w:left="720"/>
      </w:pPr>
      <w:r/>
      <w:hyperlink r:id="rId15">
        <w:r>
          <w:rPr>
            <w:color w:val="0000EE"/>
            <w:u w:val="single"/>
          </w:rPr>
          <w:t>https://www.ifccenter.com/films/twice-as-nice-dreams-of-passion/</w:t>
        </w:r>
      </w:hyperlink>
      <w:r>
        <w:t xml:space="preserve"> - In July 2026, the IFC Center in New York City hosted a screening titled 'Twice as Nice + Dreams of Passion,' featuring the 1989 short film 'Dreams of Passion' directed by Aarin Burch. The film was screened alongside 'Twice as Nice,' a film by Jessie Maple. The event was part of the 'Declaration of Independents!' series and included an introduction by director Aarin Burch. The screening was accessible, with assistive listening and T-Coil services provided.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oaklandside.org/2026/08/11/reel-queer-flix-screenings-at-grand-lake-theater/" TargetMode="External"/><Relationship Id="rId10" Type="http://schemas.openxmlformats.org/officeDocument/2006/relationships/hyperlink" Target="https://cinemamafilm.com/rqf" TargetMode="External"/><Relationship Id="rId11" Type="http://schemas.openxmlformats.org/officeDocument/2006/relationships/hyperlink" Target="https://mubi.com/en/us/films/dreams-of-passion" TargetMode="External"/><Relationship Id="rId12" Type="http://schemas.openxmlformats.org/officeDocument/2006/relationships/hyperlink" Target="https://www.blockmuseum.northwestern.edu/cinema/2024/dreams-of-passion-the-short-films-of-aarin-burch.html" TargetMode="External"/><Relationship Id="rId13" Type="http://schemas.openxmlformats.org/officeDocument/2006/relationships/hyperlink" Target="https://www.frameline.org/films/frameline22/dreams-of-passion" TargetMode="External"/><Relationship Id="rId14" Type="http://schemas.openxmlformats.org/officeDocument/2006/relationships/hyperlink" Target="https://www.aarinburch.com/films" TargetMode="External"/><Relationship Id="rId15" Type="http://schemas.openxmlformats.org/officeDocument/2006/relationships/hyperlink" Target="https://www.ifccenter.com/films/twice-as-nice-dreams-of-pass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