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Raleigh Events This Week: Live Music, Dino Days and Candle-Making Fun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live shows, family-friendly happenings and hands-on workshops across Raleigh this week , from prehistoric play for kids to late-night record buzz and a candle class that smells like summer. Here’s what’s worth pencilling in and why each event matters.</w:t>
      </w:r>
      <w:r/>
    </w:p>
    <w:p>
      <w:r/>
      <w:r>
        <w:t>Essential Takeaways</w:t>
      </w:r>
      <w:r/>
      <w:r/>
    </w:p>
    <w:p>
      <w:pPr>
        <w:pStyle w:val="ListBullet"/>
        <w:spacing w:line="240" w:lineRule="auto"/>
        <w:ind w:left="720"/>
      </w:pPr>
      <w:r/>
      <w:r>
        <w:rPr>
          <w:b/>
        </w:rPr>
        <w:t>Family favourite:</w:t>
      </w:r>
      <w:r>
        <w:t xml:space="preserve"> Dino Day offers interactive paleontology fun with music and magic , messy, joyful and great for little hands.</w:t>
      </w:r>
      <w:r/>
    </w:p>
    <w:p>
      <w:pPr>
        <w:pStyle w:val="ListBullet"/>
        <w:spacing w:line="240" w:lineRule="auto"/>
        <w:ind w:left="720"/>
      </w:pPr>
      <w:r/>
      <w:r>
        <w:rPr>
          <w:b/>
        </w:rPr>
        <w:t>Music highlights:</w:t>
      </w:r>
      <w:r>
        <w:t xml:space="preserve"> Local indie Harvey Street headlines the free Live After 5 summer closer; national acts like 5 Seconds of Summer and Simple Plan bring big-venue nostalgia.</w:t>
      </w:r>
      <w:r/>
    </w:p>
    <w:p>
      <w:pPr>
        <w:pStyle w:val="ListBullet"/>
        <w:spacing w:line="240" w:lineRule="auto"/>
        <w:ind w:left="720"/>
      </w:pPr>
      <w:r/>
      <w:r>
        <w:rPr>
          <w:b/>
        </w:rPr>
        <w:t>Community moments:</w:t>
      </w:r>
      <w:r>
        <w:t xml:space="preserve"> Caribmask Carnival and OUTSOUTH Queer Film Festival celebrate culture, representation and local creatives.</w:t>
      </w:r>
      <w:r/>
    </w:p>
    <w:p>
      <w:pPr>
        <w:pStyle w:val="ListBullet"/>
        <w:spacing w:line="240" w:lineRule="auto"/>
        <w:ind w:left="720"/>
      </w:pPr>
      <w:r/>
      <w:r>
        <w:rPr>
          <w:b/>
        </w:rPr>
        <w:t>Hands-on picks:</w:t>
      </w:r>
      <w:r>
        <w:t xml:space="preserve"> Wicks &amp; Wax candle-making is intimate, fragrant and a smart gift idea; The Ember Series pairs chefs for a smoky, social supper.</w:t>
      </w:r>
      <w:r/>
    </w:p>
    <w:p>
      <w:pPr>
        <w:pStyle w:val="ListBullet"/>
        <w:spacing w:line="240" w:lineRule="auto"/>
        <w:ind w:left="720"/>
      </w:pPr>
      <w:r/>
      <w:r>
        <w:rPr>
          <w:b/>
        </w:rPr>
        <w:t>Good causes:</w:t>
      </w:r>
      <w:r>
        <w:t xml:space="preserve"> Rescue Brew launch combines new beer tasting with pet-adoption efforts for a feel-good night out.</w:t>
      </w:r>
      <w:r/>
      <w:r/>
    </w:p>
    <w:p>
      <w:pPr>
        <w:pStyle w:val="Heading2"/>
      </w:pPr>
      <w:r>
        <w:t>A dino-mite weekend for little explorers</w:t>
      </w:r>
      <w:r/>
    </w:p>
    <w:p>
      <w:r/>
      <w:r>
        <w:t>If your child lives for dinosaurs, Dino Day is the kind of tactile, loud, perfectly chaotic event you’ll both love , think digging in the square, music and a bit of magic to keep energy high. According to Visit Raleigh, Diggery Digger’s Dino Adventure brings interactive shows built for tiny paleontologists, so expect sand, brushes and proud little discoveries. These events tend to fill up early, so arrive with sunscreen, a change of clothes and the kind of camera that can handle grubby fingers. It’s the sort of hands-on learning that sticks, and you’ll leave with a tired, grinning kid and maybe a fossil-shaped souvenir.</w:t>
      </w:r>
      <w:r/>
    </w:p>
    <w:p>
      <w:pPr>
        <w:pStyle w:val="Heading2"/>
      </w:pPr>
      <w:r>
        <w:t>Live After 5: downtown energy with an indie edge</w:t>
      </w:r>
      <w:r/>
    </w:p>
    <w:p>
      <w:r/>
      <w:r>
        <w:t>Downtown Raleigh Alliance closes its free concert series at Moore Square with Harvey Street, a local alt-rock band packing plenty of hometown charm. Live After 5 has been the summer’s soundtrack for many, with folding chairs, picnic blankets and a crowd that’s equal parts young professionals and families. Bring cash for food trucks, wear comfy shoes and get there early for the best spot , it’s one of those community nights where you’ll bump into neighbours and discover a band you’ll stream on repeat.</w:t>
      </w:r>
      <w:r/>
    </w:p>
    <w:p>
      <w:pPr>
        <w:pStyle w:val="Heading2"/>
      </w:pPr>
      <w:r>
        <w:t>Late-night listening and vinyl culture</w:t>
      </w:r>
      <w:r/>
    </w:p>
    <w:p>
      <w:r/>
      <w:r>
        <w:t>For music obsessives, Schoolkids Records is hosting a midnight listening party for Phoebe Bridgers’ new album Lost Weekend, complete with a chance to buy a special white-label Zodiacal Light pressing. Record-store listening parties are small, slightly reverent rituals , you come for the first spin, stay for the chat with other superfans, and leave with a little buzz that only vinyl can give. If you’ve never been, expect close quarters, dim lighting and the thrill of hearing something brand new all at once.</w:t>
      </w:r>
      <w:r/>
    </w:p>
    <w:p>
      <w:pPr>
        <w:pStyle w:val="Heading2"/>
      </w:pPr>
      <w:r>
        <w:t>Festivals that celebrate community and culture</w:t>
      </w:r>
      <w:r/>
    </w:p>
    <w:p>
      <w:r/>
      <w:r>
        <w:t>This week’s calendar is heavy on communal experiences. OUTSOUTH Queer Film Festival screens shorts, documentaries and features at the Carolina Theatre, spotlighting LGBTQ+ voices across the Southeast. Meanwhile Caribmask Carnival fills Fayetteville Street with bands, DJs and masqueraders celebrating Afro-Caribbean culture and diversity. Both events are invitation and statement: they’re joyful, visible and remind you why local festivals are worth the effort of planning ahead. Buy tickets early for film screenings and bring cash for food and artisan stalls at the carnival.</w:t>
      </w:r>
      <w:r/>
    </w:p>
    <w:p>
      <w:pPr>
        <w:pStyle w:val="Heading2"/>
      </w:pPr>
      <w:r>
        <w:t>Hands-on workshops and pop-up dining you’ll actually remember</w:t>
      </w:r>
      <w:r/>
    </w:p>
    <w:p>
      <w:r/>
      <w:r>
        <w:t>If you’re after something tactile and calming, Wicks &amp; Wax at Fenton is a candle-making class where you blend a custom fragrance and hand-pour a soy candle to take home. It’s intimate, scented and surprisingly satisfying, perfect for a friend date or solo creative night. On a more indulgent note, The Ember Series at Peregrine teams chefs Saif Rahman and Ricky Moore for a wood-fired pop-up that celebrates North Carolina foodways , expect smoky flavours, communal plates and a convivial atmosphere. Both options make great last-minute gifts or date-night upgrades.</w:t>
      </w:r>
      <w:r/>
    </w:p>
    <w:p>
      <w:pPr>
        <w:pStyle w:val="Heading2"/>
      </w:pPr>
      <w:r>
        <w:t>Nights out with a nostalgic soundtrack</w:t>
      </w:r>
      <w:r/>
    </w:p>
    <w:p>
      <w:r/>
      <w:r>
        <w:t>Big-name tours roll through the region this week: 5 Seconds of Summer brings pop-punk sheen to Walnut Creek, and Simple Plan serves up singalong angst at Red Hat Amphitheater. If you’re chasing a high-energy crowd and the rush of hearing your teenage anthems live, these shows deliver. For a different kind of laugh, comedian Corey Holcomb plays a multi-night run with his signature blunt humour. Plan transport in advance, because post-show traffic and ride-hailing surges are a thing.</w:t>
      </w:r>
      <w:r/>
    </w:p>
    <w:p>
      <w:r/>
      <w:r>
        <w:t>Closing line Pick your vibe , loud, leafy, hands-on or heartwarming , and make a night of it; Raleigh’s week is full of small adventures worth the trip.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9">
        <w:r>
          <w:rPr>
            <w:color w:val="0000EE"/>
            <w:u w:val="single"/>
          </w:rPr>
          <w:t>[1]</w:t>
        </w:r>
      </w:hyperlink>
      <w:r>
        <w:t xml:space="preserve">- Paragraph 5: </w:t>
      </w:r>
      <w:hyperlink r:id="rId12">
        <w:r>
          <w:rPr>
            <w:color w:val="0000EE"/>
            <w:u w:val="single"/>
          </w:rPr>
          <w:t>[2]</w:t>
        </w:r>
      </w:hyperlink>
      <w:r>
        <w:t xml:space="preserve">, </w:t>
      </w:r>
      <w:hyperlink r:id="rId9">
        <w:r>
          <w:rPr>
            <w:color w:val="0000EE"/>
            <w:u w:val="single"/>
          </w:rPr>
          <w:t>[1]</w:t>
        </w:r>
      </w:hyperlink>
      <w:r>
        <w:t xml:space="preserve">- Paragraph 6: </w:t>
      </w:r>
      <w:hyperlink r:id="rId9">
        <w:r>
          <w:rPr>
            <w:color w:val="0000EE"/>
            <w:u w:val="single"/>
          </w:rPr>
          <w:t>[1]</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https://raleighmag.com/2026/08/12/raleigh-events-aug-13-19/</w:t>
        </w:r>
      </w:hyperlink>
      <w:r>
        <w:t xml:space="preserve"> - Please view link - unable to able to access data</w:t>
      </w:r>
      <w:r/>
    </w:p>
    <w:p>
      <w:pPr>
        <w:pStyle w:val="ListNumber"/>
        <w:spacing w:line="240" w:lineRule="auto"/>
        <w:ind w:left="720"/>
      </w:pPr>
      <w:r/>
      <w:hyperlink r:id="rId12">
        <w:r>
          <w:rPr>
            <w:color w:val="0000EE"/>
            <w:u w:val="single"/>
          </w:rPr>
          <w:t>https://raleighnc.gov/arts/services/arts-centers/pullen-arts-center-gallery-exhibitions</w:t>
        </w:r>
      </w:hyperlink>
      <w:r>
        <w:t xml:space="preserve"> - The Pullen Arts Center in Raleigh, North Carolina, is hosting the 'Figs and Factures' exhibition by interdisciplinary artist Jason Lord from August 2 to October 25, 2026. This exhibition features a diverse range of artworks, including sculpture, installation, drawing, photography, artist books, and assemblage, all exploring the hidden lives of ordinary objects. A free closing reception is scheduled for October 24, 2026, from 2:30 to 4 p.m. The Pullen Arts Center is located at 105 Pullen Rd., Raleigh, NC 27607. For more information, visit their official website.</w:t>
      </w:r>
      <w:r/>
    </w:p>
    <w:p>
      <w:pPr>
        <w:pStyle w:val="ListNumber"/>
        <w:spacing w:line="240" w:lineRule="auto"/>
        <w:ind w:left="720"/>
      </w:pPr>
      <w:r/>
      <w:hyperlink r:id="rId10">
        <w:r>
          <w:rPr>
            <w:color w:val="0000EE"/>
            <w:u w:val="single"/>
          </w:rPr>
          <w:t>https://www.visitraleigh.com/event/little-fentonians-%26%238211%3B-dino-day/107051/</w:t>
        </w:r>
      </w:hyperlink>
      <w:r>
        <w:t xml:space="preserve"> - On August 13, 2026, Fenton Square in Cary, North Carolina, will host 'Little Fentonians – Dino Day,' a free event for children. The event features Diggery Digger’s Dino Adventure, an interactive show filled with fossils, magic, music, and larger-than-life dinosaur characters. After the show, children can participate in dinosaur-themed crafts and activities designed to spark creativity and curiosity. The event is free, but registration is required to ensure sufficient supplies. Fenton Square is located at 21 Fenton Main St., Cary, NC 27511. For more details, visit the official website.</w:t>
      </w:r>
      <w:r/>
    </w:p>
    <w:p>
      <w:pPr>
        <w:pStyle w:val="ListNumber"/>
        <w:spacing w:line="240" w:lineRule="auto"/>
        <w:ind w:left="720"/>
      </w:pPr>
      <w:r/>
      <w:hyperlink r:id="rId11">
        <w:r>
          <w:rPr>
            <w:color w:val="0000EE"/>
            <w:u w:val="single"/>
          </w:rPr>
          <w:t>https://www.thestoryship.com/diggery-digger-s-dino-adventure</w:t>
        </w:r>
      </w:hyperlink>
      <w:r>
        <w:t xml:space="preserve"> - Diggery Digger’s Dino Adventure is an interactive show offered by The Story Ship, featuring large interactive animated characters, dinosaur bones, a giant dinosaur egg, and beautiful puppets. The show combines intriguing magic and rocking music, providing a memorable adventure for children. Audience members interact by digging up fossils, scanning with the DINA, helping solve puzzles, and singing songs. The program is designed for children in Pre-K to 3rd grade and lasts 45 to 50 minutes. For more information or to book a show, visit The Story Ship's official website.</w:t>
      </w:r>
      <w:r/>
    </w:p>
    <w:p>
      <w:pPr>
        <w:pStyle w:val="ListNumber"/>
        <w:spacing w:line="240" w:lineRule="auto"/>
        <w:ind w:left="720"/>
      </w:pPr>
      <w:r/>
      <w:hyperlink r:id="rId13">
        <w:r>
          <w:rPr>
            <w:color w:val="0000EE"/>
            <w:u w:val="single"/>
          </w:rPr>
          <w:t>https://www.5westmag.com/event/the-jurassic-encounter/</w:t>
        </w:r>
      </w:hyperlink>
      <w:r>
        <w:t xml:space="preserve"> - The Jurassic Encounter is an event held at Fenton in Cary, North Carolina, featuring over 45 life-size animatronic and static dinosaurs. Attendees can meet a large T-Rex, a mighty Triceratops and her young, and dozens of other species. The event also includes opportunities to dig for dinosaur bones and explore a dinosaur village shop with food, toys, and souvenirs. A free bouncy house and games are available for children. The event is scheduled for March 15, 2023, from 10:00 am to 6:00 pm. For more details, visit the official website.</w:t>
      </w:r>
      <w:r/>
    </w:p>
    <w:p>
      <w:pPr>
        <w:pStyle w:val="ListNumber"/>
        <w:spacing w:line="240" w:lineRule="auto"/>
        <w:ind w:left="720"/>
      </w:pPr>
      <w:r/>
      <w:hyperlink r:id="rId14">
        <w:r>
          <w:rPr>
            <w:color w:val="0000EE"/>
            <w:u w:val="single"/>
          </w:rPr>
          <w:t>https://unitedarts.org/artist-directory/diggery-diggers-dino-adventure/</w:t>
        </w:r>
      </w:hyperlink>
      <w:r>
        <w:t xml:space="preserve"> - Diggery Digger’s Dino Adventure is a lively, interactive show offered by The Story Ship, featuring large interactive animated characters, dinosaur bones, a giant dinosaur egg, and beautiful puppets. The show combines intriguing magic and rocking music, providing a memorable adventure for children. Audience members interact by digging up fossils, scanning with the DINA, helping solve puzzles, and singing songs. The program is designed for children in Pre-K to 3rd grade and lasts 45 to 50 minutes. For more information or to book a show, visit The Story Ship's official website.</w:t>
      </w:r>
      <w:r/>
    </w:p>
    <w:p>
      <w:pPr>
        <w:pStyle w:val="ListNumber"/>
        <w:spacing w:line="240" w:lineRule="auto"/>
        <w:ind w:left="720"/>
      </w:pPr>
      <w:r/>
      <w:hyperlink r:id="rId15">
        <w:r>
          <w:rPr>
            <w:color w:val="0000EE"/>
            <w:u w:val="single"/>
          </w:rPr>
          <w:t>https://www.hillsboroughstreet.org/art/pullen-arts-center</w:t>
        </w:r>
      </w:hyperlink>
      <w:r>
        <w:t xml:space="preserve"> - The Pullen Arts Center, located at 105 Pullen Rd., Raleigh, NC 27607, is a community visual arts education facility that supports artists of all ages and levels of experience. The center offers classes and programs in various art forms, including pottery, bookmaking, printmaking, painting, drawing, and jewelry. Studio memberships are available for qualified students wishing to continue their artistic journey by working in the studios. The center is open Monday through Thursday from 9 a.m. to 10 p.m., and on Saturday and Sunday from 9 a.m. to 5 p.m. For more information, visit their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aleighmag.com/2026/08/12/raleigh-events-aug-13-19/" TargetMode="External"/><Relationship Id="rId10" Type="http://schemas.openxmlformats.org/officeDocument/2006/relationships/hyperlink" Target="https://www.visitraleigh.com/event/little-fentonians-%26%238211%3B-dino-day/107051/" TargetMode="External"/><Relationship Id="rId11" Type="http://schemas.openxmlformats.org/officeDocument/2006/relationships/hyperlink" Target="https://www.thestoryship.com/diggery-digger-s-dino-adventure" TargetMode="External"/><Relationship Id="rId12" Type="http://schemas.openxmlformats.org/officeDocument/2006/relationships/hyperlink" Target="https://raleighnc.gov/arts/services/arts-centers/pullen-arts-center-gallery-exhibitions" TargetMode="External"/><Relationship Id="rId13" Type="http://schemas.openxmlformats.org/officeDocument/2006/relationships/hyperlink" Target="https://www.5westmag.com/event/the-jurassic-encounter/" TargetMode="External"/><Relationship Id="rId14" Type="http://schemas.openxmlformats.org/officeDocument/2006/relationships/hyperlink" Target="https://unitedarts.org/artist-directory/diggery-diggers-dino-adventure/" TargetMode="External"/><Relationship Id="rId15" Type="http://schemas.openxmlformats.org/officeDocument/2006/relationships/hyperlink" Target="https://www.hillsboroughstreet.org/art/pullen-arts-cen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