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Pool Parties in Dallas: Dive In’s Thursday Splash Is Back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early-week freedom: Dive In’s Summer House , Feel the Heat returns Thursday, August 13 at Lee Harvey’s with deep house, live performers, frosty drinks and community spirit; tickets start at $17.71 and a portion supports Help Center for LGBTQ+ Health, so it’s fun with purpose.</w:t>
      </w:r>
      <w:r/>
    </w:p>
    <w:p>
      <w:r/>
      <w:r>
        <w:t>Essential Takeaways</w:t>
      </w:r>
      <w:r/>
      <w:r/>
    </w:p>
    <w:p>
      <w:pPr>
        <w:pStyle w:val="ListBullet"/>
        <w:spacing w:line="240" w:lineRule="auto"/>
        <w:ind w:left="720"/>
      </w:pPr>
      <w:r/>
      <w:r>
        <w:rPr>
          <w:b/>
        </w:rPr>
        <w:t>When and where:</w:t>
      </w:r>
      <w:r>
        <w:t xml:space="preserve"> Dive In’s Summer House , Feel the Heat launches Thursday, August 13 at 6pm at Lee Harvey’s, a beloved queer-friendly spot.</w:t>
      </w:r>
      <w:r/>
    </w:p>
    <w:p>
      <w:pPr>
        <w:pStyle w:val="ListBullet"/>
        <w:spacing w:line="240" w:lineRule="auto"/>
        <w:ind w:left="720"/>
      </w:pPr>
      <w:r/>
      <w:r>
        <w:rPr>
          <w:b/>
        </w:rPr>
        <w:t>Music and vibe:</w:t>
      </w:r>
      <w:r>
        <w:t xml:space="preserve"> DJ House of Manchic spins deep house, with live performances for a three-hour, poolside party, think warm beats and cool water.</w:t>
      </w:r>
      <w:r/>
    </w:p>
    <w:p>
      <w:pPr>
        <w:pStyle w:val="ListBullet"/>
        <w:spacing w:line="240" w:lineRule="auto"/>
        <w:ind w:left="720"/>
      </w:pPr>
      <w:r/>
      <w:r>
        <w:rPr>
          <w:b/>
        </w:rPr>
        <w:t>Tickets and perks:</w:t>
      </w:r>
      <w:r>
        <w:t xml:space="preserve"> General entry is $17.71; VIP cabanas for five cost $188.12 and offer a private, cushioned hangout.</w:t>
      </w:r>
      <w:r/>
    </w:p>
    <w:p>
      <w:pPr>
        <w:pStyle w:val="ListBullet"/>
        <w:spacing w:line="240" w:lineRule="auto"/>
        <w:ind w:left="720"/>
      </w:pPr>
      <w:r/>
      <w:r>
        <w:rPr>
          <w:b/>
        </w:rPr>
        <w:t>Charity element:</w:t>
      </w:r>
      <w:r>
        <w:t xml:space="preserve"> A portion of proceeds benefits Help Center for LGBTQ+ Health, so your ticket helps local services.</w:t>
      </w:r>
      <w:r/>
    </w:p>
    <w:p>
      <w:pPr>
        <w:pStyle w:val="ListBullet"/>
        <w:spacing w:line="240" w:lineRule="auto"/>
        <w:ind w:left="720"/>
      </w:pPr>
      <w:r/>
      <w:r>
        <w:rPr>
          <w:b/>
        </w:rPr>
        <w:t>What to expect physically:</w:t>
      </w:r>
      <w:r>
        <w:t xml:space="preserve"> Frothy cocktails, splashy energy, and a crowd ready to party early in the week.</w:t>
      </w:r>
      <w:r/>
      <w:r/>
    </w:p>
    <w:p>
      <w:pPr>
        <w:pStyle w:val="Heading2"/>
      </w:pPr>
      <w:r>
        <w:t>Why Thursday pool parties feel like the smartest kind of mischief</w:t>
      </w:r>
      <w:r/>
    </w:p>
    <w:p>
      <w:r/>
      <w:r>
        <w:t>There’s a particular thrill to starting the weekend early, and a pool makes it tactile , the cool water, the sticky sunscreen, the clink of ice in a plastic cup. Lee Harvey’s Dive In nailed that formula with its queer pool party series, and the August edition promises the same easy, slightly decadent energy. According to the event listing, DJ House of Manchic provides deep house grooves while performers keep the mood electric. Bring a towel, but don’t be surprised if you forget it in favour of the moment.</w:t>
      </w:r>
      <w:r/>
    </w:p>
    <w:p>
      <w:pPr>
        <w:pStyle w:val="Heading2"/>
      </w:pPr>
      <w:r>
        <w:t>How the event blends nightlife with giving back</w:t>
      </w:r>
      <w:r/>
    </w:p>
    <w:p>
      <w:r/>
      <w:r>
        <w:t>It’s not just a social splash. Organisers have built a charity element into ticketing: a share of the $17.71 general admission goes to Help Center for LGBTQ+ Health. That makes the night feel a bit more civic-minded , you get a sundowner and a sense of doing right by community services. If you want to amplify that, a VIP cabana for five at $188.12 is both a plush upgrade and a larger donation boost. It’s a neat way to party with purpose.</w:t>
      </w:r>
      <w:r/>
    </w:p>
    <w:p>
      <w:pPr>
        <w:pStyle w:val="Heading2"/>
      </w:pPr>
      <w:r>
        <w:t>What the VIP cabana actually buys you</w:t>
      </w:r>
      <w:r/>
    </w:p>
    <w:p>
      <w:r/>
      <w:r>
        <w:t>If your idea of fun includes shade, space and a semi-private perch, the cabana makes sense. For groups of friends it’s economical and gives you a base to return to between swims. Expect cushioned seating, easier access to service and a quieter spot to chat away from the main splashing crowd. For organisers, VIPs also tidy cashflow and raise more for the charity partner, so it’s a feel-good flex.</w:t>
      </w:r>
      <w:r/>
    </w:p>
    <w:p>
      <w:pPr>
        <w:pStyle w:val="Heading2"/>
      </w:pPr>
      <w:r>
        <w:t>Crowd, safety and what to bring</w:t>
      </w:r>
      <w:r/>
    </w:p>
    <w:p>
      <w:r/>
      <w:r>
        <w:t>Dive In nights typically draw a mixed, lively crowd of queer and allied attendees; it’s about being seen and having fun. Bring ID, swimwear you don’t mind getting wet, and sun protection if you plan to arrive early. Lee Harvey’s will have staff and security on hand , it’s sensible to keep valuables minimal and use a waterproof pouch for phones. If you’re mindful about accessibility or medical needs, check the venue’s information online or reach out ahead of time.</w:t>
      </w:r>
      <w:r/>
    </w:p>
    <w:p>
      <w:pPr>
        <w:pStyle w:val="Heading2"/>
      </w:pPr>
      <w:r>
        <w:t>Why these midweek events matter for the scene</w:t>
      </w:r>
      <w:r/>
    </w:p>
    <w:p>
      <w:r/>
      <w:r>
        <w:t>Events like Dive In’s series keep the queer nightlife calendar diverse and inclusive, offering more chances to connect than a Friday-or-Saturday-only model. They attract people who work weekends, those wanting a smaller crowd, and anyone who simply likes the idea of a weekday treat. With music, performances and community fundraising folded into one night, it’s an efficient, joyful way to sustain a local scene that thrives on regular gatherings.</w:t>
      </w:r>
      <w:r/>
    </w:p>
    <w:p>
      <w:r/>
      <w:r>
        <w:t>It’s a small change to your week that can make a big, splashy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https://hesaiddallas.com/2026/08/12/queer-weekend-pool-party-vibes-start-on-thursday/</w:t>
        </w:r>
      </w:hyperlink>
      <w:r>
        <w:t xml:space="preserve"> - Please view link - unable to able to access data</w:t>
      </w:r>
      <w:r/>
    </w:p>
    <w:p>
      <w:pPr>
        <w:pStyle w:val="ListNumber"/>
        <w:spacing w:line="240" w:lineRule="auto"/>
        <w:ind w:left="720"/>
      </w:pPr>
      <w:r/>
      <w:hyperlink r:id="rId10">
        <w:r>
          <w:rPr>
            <w:color w:val="0000EE"/>
            <w:u w:val="single"/>
          </w:rPr>
          <w:t>https://www.diveinbar.com</w:t>
        </w:r>
      </w:hyperlink>
      <w:r>
        <w:t xml:space="preserve"> - Lee Harvey's Dive In is a popular bar in Dallas, Texas, known for its vibrant atmosphere and diverse events. The venue hosts various themed nights, including queer pool parties, attracting a lively crowd seeking unique nightlife experiences. Their events often feature live music, performances, and special promotions, making it a central hub for the LGBTQ+ community in Dallas. The bar's commitment to inclusivity and entertainment has solidified its reputation as a go-to destination for both locals and visitors.</w:t>
      </w:r>
      <w:r/>
    </w:p>
    <w:p>
      <w:pPr>
        <w:pStyle w:val="ListNumber"/>
        <w:spacing w:line="240" w:lineRule="auto"/>
        <w:ind w:left="720"/>
      </w:pPr>
      <w:r/>
      <w:hyperlink r:id="rId11">
        <w:r>
          <w:rPr>
            <w:color w:val="0000EE"/>
            <w:u w:val="single"/>
          </w:rPr>
          <w:t>https://sickening.events</w:t>
        </w:r>
      </w:hyperlink>
      <w:r>
        <w:t xml:space="preserve"> - Sickening Events is an event management company based in Dallas, Texas, specialising in organising LGBTQ+ friendly gatherings and parties. They are known for curating unique experiences that cater to the queer community, including pool parties, dance events, and themed nights. Their events often feature local DJs, live performances, and interactive activities, fostering a sense of community and celebration. Sickening Events collaborates with various venues and artists to bring diverse and engaging events to the Dallas area.</w:t>
      </w:r>
      <w:r/>
    </w:p>
    <w:p>
      <w:pPr>
        <w:pStyle w:val="ListNumber"/>
        <w:spacing w:line="240" w:lineRule="auto"/>
        <w:ind w:left="720"/>
      </w:pPr>
      <w:r/>
      <w:hyperlink r:id="rId12">
        <w:r>
          <w:rPr>
            <w:color w:val="0000EE"/>
            <w:u w:val="single"/>
          </w:rPr>
          <w:t>https://helpcentertx.org</w:t>
        </w:r>
      </w:hyperlink>
      <w:r>
        <w:t xml:space="preserve"> - The HELP Center for LGBTQ+ Health is a non-profit organisation based in Fort Worth, Texas, dedicated to providing comprehensive health and education services to the LGBTQ+ community. Established in 1994, the centre focuses on preventing HIV/AIDS and other STDs through innovative and accessible programmes. They offer a range of services, including HIV testing, PrEP services, and mental health support, all at no charge to clients. The centre aims to empower individuals by providing the resources and knowledge needed to thrive.</w:t>
      </w:r>
      <w:r/>
    </w:p>
    <w:p>
      <w:pPr>
        <w:pStyle w:val="ListNumber"/>
        <w:spacing w:line="240" w:lineRule="auto"/>
        <w:ind w:left="720"/>
      </w:pPr>
      <w:r/>
      <w:hyperlink r:id="rId13">
        <w:r>
          <w:rPr>
            <w:color w:val="0000EE"/>
            <w:u w:val="single"/>
          </w:rPr>
          <w:t>https://www.dallasobserver.com</w:t>
        </w:r>
      </w:hyperlink>
      <w:r>
        <w:t xml:space="preserve"> - The Dallas Observer is a weekly newspaper covering news, arts, and entertainment in Dallas, Texas. It provides in-depth reporting on local events, culture, and issues affecting the community. The publication often features articles on LGBTQ+ events, nightlife, and community initiatives, offering insights into the vibrant queer scene in Dallas. Their coverage includes event previews, reviews, and profiles of local personalities, serving as a valuable resource for residents and visitors seeking information on the city's happenings.</w:t>
      </w:r>
      <w:r/>
    </w:p>
    <w:p>
      <w:pPr>
        <w:pStyle w:val="ListNumber"/>
        <w:spacing w:line="240" w:lineRule="auto"/>
        <w:ind w:left="720"/>
      </w:pPr>
      <w:r/>
      <w:hyperlink r:id="rId14">
        <w:r>
          <w:rPr>
            <w:color w:val="0000EE"/>
            <w:u w:val="single"/>
          </w:rPr>
          <w:t>https://www.dallasvoice.com</w:t>
        </w:r>
      </w:hyperlink>
      <w:r>
        <w:t xml:space="preserve"> - Dallas Voice is a weekly newspaper serving the LGBTQ+ community in Dallas, Texas. It covers news, entertainment, and issues pertinent to the queer community, including event listings, health resources, and profiles of local figures. The publication aims to inform and engage its readers by providing relevant and timely content, fostering a sense of community and connection. Dallas Voice is a trusted source for information on LGBTQ+ events, advocacy, and cultural happenings in the Dallas area.</w:t>
      </w:r>
      <w:r/>
    </w:p>
    <w:p>
      <w:pPr>
        <w:pStyle w:val="ListNumber"/>
        <w:spacing w:line="240" w:lineRule="auto"/>
        <w:ind w:left="720"/>
      </w:pPr>
      <w:r/>
      <w:hyperlink r:id="rId15">
        <w:r>
          <w:rPr>
            <w:color w:val="0000EE"/>
            <w:u w:val="single"/>
          </w:rPr>
          <w:t>https://www.dallaspride.org</w:t>
        </w:r>
      </w:hyperlink>
      <w:r>
        <w:t xml:space="preserve"> - Dallas Pride is an annual event celebrating the LGBTQ+ community in Dallas, Texas. Organised by the Dallas Tavern Guild, the event features a parade, festival, and various activities promoting equality and inclusion. It serves as a platform for advocacy, education, and celebration, drawing attendees from across the region. Dallas Pride highlights the city's commitment to diversity and serves as a testament to the vibrant and resilient queer community in Dallas.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saiddallas.com/2026/08/12/queer-weekend-pool-party-vibes-start-on-thursday/" TargetMode="External"/><Relationship Id="rId10" Type="http://schemas.openxmlformats.org/officeDocument/2006/relationships/hyperlink" Target="https://www.diveinbar.com" TargetMode="External"/><Relationship Id="rId11" Type="http://schemas.openxmlformats.org/officeDocument/2006/relationships/hyperlink" Target="https://sickening.events" TargetMode="External"/><Relationship Id="rId12" Type="http://schemas.openxmlformats.org/officeDocument/2006/relationships/hyperlink" Target="https://helpcentertx.org" TargetMode="External"/><Relationship Id="rId13" Type="http://schemas.openxmlformats.org/officeDocument/2006/relationships/hyperlink" Target="https://www.dallasobserver.com" TargetMode="External"/><Relationship Id="rId14" Type="http://schemas.openxmlformats.org/officeDocument/2006/relationships/hyperlink" Target="https://www.dallasvoice.com" TargetMode="External"/><Relationship Id="rId15" Type="http://schemas.openxmlformats.org/officeDocument/2006/relationships/hyperlink" Target="https://www.dallasprid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