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Oakland Pride Parade 2026 Guide: What’s New, Who’s Leading, and How to Join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Oakland’s big Pride celebration shift months and gears this August , with a parade, multi‑stage festival, trans‑led march, and familiar faces backing a community‑run comeback that matters to locals and visitors alike. Here’s what to know, when to show up, and how to make the most of it.</w:t>
      </w:r>
      <w:r/>
    </w:p>
    <w:p>
      <w:r/>
      <w:r>
        <w:t>Essential Takeaways</w:t>
      </w:r>
      <w:r/>
      <w:r/>
    </w:p>
    <w:p>
      <w:pPr>
        <w:pStyle w:val="ListBullet"/>
        <w:spacing w:line="240" w:lineRule="auto"/>
        <w:ind w:left="720"/>
      </w:pPr>
      <w:r/>
      <w:r>
        <w:rPr>
          <w:b/>
        </w:rPr>
        <w:t>New date, same spirit:</w:t>
      </w:r>
      <w:r>
        <w:t xml:space="preserve"> Oakland Pride moves to Sunday 16 August with a parade from 21st Street along Broadway to Frank Ogawa Plaza.</w:t>
      </w:r>
      <w:r/>
    </w:p>
    <w:p>
      <w:pPr>
        <w:pStyle w:val="ListBullet"/>
        <w:spacing w:line="240" w:lineRule="auto"/>
        <w:ind w:left="720"/>
      </w:pPr>
      <w:r/>
      <w:r>
        <w:rPr>
          <w:b/>
        </w:rPr>
        <w:t>Trans visibility first:</w:t>
      </w:r>
      <w:r>
        <w:t xml:space="preserve"> The march opens with an East Bay Trans March led by Bruthas Rising and the LGBTQ center’s trans wellness clinic , everyone’s invited.</w:t>
      </w:r>
      <w:r/>
    </w:p>
    <w:p>
      <w:pPr>
        <w:pStyle w:val="ListBullet"/>
        <w:spacing w:line="240" w:lineRule="auto"/>
        <w:ind w:left="720"/>
      </w:pPr>
      <w:r/>
      <w:r>
        <w:rPr>
          <w:b/>
        </w:rPr>
        <w:t>Affordable access:</w:t>
      </w:r>
      <w:r>
        <w:t xml:space="preserve"> Festival entry remains $20, keeping the celebration family‑friendly and accessible.</w:t>
      </w:r>
      <w:r/>
    </w:p>
    <w:p>
      <w:pPr>
        <w:pStyle w:val="ListBullet"/>
        <w:spacing w:line="240" w:lineRule="auto"/>
        <w:ind w:left="720"/>
      </w:pPr>
      <w:r/>
      <w:r>
        <w:rPr>
          <w:b/>
        </w:rPr>
        <w:t>Big stages and acts:</w:t>
      </w:r>
      <w:r>
        <w:t xml:space="preserve"> Main, Latin and house music stages will host performances, including Grammy‑nominated and Latin‑pop headliners.</w:t>
      </w:r>
      <w:r/>
    </w:p>
    <w:p>
      <w:pPr>
        <w:pStyle w:val="ListBullet"/>
        <w:spacing w:line="240" w:lineRule="auto"/>
        <w:ind w:left="720"/>
      </w:pPr>
      <w:r/>
      <w:r>
        <w:rPr>
          <w:b/>
        </w:rPr>
        <w:t>Community leadership:</w:t>
      </w:r>
      <w:r>
        <w:t xml:space="preserve"> Oakland LGBTQ Community Center now runs Pride after rescuing and absorbing the festival’s operations.</w:t>
      </w:r>
      <w:r/>
      <w:r/>
    </w:p>
    <w:p>
      <w:pPr>
        <w:pStyle w:val="Heading2"/>
      </w:pPr>
      <w:r>
        <w:t>Why the date change matters , and why August feels different</w:t>
      </w:r>
      <w:r/>
    </w:p>
    <w:p>
      <w:r/>
      <w:r>
        <w:t>Shifts like moving Pride from September to mid‑August change the energy of a city. Many locals head away from the Bay in late August and early September, and some business owners raised that concern, but organisers argue August brings a clearer calendar and a fresh start. The parade will now march at 10:30am down Broadway, finishing at Frank Ogawa Plaza, so expect bright daylight, family groups and an earlier, more festival‑friendly rhythm.</w:t>
      </w:r>
      <w:r/>
    </w:p>
    <w:p>
      <w:r/>
      <w:r>
        <w:t>Backstory: Oakland Pride’s governance has been evolving since 2021 when financial and leadership strains forced a rethink. The Oakland LGBTQ Community Center stepped in as fiscal sponsor and has now fully taken the reins, aiming to stabilise operations and offer year‑round programming from a single hub. If you’re planning your weekend, treat the date change as a heads‑up: hotels, travel and local events tilt differently in August.</w:t>
      </w:r>
      <w:r/>
    </w:p>
    <w:p>
      <w:r/>
      <w:r>
        <w:t>Practical tip: If you usually rely on late‑summer weekend plans, book early and check venue calendars , some venues are doubling down with extra Pride events across the week.</w:t>
      </w:r>
      <w:r/>
    </w:p>
    <w:p>
      <w:pPr>
        <w:pStyle w:val="Heading2"/>
      </w:pPr>
      <w:r>
        <w:t>The Trans March opens the parade , a deliberate, visible choice</w:t>
      </w:r>
      <w:r/>
    </w:p>
    <w:p>
      <w:r/>
      <w:r>
        <w:t>This year the parade will start with an East Bay Trans March, organised with Bruthas Rising and the centre’s trans wellness clinic. That’s a clear, intentional move to centre trans people at the front of the celebration, and it sets a tone of visibility and solidarity from the first step.</w:t>
      </w:r>
      <w:r/>
    </w:p>
    <w:p>
      <w:r/>
      <w:r>
        <w:t>Context: The change departs from traditional parade sequencing that usually places motorcycles and sponsors first. Organisers say they want to create space for trans communities amid ongoing national and regional pressures facing trans people.</w:t>
      </w:r>
      <w:r/>
    </w:p>
    <w:p>
      <w:r/>
      <w:r>
        <w:t>Practical advice: Trans and allied marchers are encouraged to arrive early. If you’re attending to support, bring signs, wear comfortable shoes, and look out for water stations , this kind of visibility moment is both powerful and emotional.</w:t>
      </w:r>
      <w:r/>
    </w:p>
    <w:p>
      <w:pPr>
        <w:pStyle w:val="Heading2"/>
      </w:pPr>
      <w:r>
        <w:t>What’s on the stages , music, Latin pride, and house vibes</w:t>
      </w:r>
      <w:r/>
    </w:p>
    <w:p>
      <w:r/>
      <w:r>
        <w:t>The festival runs noon to 6pm with a main stage, a Latin stage and a house music stage. Expect headline performances that span R&amp;B, Latin pop and dance, curated to reflect Oakland’s musical diversity. Promoters note two Grammy‑nominated artists are on the bill, while the Latin stage features well‑known 90s pop acts and contemporary Latin programming produced with local promoters.</w:t>
      </w:r>
      <w:r/>
    </w:p>
    <w:p>
      <w:r/>
      <w:r>
        <w:t>Context: The Latin stage is produced with Club Papi and Que Rico Productions, showcasing Oakland’s vibrant Latinx LGBTQ scene. That means a mix of nostalgia acts and fresh local talent, and the programming echoes the city’s long history of cross‑cultural celebration.</w:t>
      </w:r>
      <w:r/>
    </w:p>
    <w:p>
      <w:r/>
      <w:r>
        <w:t>Practical tip: If you have a favourite stage, look up set times in advance and plan to arrive early for headline sets. Bring a light jacket for the evening; Oakland can cool off quickly after sunset.</w:t>
      </w:r>
      <w:r/>
    </w:p>
    <w:p>
      <w:pPr>
        <w:pStyle w:val="Heading2"/>
      </w:pPr>
      <w:r>
        <w:t>Community, sponsorship and the business of Pride</w:t>
      </w:r>
      <w:r/>
    </w:p>
    <w:p>
      <w:r/>
      <w:r>
        <w:t>Sponsors include Kaiser Permanente and Gilead Sciences, signalling mainstream support alongside community leadership. That said, sponsorships can be complicated , for instance, last year Kaiser paused gender‑affirming surgeries for under‑19 patients locally, which stirred debate. Organisers emphasise sponsors’ financial support helps keep entry affordable and the festival accessible.</w:t>
      </w:r>
      <w:r/>
    </w:p>
    <w:p>
      <w:r/>
      <w:r>
        <w:t>Backstory: The centre’s takeover followed years of financial struggle for Oakland Pride. Former board members described previous mismanagement; the consolidation under the LGBTQ Community Center is meant to provide fiscal stability and infrastructure. Many local leaders welcomed the move as a pragmatic rescue and a chance to build long‑term programming.</w:t>
      </w:r>
      <w:r/>
    </w:p>
    <w:p>
      <w:r/>
      <w:r>
        <w:t>Practical advice: If you want to support community‑run Pride beyond attending, look for volunteer signups or donate to the Oakland LGBTQ Community Center. Sponsorships pay for stages and safety, but grassroots contributions help fund year‑round services.</w:t>
      </w:r>
      <w:r/>
    </w:p>
    <w:p>
      <w:pPr>
        <w:pStyle w:val="Heading2"/>
      </w:pPr>
      <w:r>
        <w:t>Who’s being honoured , grand marshals and local flavour</w:t>
      </w:r>
      <w:r/>
    </w:p>
    <w:p>
      <w:r/>
      <w:r>
        <w:t>This year’s grand marshals reflect decades of local organising, nightlife culture and youth leadership: nightclub owners, drag producers, long‑time community organisers, youth leaders and the former Pride board are all recognised. That mix signals a celebration that honours both institutions and everyday people who’ve kept Oakland’s queer culture alive.</w:t>
      </w:r>
      <w:r/>
    </w:p>
    <w:p>
      <w:r/>
      <w:r>
        <w:t>Local colour: Expect lowriders, DJs, drag performers and club personalities in the contingents. Organisers emphasise intentional selections , people who’ve had tangible impact on Oakland’s LGBTQ community.</w:t>
      </w:r>
      <w:r/>
    </w:p>
    <w:p>
      <w:r/>
      <w:r>
        <w:t>Practical tip: If you want the best parade view, stake out a spot along Broadway near 21st or nearer to the plaza early. Bring cash for local vendors, and note the festival entry gates at 14th &amp; Broadway and 12th &amp; Clay.</w:t>
      </w:r>
      <w:r/>
    </w:p>
    <w:p>
      <w:pPr>
        <w:pStyle w:val="Heading2"/>
      </w:pPr>
      <w:r>
        <w:t>Parties, fringe events and week‑long Pride energy</w:t>
      </w:r>
      <w:r/>
    </w:p>
    <w:p>
      <w:r/>
      <w:r>
        <w:t>Bars and clubs around 15th Street and Broadway are running week‑long programming, from drag brunches to themed club nights and after‑parties. Some venue owners still worry August will dilute turnout, but several local spots are doubling down with multiple ticketed and free events to keep momentum high.</w:t>
      </w:r>
      <w:r/>
    </w:p>
    <w:p>
      <w:r/>
      <w:r>
        <w:t>Practical note: Many fringe events sell tickets on Eventbrite and similar platforms. If you’re after a drag brunch or a specialised concert, book ahead , seats for marquee acts do go fast.</w:t>
      </w:r>
      <w:r/>
    </w:p>
    <w:p>
      <w:r/>
      <w:r>
        <w:t>Closing line It’s a refreshed, community‑led Oakland Pride , show up early, support local groups, and enjoy a parade that’s putting visibility and accessibility front and centre.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1">
        <w:r>
          <w:rPr>
            <w:color w:val="0000EE"/>
            <w:u w:val="single"/>
          </w:rPr>
          <w:t>[3]</w:t>
        </w:r>
      </w:hyperlink>
      <w:r>
        <w:t xml:space="preserve">- Paragraph 5: </w:t>
      </w:r>
      <w:hyperlink r:id="rId9">
        <w:r>
          <w:rPr>
            <w:color w:val="0000EE"/>
            <w:u w:val="single"/>
          </w:rPr>
          <w:t>[1]</w:t>
        </w:r>
      </w:hyperlink>
      <w:r>
        <w:t xml:space="preserve">, </w:t>
      </w:r>
      <w:hyperlink r:id="rId13">
        <w:r>
          <w:rPr>
            <w:color w:val="0000EE"/>
            <w:u w:val="single"/>
          </w:rPr>
          <w:t>[6]</w:t>
        </w:r>
      </w:hyperlink>
      <w:r>
        <w:t xml:space="preserve">- Paragraph 6: </w:t>
      </w:r>
      <w:hyperlink r:id="rId9">
        <w:r>
          <w:rPr>
            <w:color w:val="0000EE"/>
            <w:u w:val="single"/>
          </w:rPr>
          <w:t>[1]</w:t>
        </w:r>
      </w:hyperlink>
      <w:r>
        <w:t xml:space="preserve">, </w:t>
      </w:r>
      <w:hyperlink r:id="rId11">
        <w:r>
          <w:rPr>
            <w:color w:val="0000EE"/>
            <w:u w:val="single"/>
          </w:rPr>
          <w:t>[3]</w:t>
        </w:r>
      </w:hyperlink>
      <w:r>
        <w:t xml:space="preserve">- Paragraph 7: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https://www.ebar.com/story/169197/</w:t>
        </w:r>
      </w:hyperlink>
      <w:r>
        <w:t xml:space="preserve"> - Please view link - unable to able to access data</w:t>
      </w:r>
      <w:r/>
    </w:p>
    <w:p>
      <w:pPr>
        <w:pStyle w:val="ListNumber"/>
        <w:spacing w:line="240" w:lineRule="auto"/>
        <w:ind w:left="720"/>
      </w:pPr>
      <w:r/>
      <w:hyperlink r:id="rId10">
        <w:r>
          <w:rPr>
            <w:color w:val="0000EE"/>
            <w:u w:val="single"/>
          </w:rPr>
          <w:t>https://www.oaklandprideofficial.org/</w:t>
        </w:r>
      </w:hyperlink>
      <w:r>
        <w:t xml:space="preserve"> - The official website of Oakland Pride provides comprehensive information about the annual Pride Parade and Festival, including event schedules, ticketing, and details about the parade route and festival location. The 2026 event is scheduled for Sunday, August 16, featuring a parade starting at 10:30 AM along Broadway, culminating at Frank Ogawa Plaza near Oakland City Hall. The festival will run from noon to 6 PM at Frank Ogawa Plaza, with entry gates at 14th Street &amp; Broadway and 12th Street &amp; Clay. The website also offers options to book accommodations and get involved through volunteering or vending opportunities.</w:t>
      </w:r>
      <w:r/>
    </w:p>
    <w:p>
      <w:pPr>
        <w:pStyle w:val="ListNumber"/>
        <w:spacing w:line="240" w:lineRule="auto"/>
        <w:ind w:left="720"/>
      </w:pPr>
      <w:r/>
      <w:hyperlink r:id="rId11">
        <w:r>
          <w:rPr>
            <w:color w:val="0000EE"/>
            <w:u w:val="single"/>
          </w:rPr>
          <w:t>https://www.oaklandlgbtqcenter.org/</w:t>
        </w:r>
      </w:hyperlink>
      <w:r>
        <w:t xml:space="preserve"> - The Oakland LGBTQ Community Center's website outlines its mission to provide safe, inclusive spaces for wellness, connection, support, and empowerment. It details various services offered, including youth services, trans support, and sexual health &amp; wellness support. The center also hosts events like the annual Pride Parade and Festival, with information on operating hours, crisis hotline resources, and opportunities for donations and involvement. The center is open Monday–Friday from 12:00–6:00 PM, with extended hours for select groups and some Saturday activities.</w:t>
      </w:r>
      <w:r/>
    </w:p>
    <w:p>
      <w:pPr>
        <w:pStyle w:val="ListNumber"/>
        <w:spacing w:line="240" w:lineRule="auto"/>
        <w:ind w:left="720"/>
      </w:pPr>
      <w:r/>
      <w:hyperlink r:id="rId12">
        <w:r>
          <w:rPr>
            <w:color w:val="0000EE"/>
            <w:u w:val="single"/>
          </w:rPr>
          <w:t>https://bikeeastbay.org/event/oakland-pride-parade-march-with-bike-east-bay-2/</w:t>
        </w:r>
      </w:hyperlink>
      <w:r>
        <w:t xml:space="preserve"> - Bike East Bay invites participants to join their march in the Oakland Pride Parade on August 16, 2026. The event is scheduled from 9:30 AM to 12:00 PM, starting at MLK &amp; Grand Ave. Participants are encouraged to bring their bikes and join the parade, with the option to park at the bike valet during the festival. The event is free to attend and offers a unique opportunity to celebrate Pride while promoting cycling in the community.</w:t>
      </w:r>
      <w:r/>
    </w:p>
    <w:p>
      <w:pPr>
        <w:pStyle w:val="ListNumber"/>
        <w:spacing w:line="240" w:lineRule="auto"/>
        <w:ind w:left="720"/>
      </w:pPr>
      <w:r/>
      <w:hyperlink r:id="rId14">
        <w:r>
          <w:rPr>
            <w:color w:val="0000EE"/>
            <w:u w:val="single"/>
          </w:rPr>
          <w:t>https://www.oaklandrootssc.com/news/2022/08/16/oakland-roots-to-celebrate-pride-at-september-3rd-home-game/</w:t>
        </w:r>
      </w:hyperlink>
      <w:r>
        <w:t xml:space="preserve"> - In 2022, Oakland Roots SC announced plans to celebrate Pride at their September 3rd home game. The event included a March to the Match starting at the Oakland LGBTQ Community Center, a pregame drag show on East 10th Street, and halftime trivia focused on Oakland history and LGBTQ+ rights, with proceeds benefiting the Oakland LGBTQ Community Center. This initiative highlights the team's commitment to supporting the local LGBTQ community and celebrating Pride through sports and community engagement.</w:t>
      </w:r>
      <w:r/>
    </w:p>
    <w:p>
      <w:pPr>
        <w:pStyle w:val="ListNumber"/>
        <w:spacing w:line="240" w:lineRule="auto"/>
        <w:ind w:left="720"/>
      </w:pPr>
      <w:r/>
      <w:hyperlink r:id="rId13">
        <w:r>
          <w:rPr>
            <w:color w:val="0000EE"/>
            <w:u w:val="single"/>
          </w:rPr>
          <w:t>https://www.quericonightclub.com/oakland-pride-latin-stage/</w:t>
        </w:r>
      </w:hyperlink>
      <w:r>
        <w:t xml:space="preserve"> - Club Papi and Valentino Presents are hosting the Oakland Pride Latin Stage, featuring headliner Fey, a renowned Mexican artist. The event is scheduled for August 16, 2026, with a VIP Meet and Greet option available for attendees. The Latin Stage is part of the broader Oakland Pride Festival, offering a vibrant celebration of Latinx culture within the LGBTQ community. The event also includes pre-party and after-party events at local venues, enhancing the Pride weekend experience in Oakland.</w:t>
      </w:r>
      <w:r/>
    </w:p>
    <w:p>
      <w:pPr>
        <w:pStyle w:val="ListNumber"/>
        <w:spacing w:line="240" w:lineRule="auto"/>
        <w:ind w:left="720"/>
      </w:pPr>
      <w:r/>
      <w:hyperlink r:id="rId15">
        <w:r>
          <w:rPr>
            <w:color w:val="0000EE"/>
            <w:u w:val="single"/>
          </w:rPr>
          <w:t>https://fairyland.org/event-calendar/pride-family/2026-08-15/</w:t>
        </w:r>
      </w:hyperlink>
      <w:r>
        <w:t xml:space="preserve"> - Children's Fairyland in Oakland is hosting a Family Pride Weekend on August 15 and 16, 2026. The event features family-friendly Pride activities, including face painting, arts and crafts, tie-dye shirts, and outdoor games. On Sunday, August 16, in partnership with Our Family Coalition, additional activities such as mindfulness sessions and performances by magician Blake Maxam are planned. The event is included with general admission and aims to provide a joyful and inclusive environment for families to celebrate Pride together.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9197/" TargetMode="External"/><Relationship Id="rId10" Type="http://schemas.openxmlformats.org/officeDocument/2006/relationships/hyperlink" Target="https://www.oaklandprideofficial.org/" TargetMode="External"/><Relationship Id="rId11" Type="http://schemas.openxmlformats.org/officeDocument/2006/relationships/hyperlink" Target="https://www.oaklandlgbtqcenter.org/" TargetMode="External"/><Relationship Id="rId12" Type="http://schemas.openxmlformats.org/officeDocument/2006/relationships/hyperlink" Target="https://bikeeastbay.org/event/oakland-pride-parade-march-with-bike-east-bay-2/" TargetMode="External"/><Relationship Id="rId13" Type="http://schemas.openxmlformats.org/officeDocument/2006/relationships/hyperlink" Target="https://www.quericonightclub.com/oakland-pride-latin-stage/" TargetMode="External"/><Relationship Id="rId14" Type="http://schemas.openxmlformats.org/officeDocument/2006/relationships/hyperlink" Target="https://www.oaklandrootssc.com/news/2022/08/16/oakland-roots-to-celebrate-pride-at-september-3rd-home-game/" TargetMode="External"/><Relationship Id="rId15" Type="http://schemas.openxmlformats.org/officeDocument/2006/relationships/hyperlink" Target="https://fairyland.org/event-calendar/pride-family/2026-08-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