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Animated Films: Why Jim Queen’s Satire on Gay Stereotypes Is Refreshing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Spotting a bold new voice, critics and festivalgoers are laughing and squirming at Jim Queen, a French animated satire that turns the usual AIDS allegory on its head and asks why losing your perfect image might feel worse than death for some gay men. It matters because the film riffs on identity, camp and community in a way that’s both sharp and playful.</w:t>
      </w:r>
      <w:r/>
    </w:p>
    <w:p>
      <w:r/>
      <w:r>
        <w:t>Essential Takeaways</w:t>
      </w:r>
      <w:r/>
      <w:r/>
    </w:p>
    <w:p>
      <w:pPr>
        <w:pStyle w:val="ListBullet"/>
        <w:spacing w:line="240" w:lineRule="auto"/>
        <w:ind w:left="720"/>
      </w:pPr>
      <w:r/>
      <w:r>
        <w:rPr>
          <w:b/>
        </w:rPr>
        <w:t>Sharp premise:</w:t>
      </w:r>
      <w:r>
        <w:t xml:space="preserve"> Jim Queen flips the AIDS-parable script by giving its protagonist a fictional illness , “heterose” , that forces a gay influencer toward heteronormativity.</w:t>
      </w:r>
      <w:r/>
    </w:p>
    <w:p>
      <w:pPr>
        <w:pStyle w:val="ListBullet"/>
        <w:spacing w:line="240" w:lineRule="auto"/>
        <w:ind w:left="720"/>
      </w:pPr>
      <w:r/>
      <w:r>
        <w:rPr>
          <w:b/>
        </w:rPr>
        <w:t>Visual flavour:</w:t>
      </w:r>
      <w:r>
        <w:t xml:space="preserve"> The animation is colourful and kinetic, with character designs that lean cartoonish and expressive, making jokes land visually as well as verbally.</w:t>
      </w:r>
      <w:r/>
    </w:p>
    <w:p>
      <w:pPr>
        <w:pStyle w:val="ListBullet"/>
        <w:spacing w:line="240" w:lineRule="auto"/>
        <w:ind w:left="720"/>
      </w:pPr>
      <w:r/>
      <w:r>
        <w:rPr>
          <w:b/>
        </w:rPr>
        <w:t>Community portrait:</w:t>
      </w:r>
      <w:r>
        <w:t xml:space="preserve"> The film maps a recognisable Paris gay scene, from bears to drag queens, celebrating inside jokes while skirting broader queer complexity.</w:t>
      </w:r>
      <w:r/>
    </w:p>
    <w:p>
      <w:pPr>
        <w:pStyle w:val="ListBullet"/>
        <w:spacing w:line="240" w:lineRule="auto"/>
        <w:ind w:left="720"/>
      </w:pPr>
      <w:r/>
      <w:r>
        <w:rPr>
          <w:b/>
        </w:rPr>
        <w:t>Tone balance:</w:t>
      </w:r>
      <w:r>
        <w:t xml:space="preserve"> It’s satirical rather than preachy , expect irreverence, stereotype-play, and a refusal to wrap things in a tidy moral.</w:t>
      </w:r>
      <w:r/>
    </w:p>
    <w:p>
      <w:pPr>
        <w:pStyle w:val="ListBullet"/>
        <w:spacing w:line="240" w:lineRule="auto"/>
        <w:ind w:left="720"/>
      </w:pPr>
      <w:r/>
      <w:r>
        <w:rPr>
          <w:b/>
        </w:rPr>
        <w:t>Practical note:</w:t>
      </w:r>
      <w:r>
        <w:t xml:space="preserve"> If you want light-hearted provocation rather than nuanced queer theory, this is a film that’ll entertain and spark conversation.</w:t>
      </w:r>
      <w:r/>
      <w:r/>
    </w:p>
    <w:p>
      <w:pPr>
        <w:pStyle w:val="Heading2"/>
      </w:pPr>
      <w:r>
        <w:t>A premise that hooks: what happens when an influencer "gets" heterose</w:t>
      </w:r>
      <w:r/>
    </w:p>
    <w:p>
      <w:r/>
      <w:r>
        <w:t>The opening gag sets the tone: Perfect Jim loses his chiseled torso and starts wearing socks with sandals , small physical changes that become comic shorthand for a larger identity crisis. According to festival reports and early reviews, the film treats those changes as terrifying for Jim, because his social power is built on being an iconic, branded gay man. That inversion , making heteronormativity the feared condition , is where the satire hits hardest, and your first laugh often carries a prick of discomfort.</w:t>
      </w:r>
      <w:r/>
    </w:p>
    <w:p>
      <w:r/>
      <w:r>
        <w:t>Behind the jokes there’s a deliberate move to provoke. Directors and festivals have framed Jim Queen as part of a wave of audacious animation that relishes being seen and heard rather than softened. For viewers, the sensory payoff is vivid colour palettes and animated expressions that make the satire feel immediate rather than abstract.</w:t>
      </w:r>
      <w:r/>
    </w:p>
    <w:p>
      <w:pPr>
        <w:pStyle w:val="Heading2"/>
      </w:pPr>
      <w:r>
        <w:t>A Parisian backdrop that feels lived-in and lively</w:t>
      </w:r>
      <w:r/>
    </w:p>
    <w:p>
      <w:r/>
      <w:r>
        <w:t>Through Lucien, a 23‑year‑old still closeted and living with family, the film tours the city’s gay microcultures , from burly bears nursing pints to towering drag performers on heels. Critics have noted that this is a fairly homogeneous portrait: it celebrates certain clichés and in‑group jokes rather than plumbing the messier, intersectional edges of contemporary queer life.</w:t>
      </w:r>
      <w:r/>
    </w:p>
    <w:p>
      <w:r/>
      <w:r>
        <w:t>That’s partly the point. The film treats these archetypes like a social dialect, something a community uses to speak to itself. If you’re watching for nuance across the full LGBTQ+ spectrum, it can feel limited. But if you’re tuned into the banter and the particular comforts of being recognised in a room of similar faces, the film lands a warm, knowing punch.</w:t>
      </w:r>
      <w:r/>
    </w:p>
    <w:p>
      <w:pPr>
        <w:pStyle w:val="Heading2"/>
      </w:pPr>
      <w:r>
        <w:t>Satire, not sermon: why the film avoids a moral tidy-up</w:t>
      </w:r>
      <w:r/>
    </w:p>
    <w:p>
      <w:r/>
      <w:r>
        <w:t>Rather than end on a solemn moral, Jim Queen doubles down on camp and stereotype as celebratory tools. Reviews suggest the finale prefers a wink over a lecture, keeping the mood buoyant even as it teases the characters’ limits. That tonal choice will irritate some and delight others; it’s refreshing precisely because it resists turning pain into pathos.</w:t>
      </w:r>
      <w:r/>
    </w:p>
    <w:p>
      <w:r/>
      <w:r>
        <w:t>From a viewer’s perspective, that means you don’t come away with neat answers. You get provocation, laughter, and a nudge to think about how communities police image and belonging. For cinemas and festivals, films like this work well as conversation starters after screenings, when audiences can unpack where satire ends and stereotype begins.</w:t>
      </w:r>
      <w:r/>
    </w:p>
    <w:p>
      <w:pPr>
        <w:pStyle w:val="Heading2"/>
      </w:pPr>
      <w:r>
        <w:t>How Jim Queen fits the current animation and festival landscape</w:t>
      </w:r>
      <w:r/>
    </w:p>
    <w:p>
      <w:r/>
      <w:r>
        <w:t>Festival coverage places Jim Queen among a crop of animated features that favour adult themes, visual risk-taking, and bold humour. This is animation for grown-ups , irreverent, fast-paced, and visually confident. Industry pieces note that the film’s boldness is part of why it’s picked up attention at film festivals, where curators often look for works that spark debate.</w:t>
      </w:r>
      <w:r/>
    </w:p>
    <w:p>
      <w:r/>
      <w:r>
        <w:t>If you’re choosing where to watch, treat Jim Queen like a lively stage show: it’s best seen with an audience that can react and riff. For home viewing, expect to replay lines and visual jokes that reward multiple watches.</w:t>
      </w:r>
      <w:r/>
    </w:p>
    <w:p>
      <w:pPr>
        <w:pStyle w:val="Heading2"/>
      </w:pPr>
      <w:r>
        <w:t>Picking what to take away: tips for viewers and groups</w:t>
      </w:r>
      <w:r/>
    </w:p>
    <w:p>
      <w:r/>
      <w:r>
        <w:t>If you plan to watch with friends, consider a mixed‑viewing approach: invite people who enjoy satire and those who care about nuanced queer representation, then let the conversation roll. Take note of how the film uses physical comedy to signal identity changes, and listen for the inside jokes , they tell you a lot about whose experiences are being portrayed.</w:t>
      </w:r>
      <w:r/>
    </w:p>
    <w:p>
      <w:r/>
      <w:r>
        <w:t>Also, be ready to question your laughter. Some scenes invite guilty chuckles precisely because the humour sits on top of real anxieties about image and belonging. That tension is part of the film’s power.</w:t>
      </w:r>
      <w:r/>
    </w:p>
    <w:p>
      <w:r/>
      <w:r>
        <w:t>It's a small, sharp film that will make you laugh and then look at your own assumptions.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[5]</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[5]</w:t>
        </w:r>
      </w:hyperlink>
      <w:r>
        <w:t xml:space="preserve">- Paragraph 4: </w:t>
      </w:r>
      <w:hyperlink r:id="rId9">
        <w:r>
          <w:rPr>
            <w:color w:val="0000EE"/>
            <w:u w:val="single"/>
          </w:rPr>
          <w:t>[1]</w:t>
        </w:r>
      </w:hyperlink>
      <w:r>
        <w:t xml:space="preserve">, </w:t>
      </w:r>
      <w:hyperlink r:id="rId12">
        <w:r>
          <w:rPr>
            <w:color w:val="0000EE"/>
            <w:u w:val="single"/>
          </w:rPr>
          <w:t>[3]</w:t>
        </w:r>
      </w:hyperlink>
      <w:r>
        <w:t xml:space="preserve">- Paragraph 5: </w:t>
      </w:r>
      <w:hyperlink r:id="rId11">
        <w:r>
          <w:rPr>
            <w:color w:val="0000EE"/>
            <w:u w:val="single"/>
          </w:rPr>
          <w:t>[4]</w:t>
        </w:r>
      </w:hyperlink>
      <w:r>
        <w:t xml:space="preserve">, </w:t>
      </w:r>
      <w:hyperlink r:id="rId14">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https://www.parool.nl/film/recensie-jim-queen-in-verfrissende-animatiefilm-wordt-homoseksuele-jim-besmet-met-soa-heterose~b9a76f55/</w:t>
        </w:r>
      </w:hyperlink>
      <w:r>
        <w:t xml:space="preserve"> - Please view link - unable to able to access data</w:t>
      </w:r>
      <w:r/>
    </w:p>
    <w:p>
      <w:pPr>
        <w:pStyle w:val="ListNumber"/>
        <w:spacing w:line="240" w:lineRule="auto"/>
        <w:ind w:left="720"/>
      </w:pPr>
      <w:r/>
      <w:hyperlink r:id="rId14">
        <w:r>
          <w:rPr>
            <w:color w:val="0000EE"/>
            <w:u w:val="single"/>
          </w:rPr>
          <w:t>https://www.imdb.com/title/tt36955518/</w:t>
        </w:r>
      </w:hyperlink>
      <w:r>
        <w:t xml:space="preserve"> - 'Jim Queen' is a 2026 French adult animated film directed by Nicolas Athané and Marco Nguyen. The story follows Jim, a popular gay influencer in Paris, who contracts a fictional virus called 'heterosis' that turns gay men into heterosexuals. As his life unravels, he teams up with Lucien, a young man struggling with his sexuality, to find a cure. The film is a satire on identity, fame, and queer culture. (</w:t>
      </w:r>
      <w:hyperlink r:id="rId15">
        <w:r>
          <w:rPr>
            <w:color w:val="0000EE"/>
            <w:u w:val="single"/>
          </w:rPr>
          <w:t>imdb.com</w:t>
        </w:r>
      </w:hyperlink>
      <w:r>
        <w:t>)</w:t>
      </w:r>
      <w:r/>
    </w:p>
    <w:p>
      <w:pPr>
        <w:pStyle w:val="ListNumber"/>
        <w:spacing w:line="240" w:lineRule="auto"/>
        <w:ind w:left="720"/>
      </w:pPr>
      <w:r/>
      <w:hyperlink r:id="rId12">
        <w:r>
          <w:rPr>
            <w:color w:val="0000EE"/>
            <w:u w:val="single"/>
          </w:rPr>
          <w:t>https://cineuropa.org/en/newsdetail/491639</w:t>
        </w:r>
      </w:hyperlink>
      <w:r>
        <w:t xml:space="preserve"> - Cineuropa provides a review of 'Jim Queen', highlighting its sharp, hilarious, and heartfelt approach to a fictional disease called 'heterosis' that transforms gay men into heterosexuals. The film premiered in the Midnight Screenings section at the 2026 Cannes Film Festival. (</w:t>
      </w:r>
      <w:hyperlink r:id="rId16">
        <w:r>
          <w:rPr>
            <w:color w:val="0000EE"/>
            <w:u w:val="single"/>
          </w:rPr>
          <w:t>cineuropa.org</w:t>
        </w:r>
      </w:hyperlink>
      <w:r>
        <w:t>)</w:t>
      </w:r>
      <w:r/>
    </w:p>
    <w:p>
      <w:pPr>
        <w:pStyle w:val="ListNumber"/>
        <w:spacing w:line="240" w:lineRule="auto"/>
        <w:ind w:left="720"/>
      </w:pPr>
      <w:r/>
      <w:hyperlink r:id="rId11">
        <w:r>
          <w:rPr>
            <w:color w:val="0000EE"/>
            <w:u w:val="single"/>
          </w:rPr>
          <w:t>https://cineuropa.org/en/film/491067/</w:t>
        </w:r>
      </w:hyperlink>
      <w:r>
        <w:t xml:space="preserve"> - Cineuropa offers a synopsis of 'Jim Queen', detailing the plot where Jim, a sexy icon of the Parisian gay scene, contracts 'Hétérose', a virus that transforms gay men into heterosexuals. He teams up with Lucien, a young man struggling to accept himself, to find a mysterious remedy. (</w:t>
      </w:r>
      <w:hyperlink r:id="rId17">
        <w:r>
          <w:rPr>
            <w:color w:val="0000EE"/>
            <w:u w:val="single"/>
          </w:rPr>
          <w:t>cineuropa.org</w:t>
        </w:r>
      </w:hyperlink>
      <w:r>
        <w:t>)</w:t>
      </w:r>
      <w:r/>
    </w:p>
    <w:p>
      <w:pPr>
        <w:pStyle w:val="ListNumber"/>
        <w:spacing w:line="240" w:lineRule="auto"/>
        <w:ind w:left="720"/>
      </w:pPr>
      <w:r/>
      <w:hyperlink r:id="rId10">
        <w:r>
          <w:rPr>
            <w:color w:val="0000EE"/>
            <w:u w:val="single"/>
          </w:rPr>
          <w:t>https://www.lemonde.fr/culture/article/2026/05/18/festival-de-cannes-2026-jim-queen-film-d-animation-delirant-sur-la-galaxie-gay_6690860_3246.html</w:t>
        </w:r>
      </w:hyperlink>
      <w:r>
        <w:t xml:space="preserve"> - Le Monde discusses 'Jim Queen', a French animated film that delves into the gay universe with a pop aesthetic and self-mockery. The film portrays a community threatened by a strange disease, 'hétérose', which transforms gay men into heterosexuals. (</w:t>
      </w:r>
      <w:hyperlink r:id="rId18">
        <w:r>
          <w:rPr>
            <w:color w:val="0000EE"/>
            <w:u w:val="single"/>
          </w:rPr>
          <w:t>lemonde.fr</w:t>
        </w:r>
      </w:hyperlink>
      <w:r>
        <w:t>)</w:t>
      </w:r>
      <w:r/>
    </w:p>
    <w:p>
      <w:pPr>
        <w:pStyle w:val="ListNumber"/>
        <w:spacing w:line="240" w:lineRule="auto"/>
        <w:ind w:left="720"/>
      </w:pPr>
      <w:r/>
      <w:hyperlink r:id="rId13">
        <w:r>
          <w:rPr>
            <w:color w:val="0000EE"/>
            <w:u w:val="single"/>
          </w:rPr>
          <w:t>https://www.senscritique.com/film/jim_queen/critique/340688929</w:t>
        </w:r>
      </w:hyperlink>
      <w:r>
        <w:t xml:space="preserve"> - SensCritique presents a critique of 'Jim Queen', noting its provocative concept where a mysterious disease, 'hétérose', transforms gay men into heterosexuals. The film is described as a hyperactive queer satire that oscillates between slapstick comedy, political fable, and parody of pop culture. (</w:t>
      </w:r>
      <w:hyperlink r:id="rId19">
        <w:r>
          <w:rPr>
            <w:color w:val="0000EE"/>
            <w:u w:val="single"/>
          </w:rPr>
          <w:t>senscritique.com</w:t>
        </w:r>
      </w:hyperlink>
      <w:r>
        <w:t>)</w:t>
      </w:r>
      <w:r/>
    </w:p>
    <w:p>
      <w:pPr>
        <w:pStyle w:val="ListNumber"/>
        <w:spacing w:line="240" w:lineRule="auto"/>
        <w:ind w:left="720"/>
      </w:pPr>
      <w:r/>
      <w:hyperlink r:id="rId20">
        <w:r>
          <w:rPr>
            <w:color w:val="0000EE"/>
            <w:u w:val="single"/>
          </w:rPr>
          <w:t>https://www.premiere.fr/film/Jim-Queen</w:t>
        </w:r>
      </w:hyperlink>
      <w:r>
        <w:t xml:space="preserve"> - Première provides information on 'Jim Queen', including its release date of 17 June 2026, runtime of 80 minutes, and genre as an animated film. The synopsis follows Jim, a gay icon in Paris, who contracts 'Hétérose', a virus that transforms gay men into heterosexuals. (</w:t>
      </w:r>
      <w:hyperlink r:id="rId21">
        <w:r>
          <w:rPr>
            <w:color w:val="0000EE"/>
            <w:u w:val="single"/>
          </w:rPr>
          <w:t>premiere.fr</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parool.nl/film/recensie-jim-queen-in-verfrissende-animatiefilm-wordt-homoseksuele-jim-besmet-met-soa-heterose~b9a76f55/" TargetMode="External"/><Relationship Id="rId10" Type="http://schemas.openxmlformats.org/officeDocument/2006/relationships/hyperlink" Target="https://www.lemonde.fr/culture/article/2026/05/18/festival-de-cannes-2026-jim-queen-film-d-animation-delirant-sur-la-galaxie-gay_6690860_3246.html" TargetMode="External"/><Relationship Id="rId11" Type="http://schemas.openxmlformats.org/officeDocument/2006/relationships/hyperlink" Target="https://cineuropa.org/en/film/491067/" TargetMode="External"/><Relationship Id="rId12" Type="http://schemas.openxmlformats.org/officeDocument/2006/relationships/hyperlink" Target="https://cineuropa.org/en/newsdetail/491639" TargetMode="External"/><Relationship Id="rId13" Type="http://schemas.openxmlformats.org/officeDocument/2006/relationships/hyperlink" Target="https://www.senscritique.com/film/jim_queen/critique/340688929" TargetMode="External"/><Relationship Id="rId14" Type="http://schemas.openxmlformats.org/officeDocument/2006/relationships/hyperlink" Target="https://www.imdb.com/title/tt36955518/" TargetMode="External"/><Relationship Id="rId15" Type="http://schemas.openxmlformats.org/officeDocument/2006/relationships/hyperlink" Target="https://www.imdb.com/title/tt36955518/?utm_source=openai" TargetMode="External"/><Relationship Id="rId16" Type="http://schemas.openxmlformats.org/officeDocument/2006/relationships/hyperlink" Target="https://cineuropa.org/en/newsdetail/491639?utm_source=openai" TargetMode="External"/><Relationship Id="rId17" Type="http://schemas.openxmlformats.org/officeDocument/2006/relationships/hyperlink" Target="https://cineuropa.org/en/film/491067/?utm_source=openai" TargetMode="External"/><Relationship Id="rId18" Type="http://schemas.openxmlformats.org/officeDocument/2006/relationships/hyperlink" Target="https://www.lemonde.fr/culture/article/2026/05/18/festival-de-cannes-2026-jim-queen-film-d-animation-delirant-sur-la-galaxie-gay_6690860_3246.html?utm_source=openai" TargetMode="External"/><Relationship Id="rId19" Type="http://schemas.openxmlformats.org/officeDocument/2006/relationships/hyperlink" Target="https://www.senscritique.com/film/jim_queen/critique/340688929?utm_source=openai" TargetMode="External"/><Relationship Id="rId20" Type="http://schemas.openxmlformats.org/officeDocument/2006/relationships/hyperlink" Target="https://www.premiere.fr/film/Jim-Queen" TargetMode="External"/><Relationship Id="rId21" Type="http://schemas.openxmlformats.org/officeDocument/2006/relationships/hyperlink" Target="https://www.premiere.fr/film/Jim-Queen?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