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Macon Pride 2026 Events to Put in Your Calendar Right 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locals are already pencilling in the long weekend , Macon Pride returns Thursday 24 to Sunday 27 September with a four-day programme of parties, performances and a community-focused Pride in the Park, all under the theme “Together We Are UNBREAKABLE,” celebrating visibility, art and activism across Middle Georgia.</w:t>
      </w:r>
      <w:r/>
    </w:p>
    <w:p>
      <w:r/>
      <w:r>
        <w:t>Essential Takeaways</w:t>
      </w:r>
      <w:r/>
      <w:r/>
    </w:p>
    <w:p>
      <w:pPr>
        <w:pStyle w:val="ListBullet"/>
        <w:spacing w:line="240" w:lineRule="auto"/>
        <w:ind w:left="720"/>
      </w:pPr>
      <w:r/>
      <w:r>
        <w:rPr>
          <w:b/>
        </w:rPr>
        <w:t>When and where:</w:t>
      </w:r>
      <w:r>
        <w:t xml:space="preserve"> The festival runs Thursday 24–Sunday 27 September, with main events along Cherry Street Plaza and at the Tubman African‑American Museum.</w:t>
      </w:r>
      <w:r/>
    </w:p>
    <w:p>
      <w:pPr>
        <w:pStyle w:val="ListBullet"/>
        <w:spacing w:line="240" w:lineRule="auto"/>
        <w:ind w:left="720"/>
      </w:pPr>
      <w:r/>
      <w:r>
        <w:rPr>
          <w:b/>
        </w:rPr>
        <w:t>Headline acts:</w:t>
      </w:r>
      <w:r>
        <w:t xml:space="preserve"> Friday’s Haus Party features Jaida Essence Hall, winner of RuPaul’s Drag Race season 12, for a lively evening.</w:t>
      </w:r>
      <w:r/>
    </w:p>
    <w:p>
      <w:pPr>
        <w:pStyle w:val="ListBullet"/>
        <w:spacing w:line="240" w:lineRule="auto"/>
        <w:ind w:left="720"/>
      </w:pPr>
      <w:r/>
      <w:r>
        <w:rPr>
          <w:b/>
        </w:rPr>
        <w:t>Community focus:</w:t>
      </w:r>
      <w:r>
        <w:t xml:space="preserve"> Saturday’s Pride in the Park runs 2–8pm with vendors, performances and groups; an afterparty follows at the Tubman Museum.</w:t>
      </w:r>
      <w:r/>
    </w:p>
    <w:p>
      <w:pPr>
        <w:pStyle w:val="ListBullet"/>
        <w:spacing w:line="240" w:lineRule="auto"/>
        <w:ind w:left="720"/>
      </w:pPr>
      <w:r/>
      <w:r>
        <w:rPr>
          <w:b/>
        </w:rPr>
        <w:t>Legacy and honours:</w:t>
      </w:r>
      <w:r>
        <w:t xml:space="preserve"> The Pride Legacy Portrait Project opens with honourees including Ty Battle, Zaria Newbill and 2019 founders, on display at the Tubman.</w:t>
      </w:r>
      <w:r/>
    </w:p>
    <w:p>
      <w:pPr>
        <w:pStyle w:val="ListBullet"/>
        <w:spacing w:line="240" w:lineRule="auto"/>
        <w:ind w:left="720"/>
      </w:pPr>
      <w:r/>
      <w:r>
        <w:rPr>
          <w:b/>
        </w:rPr>
        <w:t>Quiet and reverent close:</w:t>
      </w:r>
      <w:r>
        <w:t xml:space="preserve"> The weekend finishes with an Interfaith Service at Rose Parks Square on Sunday, 4–8pm.</w:t>
      </w:r>
      <w:r/>
      <w:r/>
    </w:p>
    <w:p>
      <w:pPr>
        <w:pStyle w:val="Heading2"/>
      </w:pPr>
      <w:r>
        <w:t>What kicks things off , and why the beer release matters</w:t>
      </w:r>
      <w:r/>
    </w:p>
    <w:p>
      <w:r/>
      <w:r>
        <w:t>The festival opens on Thursday with a Lively Libations Beer Release at Piedmont Brewery and Kitchen, a low-key way to start a weekend that turns up the volume later. A beer release feels casual and social, the kind of event where you bump into friends and meet newcomers before the big Saturday crowd arrives. Organisers have used pre-week events like this to build momentum in past years, and it’s a friendly first step if you want to ease into the full Pride schedule.</w:t>
      </w:r>
      <w:r/>
    </w:p>
    <w:p>
      <w:r/>
      <w:r>
        <w:t>If you’re planning to attend, think of Thursday as a meet-and-greet: arrive early, chat with volunteers and pick up flyers about the weekend. It’s also a good night to scope accessibility and layout if you’re coming with family or someone who needs a quieter pace.</w:t>
      </w:r>
      <w:r/>
    </w:p>
    <w:p>
      <w:pPr>
        <w:pStyle w:val="Heading2"/>
      </w:pPr>
      <w:r>
        <w:t>Friday’s headline party , Jaida Essence Hall brings the drag glamour</w:t>
      </w:r>
      <w:r/>
    </w:p>
    <w:p>
      <w:r/>
      <w:r>
        <w:t>Friday night moves from casual to camp with the Haus Party at Churchills on Cherry, featuring Jaida Essence Hall. Bringing a big RuPaul’s Drag Race name to Macon signals that this Pride mixes national talent with local flavour. Expect a polished, high-energy performance and a room that’s part club, part celebration.</w:t>
      </w:r>
      <w:r/>
    </w:p>
    <w:p>
      <w:r/>
      <w:r>
        <w:t>For ticket buyers, book early if there’s a cap, and check age policies , club venues sometimes have different rules. And if you want a better view, arrive before the headliner and enjoy the warm-up acts.</w:t>
      </w:r>
      <w:r/>
    </w:p>
    <w:p>
      <w:pPr>
        <w:pStyle w:val="Heading2"/>
      </w:pPr>
      <w:r>
        <w:t>Pride in the Park , the heart of the weekend</w:t>
      </w:r>
      <w:r/>
    </w:p>
    <w:p>
      <w:r/>
      <w:r>
        <w:t>Saturday is the full community showcase: Pride in the Park along Cherry Street Plaza from 2–8pm. Vendors, community groups and a roster of performances create the sort of lively, colourful street fair that makes Pride visible and welcoming. The sensory image is obvious , music, banners, handmade crafts and people comparing T‑shirts , but the real point is connection: local organisations, health resources and creatives all in one place.</w:t>
      </w:r>
      <w:r/>
    </w:p>
    <w:p>
      <w:r/>
      <w:r>
        <w:t>If you’re going with kids or a group, plan meeting points and check the schedule for performances you don’t want to miss. There’s an afterparty at the Tubman Museum from 8.30pm, which keeps the momentum going while spotlighting local culture and history.</w:t>
      </w:r>
      <w:r/>
    </w:p>
    <w:p>
      <w:pPr>
        <w:pStyle w:val="Heading2"/>
      </w:pPr>
      <w:r>
        <w:t>Pride Legacy Portrait Project , memory and meaning on display</w:t>
      </w:r>
      <w:r/>
    </w:p>
    <w:p>
      <w:r/>
      <w:r>
        <w:t>Macon Pride is using the month of September to unveil the fifth annual Pride Legacy Portrait Project at the Tubman African‑American Museum, a thoughtful counterpoint to the parties. The exhibit honours leaders in arts, activism and community building, including Ty Battle, Zaria Newbill and a group of 2019 Macon Pride founders. It’s a quieter, reflective experience that reminds visitors why Pride matters beyond a single weekend.</w:t>
      </w:r>
      <w:r/>
    </w:p>
    <w:p>
      <w:r/>
      <w:r>
        <w:t>Drop by the museum for context: you’ll leave with a better sense of the people whose work built Macon’s queer community. If you’re photographing the weekend, respect exhibit rules and use the museum visit to deepen your conversations with new acquaintances you meet at the festival.</w:t>
      </w:r>
      <w:r/>
    </w:p>
    <w:p>
      <w:pPr>
        <w:pStyle w:val="Heading2"/>
      </w:pPr>
      <w:r>
        <w:t>Sunday’s Interfaith Service , a softer, collective close</w:t>
      </w:r>
      <w:r/>
    </w:p>
    <w:p>
      <w:r/>
      <w:r>
        <w:t>The weekend wraps with an Interfaith Service at Rose Parks Square from 4–8pm, offering a contemplative finish that’s open to all. It’s the kind of gentle, communal moment that balances out the high-energy celebrations and acknowledges spiritual and emotional needs within the community. Organisers are signalling inclusion and reflection, and many attendees say these services leave them feeling grounded after a busy weekend.</w:t>
      </w:r>
      <w:r/>
    </w:p>
    <w:p>
      <w:r/>
      <w:r>
        <w:t>If you want a calm ending, plan to arrive a little early, bring water, and use the time to connect with friends you met over the weekend or to offer thanks to volunteers.</w:t>
      </w:r>
      <w:r/>
    </w:p>
    <w:p>
      <w:pPr>
        <w:pStyle w:val="Heading2"/>
      </w:pPr>
      <w:r>
        <w:t>How to make the most of Macon Pride 2026</w:t>
      </w:r>
      <w:r/>
    </w:p>
    <w:p>
      <w:r/>
      <w:r>
        <w:t>Plan ahead: pick a couple of must-see events and leave space to wander. Check Macon Pride’s website and Instagram for ticketing, schedules and any last‑minute changes. Think transport , parking in downtown can be tight, so consider rideshares or car‑pooling. Wear comfortable shoes, pack sunscreen, and if you’re attending exhibits or the interfaith service, bring a mask if you prefer quieter spaces.</w:t>
      </w:r>
      <w:r/>
    </w:p>
    <w:p>
      <w:r/>
      <w:r>
        <w:t>It’s a small weekend with a big heart , a chance to celebrate, remember and find community.</w:t>
      </w:r>
      <w:r/>
    </w:p>
    <w:p>
      <w:r/>
      <w:r>
        <w:t>It's a small change that can make every visit to Pride feel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14">
        <w:r>
          <w:rPr>
            <w:color w:val="0000EE"/>
            <w:u w:val="single"/>
          </w:rPr>
          <w:t>[4]</w:t>
        </w:r>
      </w:hyperlink>
      <w:r>
        <w:t xml:space="preserve">- Paragraph 6: </w:t>
      </w:r>
      <w:hyperlink r:id="rId9">
        <w:r>
          <w:rPr>
            <w:color w:val="0000EE"/>
            <w:u w:val="single"/>
          </w:rPr>
          <w:t>[1]</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https://roughdraftatlanta.com/2026/08/12/macon-pride-2026-festival/</w:t>
        </w:r>
      </w:hyperlink>
      <w:r>
        <w:t xml:space="preserve"> - Please view link - unable to able to access data</w:t>
      </w:r>
      <w:r/>
    </w:p>
    <w:p>
      <w:pPr>
        <w:pStyle w:val="ListNumber"/>
        <w:spacing w:line="240" w:lineRule="auto"/>
        <w:ind w:left="720"/>
      </w:pPr>
      <w:r/>
      <w:hyperlink r:id="rId10">
        <w:r>
          <w:rPr>
            <w:color w:val="0000EE"/>
            <w:u w:val="single"/>
          </w:rPr>
          <w:t>https://www.maconpride.org/events</w:t>
        </w:r>
      </w:hyperlink>
      <w:r>
        <w:t xml:space="preserve"> - Macon Pride has announced the dates and programming for the four-day 2026 festival. The festival will begin on Thursday, September 24, with the Lively Libations Beer Release at Piedmont Brewery and Kitchen. On Friday, September 25, the Haus Party at Churchills on Cherry will feature 'RuPaul’s Drag Race' season 12 winner Jaida Essence Hall. Saturday, September 26, will host the Pride in the Park celebration along Cherry Street Plaza, with performances, vendors, and community groups from 2 to 8 p.m., followed by the afterparty at the Tubman Museum starting at 8:30 p.m. The weekend will conclude on Sunday, September 27, with an Interfaith Service at Rose Parks Square from 4 to 8 p.m. This year’s Macon Pride theme is 'Together We Are UNBREAKABLE,' honouring the visibility, authenticity, and collective strength of the LGBTQ+ community. The festival will also unveil the fifth annual Pride Legacy Portrait Project at the Tubman African-American Museum, honouring leaders whose work in arts, activism, and community building has shaped Middle Georgia. This year’s honorees include Ty Battle, Zaria Newbill, and 2019 Macon Pride Founders Jill Vanderhoek, Scott Mitchell, DeMarcus Beckham, Claire Cox, Andrea Freeman, and Moe Dyer.</w:t>
      </w:r>
      <w:r/>
    </w:p>
    <w:p>
      <w:pPr>
        <w:pStyle w:val="ListNumber"/>
        <w:spacing w:line="240" w:lineRule="auto"/>
        <w:ind w:left="720"/>
      </w:pPr>
      <w:r/>
      <w:hyperlink r:id="rId11">
        <w:r>
          <w:rPr>
            <w:color w:val="0000EE"/>
            <w:u w:val="single"/>
          </w:rPr>
          <w:t>https://www.maconpride.org/about</w:t>
        </w:r>
      </w:hyperlink>
      <w:r>
        <w:t xml:space="preserve"> - Macon Pride was founded in 2019 as a simple dance party in the rain on Third Street, radiating life-affirming love and acceptance. The organisation has grown to a 501(c)(3) nonprofit that hosts a multi-day festival in the last week of September, as the largest LGBTQ+ affiliated event in Central Georgia. Macon Pride believes in educating the community, celebrating diversity, commemorating history, and liberating people in the Middle Georgia region. With each step forward, they aim to create a brighter future for the community. The organisation has moved to a year-round model, focused on providing more opportunities for Middle Georgia’s LGBTQIA+ community to gather and grow together regularly. The September Pride Festival remains a central event, with the 2025 festival scheduled for Thursday, September 25–Sunday, September 28, 2025, featuring four pride-packed days of fun and entertainment.</w:t>
      </w:r>
      <w:r/>
    </w:p>
    <w:p>
      <w:pPr>
        <w:pStyle w:val="ListNumber"/>
        <w:spacing w:line="240" w:lineRule="auto"/>
        <w:ind w:left="720"/>
      </w:pPr>
      <w:r/>
      <w:hyperlink r:id="rId14">
        <w:r>
          <w:rPr>
            <w:color w:val="0000EE"/>
            <w:u w:val="single"/>
          </w:rPr>
          <w:t>https://www.maconpride.org/the-still-point</w:t>
        </w:r>
      </w:hyperlink>
      <w:r>
        <w:t xml:space="preserve"> - Macon Pride introduces 'The Still Point,' a network of sensory-friendly enclaves housed in Hello Boba Cafe and The Bohemian Den. These spaces are designed to reduce sensory overload and offer a retreat from the festivities, ensuring that everyone, regardless of sensory needs or neurotype, can participate fully and comfortably in the celebration. The initiative is a collaboration with Macon Mental Health Matters, River’s Edge Behavioral Health, Sangha Unity Network, Wesleyan College’s Health Services, and the Family Counseling Center of Central Georgia. The goal is to set a new standard for inclusive design in cultural events, making Pride affirming, accessible, and welcoming to all.</w:t>
      </w:r>
      <w:r/>
    </w:p>
    <w:p>
      <w:pPr>
        <w:pStyle w:val="ListNumber"/>
        <w:spacing w:line="240" w:lineRule="auto"/>
        <w:ind w:left="720"/>
      </w:pPr>
      <w:r/>
      <w:hyperlink r:id="rId15">
        <w:r>
          <w:rPr>
            <w:color w:val="0000EE"/>
            <w:u w:val="single"/>
          </w:rPr>
          <w:t>https://www.maconpride.org/sponsor</w:t>
        </w:r>
      </w:hyperlink>
      <w:r>
        <w:t xml:space="preserve"> - Macon Pride offers sponsorship opportunities for businesses and individuals who wish to support the mission of making everyone feel seen, heard, and welcome. Sponsorship directly funds safe, celebratory spaces where all people feel welcome. Businesses that publicly back Pride send a clear, timely signal that they value those on their team that are in the LGBTQ+ community, building trust and loyalty with both customers and employees in a socially conscious market. Sponsorship also provides an opportunity to reach a fast-growing audience and amplify inclusion and belonging.</w:t>
      </w:r>
      <w:r/>
    </w:p>
    <w:p>
      <w:pPr>
        <w:pStyle w:val="ListNumber"/>
        <w:spacing w:line="240" w:lineRule="auto"/>
        <w:ind w:left="720"/>
      </w:pPr>
      <w:r/>
      <w:hyperlink r:id="rId12">
        <w:r>
          <w:rPr>
            <w:color w:val="0000EE"/>
            <w:u w:val="single"/>
          </w:rPr>
          <w:t>https://www.maconpride.org/events/iwnqj1mngxjozxxa8bgwjhx2rggtpb-pdmk8-pnt6p-jg4ep</w:t>
        </w:r>
      </w:hyperlink>
      <w:r>
        <w:t xml:space="preserve"> - The Pride in the Park Festival is a highlight of Macon Pride Week, taking place on Saturday, September 27, 2025, from 2:00 PM to 8:00 PM at Third Street Park in Macon, GA. The event features live entertainment, food, and vendor booths, celebrating love and acceptance. After the festival, the celebration continues at JBA with an after-party and more. The festival is part of Macon Pride's commitment to creating inclusive and celebratory spaces for the LGBTQ+ community and allies.</w:t>
      </w:r>
      <w:r/>
    </w:p>
    <w:p>
      <w:pPr>
        <w:pStyle w:val="ListNumber"/>
        <w:spacing w:line="240" w:lineRule="auto"/>
        <w:ind w:left="720"/>
      </w:pPr>
      <w:r/>
      <w:hyperlink r:id="rId13">
        <w:r>
          <w:rPr>
            <w:color w:val="0000EE"/>
            <w:u w:val="single"/>
          </w:rPr>
          <w:t>https://www.maconpride.org/directory/macon-pride/</w:t>
        </w:r>
      </w:hyperlink>
      <w:r>
        <w:t xml:space="preserve"> - Macon Pride is a 501(c)(3) nonprofit organisation located at 522 Cherry St, Macon, Georgia 31201. The organisation's mission is to advance unity, visibility, and self-esteem among LGBTQIA+ persons and allies, promoting a positive image in the Middle Georgia area through community activities and service. Macon Pride believes in educating the community, celebrating diversity, commemorating history, and liberating people in the Middle Georgia region. The organisation offers various resources and support for the LGBTQ+ community and allies.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oughdraftatlanta.com/2026/08/12/macon-pride-2026-festival/" TargetMode="External"/><Relationship Id="rId10" Type="http://schemas.openxmlformats.org/officeDocument/2006/relationships/hyperlink" Target="https://www.maconpride.org/events" TargetMode="External"/><Relationship Id="rId11" Type="http://schemas.openxmlformats.org/officeDocument/2006/relationships/hyperlink" Target="https://www.maconpride.org/about" TargetMode="External"/><Relationship Id="rId12" Type="http://schemas.openxmlformats.org/officeDocument/2006/relationships/hyperlink" Target="https://www.maconpride.org/events/iwnqj1mngxjozxxa8bgwjhx2rggtpb-pdmk8-pnt6p-jg4ep" TargetMode="External"/><Relationship Id="rId13" Type="http://schemas.openxmlformats.org/officeDocument/2006/relationships/hyperlink" Target="https://www.maconpride.org/directory/macon-pride/" TargetMode="External"/><Relationship Id="rId14" Type="http://schemas.openxmlformats.org/officeDocument/2006/relationships/hyperlink" Target="https://www.maconpride.org/the-still-point" TargetMode="External"/><Relationship Id="rId15" Type="http://schemas.openxmlformats.org/officeDocument/2006/relationships/hyperlink" Target="https://www.maconpride.org/spons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