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Live LGBTQ+ Media Event in Dallas: Unleashed’s TS Madison Night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culture fans are circling their calendars: Unleashed LGBTQ+ is ramping up media-first programming in Dallas, bringing a live TS Madison recording and curated experiences that aim to connect creators, journalists and industry pros where it matters. It’s a trending, in-person moment for queer entertainment and business networking.</w:t>
      </w:r>
      <w:r/>
    </w:p>
    <w:p>
      <w:r/>
      <w:r>
        <w:t>Essential Takeaways</w:t>
      </w:r>
      <w:r/>
      <w:r/>
    </w:p>
    <w:p>
      <w:pPr>
        <w:pStyle w:val="ListBullet"/>
        <w:spacing w:line="240" w:lineRule="auto"/>
        <w:ind w:left="720"/>
      </w:pPr>
      <w:r/>
      <w:r>
        <w:rPr>
          <w:b/>
        </w:rPr>
        <w:t>Event highlight:</w:t>
      </w:r>
      <w:r>
        <w:t xml:space="preserve"> TS Madison will record live at The Rose Room inside S4 in Dallas on Saturday, 19 September, offering an intimate, energetic taping.</w:t>
      </w:r>
      <w:r/>
    </w:p>
    <w:p>
      <w:pPr>
        <w:pStyle w:val="ListBullet"/>
        <w:spacing w:line="240" w:lineRule="auto"/>
        <w:ind w:left="720"/>
      </w:pPr>
      <w:r/>
      <w:r>
        <w:rPr>
          <w:b/>
        </w:rPr>
        <w:t>Media focus:</w:t>
      </w:r>
      <w:r>
        <w:t xml:space="preserve"> Organisers are prioritising original content and press access so journalists and creators can capture interviews and share fresh stories.</w:t>
      </w:r>
      <w:r/>
    </w:p>
    <w:p>
      <w:pPr>
        <w:pStyle w:val="ListBullet"/>
        <w:spacing w:line="240" w:lineRule="auto"/>
        <w:ind w:left="720"/>
      </w:pPr>
      <w:r/>
      <w:r>
        <w:rPr>
          <w:b/>
        </w:rPr>
        <w:t>Partnerships:</w:t>
      </w:r>
      <w:r>
        <w:t xml:space="preserve"> The night is presented in partnership with iHeart Radio and Dallas Voice, signalling mainstream-media support.</w:t>
      </w:r>
      <w:r/>
    </w:p>
    <w:p>
      <w:pPr>
        <w:pStyle w:val="ListBullet"/>
        <w:spacing w:line="240" w:lineRule="auto"/>
        <w:ind w:left="720"/>
      </w:pPr>
      <w:r/>
      <w:r>
        <w:rPr>
          <w:b/>
        </w:rPr>
        <w:t>Atmosphere:</w:t>
      </w:r>
      <w:r>
        <w:t xml:space="preserve"> Expect a lively, club-style experience with surprise guests and networking opportunities for entertainment and business professionals.</w:t>
      </w:r>
      <w:r/>
    </w:p>
    <w:p>
      <w:pPr>
        <w:pStyle w:val="ListBullet"/>
        <w:spacing w:line="240" w:lineRule="auto"/>
        <w:ind w:left="720"/>
      </w:pPr>
      <w:r/>
      <w:r>
        <w:rPr>
          <w:b/>
        </w:rPr>
        <w:t>Bigger picture:</w:t>
      </w:r>
      <w:r>
        <w:t xml:space="preserve"> This fits into Unleashed’s wider push from conference to multi-platform brand , podcasts, products and festivals that amplify LGBTQ+ voices.</w:t>
      </w:r>
      <w:r/>
      <w:r/>
    </w:p>
    <w:p>
      <w:r/>
      <w:r>
        <w:t>Why TS Madison in Dallas matters now</w:t>
      </w:r>
      <w:r/>
    </w:p>
    <w:p>
      <w:r/>
      <w:r>
        <w:t>Unleashed’s founder Wesley Smoot has said the group is “putting an even greater emphasis on media, original content and experiences,” and this TS Madison taping is the clearest sign yet. That line-up will play well in a room designed for performance and conversation, where the crowd’s buzz is part of the story. For anyone who covers culture or produces content, having talent recorded live alongside partners like iHeart Radio is gold: audio and video you can licence, interviews you can quote, and scenes you can shape into features.</w:t>
      </w:r>
      <w:r/>
    </w:p>
    <w:p>
      <w:r/>
      <w:r>
        <w:t>How Unleashed is evolving from conference to cultural hub</w:t>
      </w:r>
      <w:r/>
    </w:p>
    <w:p>
      <w:r/>
      <w:r>
        <w:t>Originally a conference for LGBTQ+ entertainers and newsmakers, Unleashed has been morphing into more of an ecosystem. Alongside panels they now run podcasts, consumer products and live shows , think Coffins and Cocktails-style programming and even branded items such as Unleashed Vodka. That expansion is deliberate: Smoot wants each strand to feed the next, so a live taping becomes a podcast episode, which then creates headline clips for outlets. It’s a media-savvy approach that’s growing beyond Texas and aiming for national attention.</w:t>
      </w:r>
      <w:r/>
    </w:p>
    <w:p>
      <w:r/>
      <w:r>
        <w:t>What to expect at the Rose Room taping , and why press should care</w:t>
      </w:r>
      <w:r/>
    </w:p>
    <w:p>
      <w:r/>
      <w:r>
        <w:t>The Rose Room at S4 is a compact, atmospheric venue that rewards close-up performances; the audio will be warm, the crowd immediate. Organisers promise “very special guests” to be announced, and with iHeart involved, there’s a high chance the recorded material will reach listeners far beyond the room. If you’re a reporter, podcaster or content creator, this is the sort of event where you can capture unscripted moments, quick vox pops, and access to talent for follow-up pieces. Bring a battery pack and an open notebook.</w:t>
      </w:r>
      <w:r/>
    </w:p>
    <w:p>
      <w:r/>
      <w:r>
        <w:t>Picking the right way to engage: for fans, pros and curious locals</w:t>
      </w:r>
      <w:r/>
    </w:p>
    <w:p>
      <w:r/>
      <w:r>
        <w:t>If you’re a fan, go for the live energy , seating is limited and the vibe is part of the appeal. If you’re a media professional, reach out early to organisers for press access and interview windows; Smoot has made connecting with media a stated priority. And if you work in entertainment or business, treat the night as a networking engine: make a short, memorable pitch, and follow up with links to your work. Events like this are about two things , performance and relationships , and they reward people who come prepared.</w:t>
      </w:r>
      <w:r/>
    </w:p>
    <w:p>
      <w:r/>
      <w:r>
        <w:t>What this could mean for Dallas and the wider scene</w:t>
      </w:r>
      <w:r/>
    </w:p>
    <w:p>
      <w:r/>
      <w:r>
        <w:t>Smoot wants the event to signal that Dallas is a place where entertainment, media, business and LGBTQ+ culture intersect. That ambition matters: when local scenes host nationally visible, media-forward nights, they attract talent, investment and attention. Expect more of these hybrid experiences in the future , evenings that are half show, half content factory , and watch how other cities respond.</w:t>
      </w:r>
      <w:r/>
    </w:p>
    <w:p>
      <w:r/>
      <w:r>
        <w:t>It’s a small change that can make every moment on stage live longer through smart media.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https://meaws.com/news/breaking-unleashed-lgbtq-announces-special/104819</w:t>
        </w:r>
      </w:hyperlink>
      <w:r>
        <w:t xml:space="preserve"> - Please view link - unable to able to access data</w:t>
      </w:r>
      <w:r/>
    </w:p>
    <w:p>
      <w:pPr>
        <w:pStyle w:val="ListNumber"/>
        <w:spacing w:line="240" w:lineRule="auto"/>
        <w:ind w:left="720"/>
      </w:pPr>
      <w:r/>
      <w:hyperlink r:id="rId10">
        <w:r>
          <w:rPr>
            <w:color w:val="0000EE"/>
            <w:u w:val="single"/>
          </w:rPr>
          <w:t>https://www.dallasnews.com/event/c4c900a8-4636-0231-6974-90ad7c9a9e81/</w:t>
        </w:r>
      </w:hyperlink>
      <w:r>
        <w:t xml:space="preserve"> - The 3-day Unleashed LGBTQ+ event in Dallas will host speakers, panels, and performances from prominent figures in LGBTQ+ film, television, music, business, and tech. Last year's events featured industry experts and celebrity talent discussing topics like marketing, finance, non-profit, media, DEI, and entertainment. Businesses and organizations involved included Meta, Adobe, HRC, Black Tie Dinner, Dallas Voice, OUT Magazine, The Advocate, and iHeart Media. Celebrity talent included Billy Eichner, Indya Moore, Antoni Porowski, Daniel Franzese, and Nico Tortorella. This year's Unleashed focuses on local Dallas and Texas LGBTQ+ trailblazers, aiming to highlight queer pioneers in the area. Wesley Smoot, Founder and Chief Programming Officer, stated, "With so many amazing queer pioneers in our own area, it makes sense to produce this year’s events around those who make us even prouder to be in LGBTQ+ in Texas."</w:t>
      </w:r>
      <w:r/>
    </w:p>
    <w:p>
      <w:pPr>
        <w:pStyle w:val="ListNumber"/>
        <w:spacing w:line="240" w:lineRule="auto"/>
        <w:ind w:left="720"/>
      </w:pPr>
      <w:r/>
      <w:hyperlink r:id="rId15">
        <w:r>
          <w:rPr>
            <w:color w:val="0000EE"/>
            <w:u w:val="single"/>
          </w:rPr>
          <w:t>https://www.losangelesblade.com/2025/09/16/cmon-dallas-wesley-smoot-brings-unleashed-lgbtq-queer-business-conference-festival-to-the-lone-star-state/</w:t>
        </w:r>
      </w:hyperlink>
      <w:r>
        <w:t xml:space="preserve"> - Unleashed LGBTQ+, founded by Wesley Smoot, is a queer cultural movement in Texas that brings together LGBTQ+ thought leaders, disruptors, celebrities, and creatives. The event mixes strategy with sass, redefining what it means to lead and live proudly in today's social climate. Smoot highlights the Southern queer spirit, emphasizing resilience and the importance of safe spaces for queer individuals in the South. Despite Texas not always being seen as the most welcoming place for LGBTQ+ folks, Unleashed LGBTQ+ is hosting a super queer extravaganza in the heart of it.</w:t>
      </w:r>
      <w:r/>
    </w:p>
    <w:p>
      <w:pPr>
        <w:pStyle w:val="ListNumber"/>
        <w:spacing w:line="240" w:lineRule="auto"/>
        <w:ind w:left="720"/>
      </w:pPr>
      <w:r/>
      <w:hyperlink r:id="rId11">
        <w:r>
          <w:rPr>
            <w:color w:val="0000EE"/>
            <w:u w:val="single"/>
          </w:rPr>
          <w:t>https://dallas.culturemap.com/eventdetail/unleashed-lgbtq-2669221653/</w:t>
        </w:r>
      </w:hyperlink>
      <w:r>
        <w:t xml:space="preserve"> - Unleashed LGBTQ+ creates a space for brands, entertainers, and LGBTQ+ professionals to connect in a fun and interactive environment. The event hosts some of the biggest names in LGBTQ+ film, television, music, business, and tech. Attendees will experience speakers, panels, and performances from today's thought leaders, industry experts, and celebrity talent. They can also connect with other LGBTQ+ professionals, learn from trailblazers, discover new trends, and explore Dallas. Scheduled speakers include Jaymes Black, Ashlee Keating, Daniel Webb, Jim Fielding, Melissa Grove, Steven Romo, and more.</w:t>
      </w:r>
      <w:r/>
    </w:p>
    <w:p>
      <w:pPr>
        <w:pStyle w:val="ListNumber"/>
        <w:spacing w:line="240" w:lineRule="auto"/>
        <w:ind w:left="720"/>
      </w:pPr>
      <w:r/>
      <w:hyperlink r:id="rId14">
        <w:r>
          <w:rPr>
            <w:color w:val="0000EE"/>
            <w:u w:val="single"/>
          </w:rPr>
          <w:t>https://www.iheartmedia.com/press/iheartmedias-outspoken-podcast-network-announces-new-weekly-series-outlaws-hosted-lgbtq</w:t>
        </w:r>
      </w:hyperlink>
      <w:r>
        <w:t xml:space="preserve"> - iHeartMedia's Outspoken Podcast Network announced a new weekly series "Outlaws" hosted by LGBTQ+ activist and entertainer TS Madison. Premiering May 13, the podcast features Madison in unfiltered conversations with visionaries and pop culture icons like Tina Knowles, Chappell Roan, Sasha Colby, Laverne Cox, Lil Nas X, and more. The series aims to amplify bold voices and uncompromising stories of resilience, with Madison bringing unmatched energy, insight, and heart to every conversation. "Outlaws" is co-created by Tyler Rabinowitz and Olivia Peace, with Rabinowitz and Maya Howard (iHeartPodcasts) serving as executive producers alongside Madison.</w:t>
      </w:r>
      <w:r/>
    </w:p>
    <w:p>
      <w:pPr>
        <w:pStyle w:val="ListNumber"/>
        <w:spacing w:line="240" w:lineRule="auto"/>
        <w:ind w:left="720"/>
      </w:pPr>
      <w:r/>
      <w:hyperlink r:id="rId12">
        <w:r>
          <w:rPr>
            <w:color w:val="0000EE"/>
            <w:u w:val="single"/>
          </w:rPr>
          <w:t>https://www.24-7pressrelease.com/press-release/498483/unleashed-lgbtq-is-coming-out-of-the-virtual-closet-for-the-first-national-lgbtq-business-entertainment-festival</w:t>
        </w:r>
      </w:hyperlink>
      <w:r>
        <w:t xml:space="preserve"> - Unleashed LGBTQ is hosting its first in-person LGBTQ+ conference and festival in Dallas, Texas, on September 22nd - 24th, 2023. The event aims to bring LGBTQ+ professionals from across the country to connect in a fun and interactive environment with top talent, brands, and industry leaders across business, entertainment, fashion, travel, and technology sectors. Attendees will be introduced to the latest products, services, and campaigns entering the LGBTQ+ market through keynotes, panels, workshops, screenings, and live performances from some of the biggest names in LGBTQ+ culture.</w:t>
      </w:r>
      <w:r/>
    </w:p>
    <w:p>
      <w:pPr>
        <w:pStyle w:val="ListNumber"/>
        <w:spacing w:line="240" w:lineRule="auto"/>
        <w:ind w:left="720"/>
      </w:pPr>
      <w:r/>
      <w:hyperlink r:id="rId13">
        <w:r>
          <w:rPr>
            <w:color w:val="0000EE"/>
            <w:u w:val="single"/>
          </w:rPr>
          <w:t>https://www.unleashedlgbtq.com/pressreleases</w:t>
        </w:r>
      </w:hyperlink>
      <w:r>
        <w:t xml:space="preserve"> - Unleashed LGBTQ has been working diligently to connect brands, entertainers, and LGBTQ+ professionals in a productive and creative space. Despite the challenges posed by the pandemic, the team has focused on bringing the event back stronger than ever in 2021. The goal is to create a platform that brings LGBTQ+ industry colleagues from around the globe to Dallas, showcasing the latest in products, services, campaigns, and entertainment entering the LGBTQ+ market. The event will host keynote speakers, moderated discussion panels, and musical performances from some of the biggest names in LGBTQ+ film, television, and music.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breaking-unleashed-lgbtq-announces-special/104819" TargetMode="External"/><Relationship Id="rId10" Type="http://schemas.openxmlformats.org/officeDocument/2006/relationships/hyperlink" Target="https://www.dallasnews.com/event/c4c900a8-4636-0231-6974-90ad7c9a9e81/" TargetMode="External"/><Relationship Id="rId11" Type="http://schemas.openxmlformats.org/officeDocument/2006/relationships/hyperlink" Target="https://dallas.culturemap.com/eventdetail/unleashed-lgbtq-2669221653/" TargetMode="External"/><Relationship Id="rId12" Type="http://schemas.openxmlformats.org/officeDocument/2006/relationships/hyperlink" Target="https://www.24-7pressrelease.com/press-release/498483/unleashed-lgbtq-is-coming-out-of-the-virtual-closet-for-the-first-national-lgbtq-business-entertainment-festival" TargetMode="External"/><Relationship Id="rId13" Type="http://schemas.openxmlformats.org/officeDocument/2006/relationships/hyperlink" Target="https://www.unleashedlgbtq.com/pressreleases" TargetMode="External"/><Relationship Id="rId14" Type="http://schemas.openxmlformats.org/officeDocument/2006/relationships/hyperlink" Target="https://www.iheartmedia.com/press/iheartmedias-outspoken-podcast-network-announces-new-weekly-series-outlaws-hosted-lgbtq" TargetMode="External"/><Relationship Id="rId15" Type="http://schemas.openxmlformats.org/officeDocument/2006/relationships/hyperlink" Target="https://www.losangelesblade.com/2025/09/16/cmon-dallas-wesley-smoot-brings-unleashed-lgbtq-queer-business-conference-festival-to-the-lone-star-st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