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Late‑Summer Things to Do in the Bay: Festivals, Theatre, Music and Pride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Check out a packed late‑summer calendar as the Bay Area churns with theatre, outdoor festivals, concerts and queer community events; locals and visitors can catch Oakland Pride, daring new operas, fringe plays, ecstatic dance and beloved neighbourhood nights , here’s how to pick what to see and why it matters.</w:t>
      </w:r>
      <w:r/>
    </w:p>
    <w:p>
      <w:r/>
      <w:r>
        <w:t>Essential Takeaways</w:t>
      </w:r>
      <w:r/>
      <w:r/>
    </w:p>
    <w:p>
      <w:pPr>
        <w:pStyle w:val="ListBullet"/>
        <w:spacing w:line="240" w:lineRule="auto"/>
        <w:ind w:left="720"/>
      </w:pPr>
      <w:r/>
      <w:r>
        <w:rPr>
          <w:b/>
        </w:rPr>
        <w:t>Big outdoor draws:</w:t>
      </w:r>
      <w:r>
        <w:t xml:space="preserve"> Oakland Pride and multiple street festivals offer music, food and community booths; expect crowds, sunshine and easy people‑watching.</w:t>
      </w:r>
      <w:r/>
    </w:p>
    <w:p>
      <w:pPr>
        <w:pStyle w:val="ListBullet"/>
        <w:spacing w:line="240" w:lineRule="auto"/>
        <w:ind w:left="720"/>
      </w:pPr>
      <w:r/>
      <w:r>
        <w:rPr>
          <w:b/>
        </w:rPr>
        <w:t>Theatre highlights:</w:t>
      </w:r>
      <w:r>
        <w:t xml:space="preserve"> West Edge Opera’s West Coast premiere of American Apollo and intimate shows like Compton’s Cafeteria Riot mix history with fresh staging.</w:t>
      </w:r>
      <w:r/>
    </w:p>
    <w:p>
      <w:pPr>
        <w:pStyle w:val="ListBullet"/>
        <w:spacing w:line="240" w:lineRule="auto"/>
        <w:ind w:left="720"/>
      </w:pPr>
      <w:r/>
      <w:r>
        <w:rPr>
          <w:b/>
        </w:rPr>
        <w:t>Comedy and improv:</w:t>
      </w:r>
      <w:r>
        <w:t xml:space="preserve"> From BATS Improv at Fort Mason to comedians with disabilities at Woodminster, choices range from sharp improv to socially urgent stand‑up.</w:t>
      </w:r>
      <w:r/>
    </w:p>
    <w:p>
      <w:pPr>
        <w:pStyle w:val="ListBullet"/>
        <w:spacing w:line="240" w:lineRule="auto"/>
        <w:ind w:left="720"/>
      </w:pPr>
      <w:r/>
      <w:r>
        <w:rPr>
          <w:b/>
        </w:rPr>
        <w:t>Arts and museums:</w:t>
      </w:r>
      <w:r>
        <w:t xml:space="preserve"> Major exhibitions at SFMOMA, de Young and the Asian Art Museum pair well with evening performances and late museum hours.</w:t>
      </w:r>
      <w:r/>
    </w:p>
    <w:p>
      <w:pPr>
        <w:pStyle w:val="ListBullet"/>
        <w:spacing w:line="240" w:lineRule="auto"/>
        <w:ind w:left="720"/>
      </w:pPr>
      <w:r/>
      <w:r>
        <w:rPr>
          <w:b/>
        </w:rPr>
        <w:t>Nightlife variety:</w:t>
      </w:r>
      <w:r>
        <w:t xml:space="preserve"> Castro and Oakland venues keep regular drag nights, dance parties and queer‑centric programming running late into the season.</w:t>
      </w:r>
      <w:r/>
      <w:r/>
    </w:p>
    <w:p>
      <w:pPr>
        <w:pStyle w:val="Heading2"/>
      </w:pPr>
      <w:r>
        <w:t>Where to start if you only have one weekend</w:t>
      </w:r>
      <w:r/>
    </w:p>
    <w:p>
      <w:r/>
      <w:r>
        <w:t>If you’ve got just a weekend free, aim for a mix: one outdoor festival, one theatre show and a night out in Castro or Oakland. Oakland Pride’s parade and street festival is ideal for daytime energy , bring cash for food stalls and arrive early for a good view. In the evening, book ahead for an opera or a theatre piece; West Edge Opera’s American Apollo offers something unusual for opera fans who also like art history. Finish with a low‑pressure bar like Twin Peaks Tavern or El Rio for relaxed people‑watching and a manageable queue. Practical tip: check show times and whether venues have late entries or bag checks; summer crowds mean sold‑out signs come early.</w:t>
      </w:r>
      <w:r/>
    </w:p>
    <w:p>
      <w:pPr>
        <w:pStyle w:val="Heading2"/>
      </w:pPr>
      <w:r>
        <w:t>Theatre that’s turning heads , intimate, historic and unapologetic</w:t>
      </w:r>
      <w:r/>
    </w:p>
    <w:p>
      <w:r/>
      <w:r>
        <w:t>The Bay’s theatre scene is serving up everything from high drama to queer history. West Edge Opera stages American Apollo, an intimate opera about John Singer Sargent and his muse, with multiple dates and a range of ticket prices , a good bet if you like lyrical storytelling and visual spectacle. Tenderloin’s Compton’s Cafeteria Riot recreates a crucial 1966 uprising in a diner setting, complete with breakfast; it’s the kind of immersive work that stays with you. Meanwhile, fringe festivals like Potrero Stage’s Free‑Play keep experimental plays accessible and affordable. If you prefer a musical, Hairspray at San Francisco Playhouse is crowd pleasing and nostalgic. Practical insight: choose seating carefully for opera and immersive theatre , sightlines matter, and smaller venues can sell out fast.</w:t>
      </w:r>
      <w:r/>
    </w:p>
    <w:p>
      <w:pPr>
        <w:pStyle w:val="Heading2"/>
      </w:pPr>
      <w:r>
        <w:t>Laughs, improv and comedy that flips the script</w:t>
      </w:r>
      <w:r/>
    </w:p>
    <w:p>
      <w:r/>
      <w:r>
        <w:t>Comedy’s getting fresh air this summer. BATS Improv brings short‑form and long‑form improv , sometimes musical , to Fort Mason, which is perfect if you want light, fast laughs. The Comedians with Disabilities Act show at Woodminster Theatre features performers who use humour to dismantle stereotypes; it’s funny and uncomfortably honest in the best way. Comedy fans should consider festival passes for the SF Improv Festival if they want a sampler of styles and performers. Practical tip: many comedy nights are in outdoor or semi‑outdoor venues , grab seats early and expect a relaxed, chatty crowd.</w:t>
      </w:r>
      <w:r/>
    </w:p>
    <w:p>
      <w:pPr>
        <w:pStyle w:val="Heading2"/>
      </w:pPr>
      <w:r>
        <w:t>Music and nights out , from classical to punk to queer dance floors</w:t>
      </w:r>
      <w:r/>
    </w:p>
    <w:p>
      <w:r/>
      <w:r>
        <w:t>Summer concert choices swing wildly: the Merola Grand Finale at the War Memorial Opera House highlights emerging operatic voices, while punk nights at Bottom of the Hill satisfy more frayed nerves. For steady Sunday vibes, the Golden Gate Park Band’s historic summer series is an easy, free afternoon outing. Nightlife across the Castro and Oakland remains vibrant. Clubs like Beaux, Oasis and Fluid510 programme drag, DJ sets and themed nights every week, and historic bars such as Twin Peaks Tavern or the SF Eagle give you a sense of queer history and ritual. Tip: if a big name or anniversary tour is on (think Hedwig screenings or Ellen Greene appearances), buy early , special events add an extra layer of demand.</w:t>
      </w:r>
      <w:r/>
    </w:p>
    <w:p>
      <w:pPr>
        <w:pStyle w:val="Heading2"/>
      </w:pPr>
      <w:r>
        <w:t>Museums and galleries to pair with your outings</w:t>
      </w:r>
      <w:r/>
    </w:p>
    <w:p>
      <w:r/>
      <w:r>
        <w:t>If you want a cultured morning before a show, SFMOMA, the de Young and the Asian Art Museum all have strong summer lineups, from photography shows to blockbuster touring exhibits. Smaller queer and community museums , GLBT History Museum, OUT Museum and the Tenderloin Museum , offer compact, resonant shows that connect directly to the performances you might see later. Practical suggestion: many museums have late‑night openings or discounted evenings; check schedules and combine a late gallery visit with an after‑show drink nearby.</w:t>
      </w:r>
      <w:r/>
    </w:p>
    <w:p>
      <w:pPr>
        <w:pStyle w:val="Heading2"/>
      </w:pPr>
      <w:r>
        <w:t>Making the most of it: planning, transport and accessibility</w:t>
      </w:r>
      <w:r/>
    </w:p>
    <w:p>
      <w:r/>
      <w:r>
        <w:t>Plan for daytime heat and evening chill , layers are your friend. Public transport and rideshares save you the headache of parking in busy nodes like downtown Oakland and the Castro. If accessibility matters, check venue pages in advance , many places post wheelchair access, captioning, or sensory‑friendly info. For family‑friendly or low‑noise options, outdoor parks and bandstands offer a mellow alternative to packed nightclubs. A human note: pick one big thing and one small thing per day , you’ll enjoy both more than trying to cram everything into a single hustle.</w:t>
      </w:r>
      <w:r/>
    </w:p>
    <w:p>
      <w:r/>
      <w:r>
        <w:t>It’s a lively season , pick what speaks to you and go enjoy the city’s late‑summer pulse.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https://www.ebar.com/story/169236/</w:t>
        </w:r>
      </w:hyperlink>
      <w:r>
        <w:t xml:space="preserve"> - Please view link - unable to able to access data</w:t>
      </w:r>
      <w:r/>
    </w:p>
    <w:p>
      <w:pPr>
        <w:pStyle w:val="ListNumber"/>
        <w:spacing w:line="240" w:lineRule="auto"/>
        <w:ind w:left="720"/>
      </w:pPr>
      <w:r/>
      <w:hyperlink r:id="rId10">
        <w:r>
          <w:rPr>
            <w:color w:val="0000EE"/>
            <w:u w:val="single"/>
          </w:rPr>
          <w:t>https://www.westedgeopera.org/americanapollo</w:t>
        </w:r>
      </w:hyperlink>
      <w:r>
        <w:t xml:space="preserve"> - West Edge Opera presents the West Coast premiere of 'American Apollo,' an opera by composer Damien Geter and librettist Lila Palmer. The production explores the relationship between painter John Singer Sargent and his model, Thomas Eugene McKeller. Performances are scheduled for August 8 and August 13, 2026, at the Oakland Scottish Rite Center, located at 1547 Lakeside Drive. Tickets range from $10 to $182. For more information, visit the West Edge Opera website.</w:t>
      </w:r>
      <w:r/>
    </w:p>
    <w:p>
      <w:pPr>
        <w:pStyle w:val="ListNumber"/>
        <w:spacing w:line="240" w:lineRule="auto"/>
        <w:ind w:left="720"/>
      </w:pPr>
      <w:r/>
      <w:hyperlink r:id="rId13">
        <w:r>
          <w:rPr>
            <w:color w:val="0000EE"/>
            <w:u w:val="single"/>
          </w:rPr>
          <w:t>https://www.improv.org/shows/</w:t>
        </w:r>
      </w:hyperlink>
      <w:r>
        <w:t xml:space="preserve"> - Bay Area Theatre Sports (BATS) Improv offers a variety of improvised comedy shows, including musicals, at the Bayfront Theatre in Fort Mason Center, San Francisco. Performances are held on the 3rd floor of Building B, 2 Marina Blvd. Tickets start at $12. For the latest show schedules and ticket information, visit the BATS Improv website.</w:t>
      </w:r>
      <w:r/>
    </w:p>
    <w:p>
      <w:pPr>
        <w:pStyle w:val="ListNumber"/>
        <w:spacing w:line="240" w:lineRule="auto"/>
        <w:ind w:left="720"/>
      </w:pPr>
      <w:r/>
      <w:hyperlink r:id="rId14">
        <w:r>
          <w:rPr>
            <w:color w:val="0000EE"/>
            <w:u w:val="single"/>
          </w:rPr>
          <w:t>https://comedianswithdisabilitiesact.com/</w:t>
        </w:r>
      </w:hyperlink>
      <w:r>
        <w:t xml:space="preserve"> - The Comedians with Disabilities Act is a group of comedians with various disabilities who perform to challenge stereotypes through laughter. They are scheduled to perform at the Woodminster Theater in Oakland on August 22, 2026, at 8 pm. The venue is located at 3540 Sanborn Drive, Joaquin Miller Park. Tickets range from $15 to $225. For more details, visit their official website.</w:t>
      </w:r>
      <w:r/>
    </w:p>
    <w:p>
      <w:pPr>
        <w:pStyle w:val="ListNumber"/>
        <w:spacing w:line="240" w:lineRule="auto"/>
        <w:ind w:left="720"/>
      </w:pPr>
      <w:r/>
      <w:hyperlink r:id="rId11">
        <w:r>
          <w:rPr>
            <w:color w:val="0000EE"/>
            <w:u w:val="single"/>
          </w:rPr>
          <w:t>https://www.tenderloinmuseum.org</w:t>
        </w:r>
      </w:hyperlink>
      <w:r>
        <w:t xml:space="preserve"> - The Tenderloin Museum hosts 'Compton’s Cafeteria Riot,' a dramatic recreation of the historic 1966 uprising of trans and drag individuals. The performance is set in a recreated diner, with breakfast served, and is celebrating its one-year run. A special show on August 21, 2026, includes guest Peaches Christ. Performances are held on Fridays and Saturdays at 7 pm, extended through August, at 835 Larkin St. Tickets are priced at $75. For more information, visit the Tenderloin Museum website.</w:t>
      </w:r>
      <w:r/>
    </w:p>
    <w:p>
      <w:pPr>
        <w:pStyle w:val="ListNumber"/>
        <w:spacing w:line="240" w:lineRule="auto"/>
        <w:ind w:left="720"/>
      </w:pPr>
      <w:r/>
      <w:hyperlink r:id="rId12">
        <w:r>
          <w:rPr>
            <w:color w:val="0000EE"/>
            <w:u w:val="single"/>
          </w:rPr>
          <w:t>https://www.clubfugazisf.com/</w:t>
        </w:r>
      </w:hyperlink>
      <w:r>
        <w:t xml:space="preserve"> - Club Fugazi presents 'Dear San Francisco,' a high-flying acrobatics show by The 7 Fingers that pays homage to the city. Performances are scheduled at 678 Green St. Tickets range from $87 to $200. For more details and ticket purchases, visit the Club Fugazi website.</w:t>
      </w:r>
      <w:r/>
    </w:p>
    <w:p>
      <w:pPr>
        <w:pStyle w:val="ListNumber"/>
        <w:spacing w:line="240" w:lineRule="auto"/>
        <w:ind w:left="720"/>
      </w:pPr>
      <w:r/>
      <w:hyperlink r:id="rId15">
        <w:r>
          <w:rPr>
            <w:color w:val="0000EE"/>
            <w:u w:val="single"/>
          </w:rPr>
          <w:t>https://playground-sf.org/</w:t>
        </w:r>
      </w:hyperlink>
      <w:r>
        <w:t xml:space="preserve"> - The Free-Play Festival at Potrero Stage is an annual four-week Fringe-style presentation of multiple plays. The festival runs through August 23, 2026, at 1695 18th St. Admission is free, with suggested donations ranging from $10 to $30. For the full schedule and more information, visit the Playground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236/" TargetMode="External"/><Relationship Id="rId10" Type="http://schemas.openxmlformats.org/officeDocument/2006/relationships/hyperlink" Target="https://www.westedgeopera.org/americanapollo" TargetMode="External"/><Relationship Id="rId11" Type="http://schemas.openxmlformats.org/officeDocument/2006/relationships/hyperlink" Target="https://www.tenderloinmuseum.org" TargetMode="External"/><Relationship Id="rId12" Type="http://schemas.openxmlformats.org/officeDocument/2006/relationships/hyperlink" Target="https://www.clubfugazisf.com/" TargetMode="External"/><Relationship Id="rId13" Type="http://schemas.openxmlformats.org/officeDocument/2006/relationships/hyperlink" Target="https://www.improv.org/shows/" TargetMode="External"/><Relationship Id="rId14" Type="http://schemas.openxmlformats.org/officeDocument/2006/relationships/hyperlink" Target="https://comedianswithdisabilitiesact.com/" TargetMode="External"/><Relationship Id="rId15" Type="http://schemas.openxmlformats.org/officeDocument/2006/relationships/hyperlink" Target="https://playground-sf.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