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TV Shows to Binge Right Now: Queer Series for Every Mood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the best gay TV shows that viewers are streaming right now , from comfort romances and chosen-family comedies to high-stakes political drama and heartbreaking period pieces. Whether you want something cosy, cathartic or gloriously messy, these picks prove there’s a queer series for every mood and moment.</w:t>
      </w:r>
      <w:r/>
    </w:p>
    <w:p>
      <w:r/>
      <w:r>
        <w:t>Essential Takeaways</w:t>
      </w:r>
      <w:r/>
      <w:r/>
    </w:p>
    <w:p>
      <w:pPr>
        <w:pStyle w:val="ListBullet"/>
        <w:spacing w:line="240" w:lineRule="auto"/>
        <w:ind w:left="720"/>
      </w:pPr>
      <w:r/>
      <w:r>
        <w:rPr>
          <w:b/>
        </w:rPr>
        <w:t>Wide variety:</w:t>
      </w:r>
      <w:r>
        <w:t xml:space="preserve"> From tender teen romance to gritty historical drama, queer stories now span every major TV genre.</w:t>
      </w:r>
      <w:r/>
    </w:p>
    <w:p>
      <w:pPr>
        <w:pStyle w:val="ListBullet"/>
        <w:spacing w:line="240" w:lineRule="auto"/>
        <w:ind w:left="720"/>
      </w:pPr>
      <w:r/>
      <w:r>
        <w:rPr>
          <w:b/>
        </w:rPr>
        <w:t>Standout performances:</w:t>
      </w:r>
      <w:r>
        <w:t xml:space="preserve"> Shows on this list deliver award-worthy acting and memorable chemistry.</w:t>
      </w:r>
      <w:r/>
    </w:p>
    <w:p>
      <w:pPr>
        <w:pStyle w:val="ListBullet"/>
        <w:spacing w:line="240" w:lineRule="auto"/>
        <w:ind w:left="720"/>
      </w:pPr>
      <w:r/>
      <w:r>
        <w:rPr>
          <w:b/>
        </w:rPr>
        <w:t>Emotional range:</w:t>
      </w:r>
      <w:r>
        <w:t xml:space="preserve"> Expect joy, grief, catharsis and lots of laugh-out-loud moments.</w:t>
      </w:r>
      <w:r/>
    </w:p>
    <w:p>
      <w:pPr>
        <w:pStyle w:val="ListBullet"/>
        <w:spacing w:line="240" w:lineRule="auto"/>
        <w:ind w:left="720"/>
      </w:pPr>
      <w:r/>
      <w:r>
        <w:rPr>
          <w:b/>
        </w:rPr>
        <w:t>Accessibility:</w:t>
      </w:r>
      <w:r>
        <w:t xml:space="preserve"> Many titles are widely available on mainstream streaming services, making them easy to add to your watchlist.</w:t>
      </w:r>
      <w:r/>
    </w:p>
    <w:p>
      <w:pPr>
        <w:pStyle w:val="ListBullet"/>
        <w:spacing w:line="240" w:lineRule="auto"/>
        <w:ind w:left="720"/>
      </w:pPr>
      <w:r/>
      <w:r>
        <w:rPr>
          <w:b/>
        </w:rPr>
        <w:t>Comfort to challenge:</w:t>
      </w:r>
      <w:r>
        <w:t xml:space="preserve"> Some shows soothe, others confront painful history , both feel necessary.</w:t>
      </w:r>
      <w:r/>
      <w:r/>
    </w:p>
    <w:p>
      <w:pPr>
        <w:pStyle w:val="Heading2"/>
      </w:pPr>
      <w:r>
        <w:t>Why Heartstopper Feels Like a Warm Hug</w:t>
      </w:r>
      <w:r/>
    </w:p>
    <w:p>
      <w:r/>
      <w:r>
        <w:t>Heartstopper is the definition of comforting television, soft-toned and sincere with a palpable glow of first love. Based on Alice Oseman’s graphic novels, it follows Charlie and Nick as a tender friendship becomes something more, and it’s the sort of show that makes you smile without apology. According to streaming listings, it’s easy to find on mainstream platforms, which helps it reach a younger, enthusiastic audience. If you need something gentle and optimistic after a long day, pick Heartstopper , and yes, the chemistry really lands.</w:t>
      </w:r>
      <w:r/>
    </w:p>
    <w:p>
      <w:pPr>
        <w:pStyle w:val="Heading2"/>
      </w:pPr>
      <w:r>
        <w:t>Pose: Ballroom Glamour Meets Real History</w:t>
      </w:r>
      <w:r/>
    </w:p>
    <w:p>
      <w:r/>
      <w:r>
        <w:t>Pose mixes runway spectacle with honest, heartbreaking storytelling about the 1980s and 90s ballroom scene in New York City. The series made headlines for its large cast of transgender actors in leading roles and for spotlighting the impact of HIV/AIDS on a community fighting for visibility. Critics and viewers have praised its energy and emotional depth, and it remains a cultural touchstone for why representation matters. Watch it when you want glamour, big hearts and history taught through lived experience.</w:t>
      </w:r>
      <w:r/>
    </w:p>
    <w:p>
      <w:pPr>
        <w:pStyle w:val="Heading2"/>
      </w:pPr>
      <w:r>
        <w:t>Fellow Travelers: Politics, Passion and Complicated Love</w:t>
      </w:r>
      <w:r/>
    </w:p>
    <w:p>
      <w:r/>
      <w:r>
        <w:t>If you’re after something more adult and politically charged, Fellow Travelers pairs a sweeping romance with the tense backdrop of American politics. It’s an emotionally intense watch that tracks a decades-long relationship during fraught historical moments, and many viewers say it’s as gripping for the drama as it is for the performances. For fans of slow-burn storytelling with real stakes, this one’s a late-night, can’t-stop-press-play kind of series.</w:t>
      </w:r>
      <w:r/>
    </w:p>
    <w:p>
      <w:pPr>
        <w:pStyle w:val="Heading2"/>
      </w:pPr>
      <w:r>
        <w:t>It’s a Sin: Funny, Furious and Unforgettable</w:t>
      </w:r>
      <w:r/>
    </w:p>
    <w:p>
      <w:r/>
      <w:r>
        <w:t>Russell T Davies’s It’s a Sin is both exuberant and devastating, following a tight group of friends in 1980s London as they navigate youth, joy and the brutal onset of the AIDS crisis. It mixes sharp humour with gutting emotional beats, which is why it still comes up in conversations about the most important queer dramas of recent years. Watch it prepared to laugh and then reach for the tissues , your empathy muscle will get a proper workout.</w:t>
      </w:r>
      <w:r/>
    </w:p>
    <w:p>
      <w:pPr>
        <w:pStyle w:val="Heading2"/>
      </w:pPr>
      <w:r>
        <w:t>Interview with the Vampire: Gothic Lust and Queer Obsession</w:t>
      </w:r>
      <w:r/>
    </w:p>
    <w:p>
      <w:r/>
      <w:r>
        <w:t>This adaptation leans into gothic romance and melodrama with relish, giving new life to the fraught relationship between Louis and Lestat. It’s lush, stylish and often deliciously overwrought, which makes it a treat if you enjoy emotionally heightened storytelling and costume-rich worlds. For viewers who like their queer narratives with a side of doom, the vampire setting offers an indulgent spin on timeless themes of love and identity.</w:t>
      </w:r>
      <w:r/>
    </w:p>
    <w:p>
      <w:pPr>
        <w:pStyle w:val="Heading2"/>
      </w:pPr>
      <w:r>
        <w:t>Looking: Everyday Life, Quiet Truths</w:t>
      </w:r>
      <w:r/>
    </w:p>
    <w:p>
      <w:r/>
      <w:r>
        <w:t>Not every queer show needs to make a political statement; sometimes the best thing is a careful study of ordinary life. Looking follows three friends in San Francisco as they juggle dating, career anxiety and the small humiliations of adulthood. It’s understated, warm and familiar in a way that rewards slow viewing. If you like shows that feel like a friend’s candid confession, Looking is quietly brilliant.</w:t>
      </w:r>
      <w:r/>
    </w:p>
    <w:p>
      <w:pPr>
        <w:pStyle w:val="Heading2"/>
      </w:pPr>
      <w:r>
        <w:t>Queer as Folk: A Revolutionary Touchstone</w:t>
      </w:r>
      <w:r/>
    </w:p>
    <w:p>
      <w:r/>
      <w:r>
        <w:t>Both the UK original and the US adaptation pushed boundaries when they arrived, centring gay lives without apology and forcing mainstream TV to pay attention. While certain plotlines show their age, the series’ influence on queer storytelling is impossible to overstate. Rewatching it today is interesting for the historical snapshot it offers and for seeing how much the television landscape has changed since.</w:t>
      </w:r>
      <w:r/>
    </w:p>
    <w:p>
      <w:pPr>
        <w:pStyle w:val="Heading2"/>
      </w:pPr>
      <w:r>
        <w:t>Smiley: A Light, Spanish Rom-Com Escape</w:t>
      </w:r>
      <w:r/>
    </w:p>
    <w:p>
      <w:r/>
      <w:r>
        <w:t>If you need something bright and breezy, Smiley is a compact Spanish rom-com that thrives on chemistry and charm. It’s the kind of palate cleanser you reach for after heavier dramas , a wrong number text, cute meet-cutes and easy laughs. Put it on when you want to unwind without thinking too hard.</w:t>
      </w:r>
      <w:r/>
    </w:p>
    <w:p>
      <w:pPr>
        <w:pStyle w:val="Heading2"/>
      </w:pPr>
      <w:r>
        <w:t>The Last of Us: A Zombie Story with a Tender Centre</w:t>
      </w:r>
      <w:r/>
    </w:p>
    <w:p>
      <w:r/>
      <w:r>
        <w:t>It might seem odd to include a post-apocalyptic drama, but The Last of Us contains one of the most tender TV love stories in the episode centred on Bill and Frank. The series as a whole continues to include nuanced LGBTQ+ characters whose identities feel lived-in rather than sensationalised. For people who love genre television with emotional core moments, it’s a reminder that queer stories can appear in any setting , even the end of the world.</w:t>
      </w:r>
      <w:r/>
    </w:p>
    <w:p>
      <w:pPr>
        <w:pStyle w:val="Heading2"/>
      </w:pPr>
      <w:r>
        <w:t>Schitt’s Creek: Kindness as Revolutionary Comedy</w:t>
      </w:r>
      <w:r/>
    </w:p>
    <w:p>
      <w:r/>
      <w:r>
        <w:t>Schitt’s Creek rewrote the sitcom rulebook by showing a same-sex relationship that was never the source of conflict, but instead a place of warmth and partnership. David and Patrick’s romance became a cultural favourite because the show chose kindness over drama. It’s pure comfort viewing with sharp writing and memorable turns of phrase , perfect for rewatching with friends.</w:t>
      </w:r>
      <w:r/>
    </w:p>
    <w:p>
      <w:r/>
      <w:r>
        <w:t>Closing line Hit play and let your next obsession find you , these shows prove queer storytelling has never been richer or more varied.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Paragraph 4: </w:t>
      </w:r>
      <w:hyperlink r:id="rId10">
        <w:r>
          <w:rPr>
            <w:color w:val="0000EE"/>
            <w:u w:val="single"/>
          </w:rPr>
          <w:t>[7]</w:t>
        </w:r>
      </w:hyperlink>
      <w:r>
        <w:t xml:space="preserve">- Paragraph 5: </w:t>
      </w:r>
      <w:hyperlink r:id="rId10">
        <w:r>
          <w:rPr>
            <w:color w:val="0000EE"/>
            <w:u w:val="single"/>
          </w:rPr>
          <w:t>[2]</w:t>
        </w:r>
      </w:hyperlink>
      <w:r>
        <w:t xml:space="preserve">- Paragraph 6: </w:t>
      </w:r>
      <w:hyperlink r:id="rId10">
        <w:r>
          <w:rPr>
            <w:color w:val="0000EE"/>
            <w:u w:val="single"/>
          </w:rPr>
          <w:t>[3]</w:t>
        </w:r>
      </w:hyperlink>
      <w:r>
        <w:t xml:space="preserve">- Paragraph 7: </w:t>
      </w:r>
      <w:hyperlink r:id="rId10">
        <w:r>
          <w:rPr>
            <w:color w:val="0000EE"/>
            <w:u w:val="single"/>
          </w:rPr>
          <w:t>[4]</w:t>
        </w:r>
      </w:hyperlink>
      <w:r>
        <w:t xml:space="preserve">- Paragraph 8: </w:t>
      </w:r>
      <w:hyperlink r:id="rId10">
        <w:r>
          <w:rPr>
            <w:color w:val="0000EE"/>
            <w:u w:val="single"/>
          </w:rPr>
          <w:t>[5]</w:t>
        </w:r>
      </w:hyperlink>
      <w:r>
        <w:t xml:space="preserve">- Paragraph 9: </w:t>
      </w:r>
      <w:hyperlink r:id="rId10">
        <w:r>
          <w:rPr>
            <w:color w:val="0000EE"/>
            <w:u w:val="single"/>
          </w:rPr>
          <w:t>[6]</w:t>
        </w:r>
      </w:hyperlink>
      <w:r>
        <w:t xml:space="preserve">- Paragraph 10: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https://instinctmagazine.com/best-gay-tv-shows/</w:t>
        </w:r>
      </w:hyperlink>
      <w:r>
        <w:t xml:space="preserve"> - Please view link - unable to able to access data</w:t>
      </w:r>
      <w:r/>
    </w:p>
    <w:p>
      <w:pPr>
        <w:pStyle w:val="ListNumber"/>
        <w:spacing w:line="240" w:lineRule="auto"/>
        <w:ind w:left="720"/>
      </w:pPr>
      <w:r/>
      <w:hyperlink r:id="rId10">
        <w:r>
          <w:rPr>
            <w:color w:val="0000EE"/>
            <w:u w:val="single"/>
          </w:rPr>
          <w:t>https://www.netflix.com/title/80241986</w:t>
        </w:r>
      </w:hyperlink>
      <w:r>
        <w:t xml:space="preserve"> - 'Pose' is an American drama series set in 1987 New York, focusing on the LGBTQ+ ballroom culture. The show follows Blanca, a prominent figure in the ballroom scene, as she establishes her own house, becoming a mother figure to a talented dancer and a sex worker involved with a yuppie client. The series is acclaimed for its portrayal of resilience, love, and community within the LGBTQ+ community. (</w:t>
      </w:r>
      <w:hyperlink r:id="rId11">
        <w:r>
          <w:rPr>
            <w:color w:val="0000EE"/>
            <w:u w:val="single"/>
          </w:rPr>
          <w:t>netflix.com</w:t>
        </w:r>
      </w:hyperlink>
      <w:r>
        <w:t>)</w:t>
      </w:r>
      <w:r/>
    </w:p>
    <w:p>
      <w:pPr>
        <w:pStyle w:val="ListNumber"/>
        <w:spacing w:line="240" w:lineRule="auto"/>
        <w:ind w:left="720"/>
      </w:pPr>
      <w:r/>
      <w:hyperlink r:id="rId10">
        <w:r>
          <w:rPr>
            <w:color w:val="0000EE"/>
            <w:u w:val="single"/>
          </w:rPr>
          <w:t>https://www.netflix.com/title/80241986</w:t>
        </w:r>
      </w:hyperlink>
      <w:r>
        <w:t xml:space="preserve"> - 'Pose' is an American drama series set in 1987 New York, focusing on the LGBTQ+ ballroom culture. The show follows Blanca, a prominent figure in the ballroom scene, as she establishes her own house, becoming a mother figure to a talented dancer and a sex worker involved with a yuppie client. The series is acclaimed for its portrayal of resilience, love, and community within the LGBTQ+ community. (</w:t>
      </w:r>
      <w:hyperlink r:id="rId11">
        <w:r>
          <w:rPr>
            <w:color w:val="0000EE"/>
            <w:u w:val="single"/>
          </w:rPr>
          <w:t>netflix.com</w:t>
        </w:r>
      </w:hyperlink>
      <w:r>
        <w:t>)</w:t>
      </w:r>
      <w:r/>
    </w:p>
    <w:p>
      <w:pPr>
        <w:pStyle w:val="ListNumber"/>
        <w:spacing w:line="240" w:lineRule="auto"/>
        <w:ind w:left="720"/>
      </w:pPr>
      <w:r/>
      <w:hyperlink r:id="rId10">
        <w:r>
          <w:rPr>
            <w:color w:val="0000EE"/>
            <w:u w:val="single"/>
          </w:rPr>
          <w:t>https://www.netflix.com/title/80241986</w:t>
        </w:r>
      </w:hyperlink>
      <w:r>
        <w:t xml:space="preserve"> - 'Pose' is an American drama series set in 1987 New York, focusing on the LGBTQ+ ballroom culture. The show follows Blanca, a prominent figure in the ballroom scene, as she establishes her own house, becoming a mother figure to a talented dancer and a sex worker involved with a yuppie client. The series is acclaimed for its portrayal of resilience, love, and community within the LGBTQ+ community. (</w:t>
      </w:r>
      <w:hyperlink r:id="rId11">
        <w:r>
          <w:rPr>
            <w:color w:val="0000EE"/>
            <w:u w:val="single"/>
          </w:rPr>
          <w:t>netflix.com</w:t>
        </w:r>
      </w:hyperlink>
      <w:r>
        <w:t>)</w:t>
      </w:r>
      <w:r/>
    </w:p>
    <w:p>
      <w:pPr>
        <w:pStyle w:val="ListNumber"/>
        <w:spacing w:line="240" w:lineRule="auto"/>
        <w:ind w:left="720"/>
      </w:pPr>
      <w:r/>
      <w:hyperlink r:id="rId10">
        <w:r>
          <w:rPr>
            <w:color w:val="0000EE"/>
            <w:u w:val="single"/>
          </w:rPr>
          <w:t>https://www.netflix.com/title/80241986</w:t>
        </w:r>
      </w:hyperlink>
      <w:r>
        <w:t xml:space="preserve"> - 'Pose' is an American drama series set in 1987 New York, focusing on the LGBTQ+ ballroom culture. The show follows Blanca, a prominent figure in the ballroom scene, as she establishes her own house, becoming a mother figure to a talented dancer and a sex worker involved with a yuppie client. The series is acclaimed for its portrayal of resilience, love, and community within the LGBTQ+ community. (</w:t>
      </w:r>
      <w:hyperlink r:id="rId11">
        <w:r>
          <w:rPr>
            <w:color w:val="0000EE"/>
            <w:u w:val="single"/>
          </w:rPr>
          <w:t>netflix.com</w:t>
        </w:r>
      </w:hyperlink>
      <w:r>
        <w:t>)</w:t>
      </w:r>
      <w:r/>
    </w:p>
    <w:p>
      <w:pPr>
        <w:pStyle w:val="ListNumber"/>
        <w:spacing w:line="240" w:lineRule="auto"/>
        <w:ind w:left="720"/>
      </w:pPr>
      <w:r/>
      <w:hyperlink r:id="rId10">
        <w:r>
          <w:rPr>
            <w:color w:val="0000EE"/>
            <w:u w:val="single"/>
          </w:rPr>
          <w:t>https://www.netflix.com/title/80241986</w:t>
        </w:r>
      </w:hyperlink>
      <w:r>
        <w:t xml:space="preserve"> - 'Pose' is an American drama series set in 1987 New York, focusing on the LGBTQ+ ballroom culture. The show follows Blanca, a prominent figure in the ballroom scene, as she establishes her own house, becoming a mother figure to a talented dancer and a sex worker involved with a yuppie client. The series is acclaimed for its portrayal of resilience, love, and community within the LGBTQ+ community. (</w:t>
      </w:r>
      <w:hyperlink r:id="rId11">
        <w:r>
          <w:rPr>
            <w:color w:val="0000EE"/>
            <w:u w:val="single"/>
          </w:rPr>
          <w:t>netflix.com</w:t>
        </w:r>
      </w:hyperlink>
      <w:r>
        <w:t>)</w:t>
      </w:r>
      <w:r/>
    </w:p>
    <w:p>
      <w:pPr>
        <w:pStyle w:val="ListNumber"/>
        <w:spacing w:line="240" w:lineRule="auto"/>
        <w:ind w:left="720"/>
      </w:pPr>
      <w:r/>
      <w:hyperlink r:id="rId10">
        <w:r>
          <w:rPr>
            <w:color w:val="0000EE"/>
            <w:u w:val="single"/>
          </w:rPr>
          <w:t>https://www.netflix.com/title/80241986</w:t>
        </w:r>
      </w:hyperlink>
      <w:r>
        <w:t xml:space="preserve"> - 'Pose' is an American drama series set in 1987 New York, focusing on the LGBTQ+ ballroom culture. The show follows Blanca, a prominent figure in the ballroom scene, as she establishes her own house, becoming a mother figure to a talented dancer and a sex worker involved with a yuppie client. The series is acclaimed for its portrayal of resilience, love, and community within the LGBTQ+ community. (</w:t>
      </w:r>
      <w:hyperlink r:id="rId11">
        <w:r>
          <w:rPr>
            <w:color w:val="0000EE"/>
            <w:u w:val="single"/>
          </w:rPr>
          <w:t>netflix.com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est-gay-tv-shows/" TargetMode="External"/><Relationship Id="rId10" Type="http://schemas.openxmlformats.org/officeDocument/2006/relationships/hyperlink" Target="https://www.netflix.com/title/80241986" TargetMode="External"/><Relationship Id="rId11" Type="http://schemas.openxmlformats.org/officeDocument/2006/relationships/hyperlink" Target="https://www.netflix.com/id-en/title/8024198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