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Romance Shows to Binge Right Now: Find Your Next TV Obsession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comfort romances and aching slow-burns as the TV landscape fills with tender queer love stories; whether you want butterflies, gut punches or decade-spanning devotion, these gay romance shows deliver the chemistry and emotional pay-off that keeps you up past your bedtime.</w:t>
      </w:r>
      <w:r/>
    </w:p>
    <w:p>
      <w:r/>
      <w:r>
        <w:t>Essential Takeaways</w:t>
      </w:r>
      <w:r/>
      <w:r/>
    </w:p>
    <w:p>
      <w:pPr>
        <w:pStyle w:val="ListBullet"/>
        <w:spacing w:line="240" w:lineRule="auto"/>
        <w:ind w:left="720"/>
      </w:pPr>
      <w:r/>
      <w:r>
        <w:rPr>
          <w:b/>
        </w:rPr>
        <w:t>Feel-good favourite:</w:t>
      </w:r>
      <w:r>
        <w:t xml:space="preserve"> Heartstopper is gentle, cosy and perfect for comfort viewing, with a soft, hopeful tone and instantly lovable leads. </w:t>
      </w:r>
      <w:r/>
    </w:p>
    <w:p>
      <w:pPr>
        <w:pStyle w:val="ListBullet"/>
        <w:spacing w:line="240" w:lineRule="auto"/>
        <w:ind w:left="720"/>
      </w:pPr>
      <w:r/>
      <w:r>
        <w:rPr>
          <w:b/>
        </w:rPr>
        <w:t>Royal longing:</w:t>
      </w:r>
      <w:r>
        <w:t xml:space="preserve"> Young Royals leans into longing looks and class tension, ideal if you love polite restraint and dramatic stakes. </w:t>
      </w:r>
      <w:r/>
    </w:p>
    <w:p>
      <w:pPr>
        <w:pStyle w:val="ListBullet"/>
        <w:spacing w:line="240" w:lineRule="auto"/>
        <w:ind w:left="720"/>
      </w:pPr>
      <w:r/>
      <w:r>
        <w:rPr>
          <w:b/>
        </w:rPr>
        <w:t>Sports heat:</w:t>
      </w:r>
      <w:r>
        <w:t xml:space="preserve"> The Hating Game-style rivalry turned romance in hockey-set dramas brings opposites-attract energy and intense chemistry. </w:t>
      </w:r>
      <w:r/>
    </w:p>
    <w:p>
      <w:pPr>
        <w:pStyle w:val="ListBullet"/>
        <w:spacing w:line="240" w:lineRule="auto"/>
        <w:ind w:left="720"/>
      </w:pPr>
      <w:r/>
      <w:r>
        <w:rPr>
          <w:b/>
        </w:rPr>
        <w:t>Historical depth:</w:t>
      </w:r>
      <w:r>
        <w:t xml:space="preserve"> Fellow Travelers pairs sweeping romance with heavy historical context, so be ready for emotional highs and lows. </w:t>
      </w:r>
      <w:r/>
    </w:p>
    <w:p>
      <w:pPr>
        <w:pStyle w:val="ListBullet"/>
        <w:spacing w:line="240" w:lineRule="auto"/>
        <w:ind w:left="720"/>
      </w:pPr>
      <w:r/>
      <w:r>
        <w:rPr>
          <w:b/>
        </w:rPr>
        <w:t>Cultural landmark:</w:t>
      </w:r>
      <w:r>
        <w:t xml:space="preserve"> Queer as Folk remains a touchstone , raw, sexy and groundbreaking , worth revisiting for perspective on how queer TV has evolved.</w:t>
      </w:r>
      <w:r/>
      <w:r/>
    </w:p>
    <w:p>
      <w:pPr>
        <w:pStyle w:val="Heading2"/>
      </w:pPr>
      <w:r>
        <w:t>Why Heartstopper is the Comfort Romance Everyone Rewatches</w:t>
      </w:r>
      <w:r/>
    </w:p>
    <w:p>
      <w:r/>
      <w:r>
        <w:t>Heartstopper feels like a warm hug , soft lighting, shy smiles and small, meaningful gestures that make every scene feel intimate. Netflix turned Alice Oseman’s graphic novel into a show that celebrates the quiet, everyday milestones of falling in love. According to Netflix listings and reviews, its charm is intentionally low-conflict, which is why fans call it comforting rather than dramatic. If you want something that soothes and makes holding hands feel cinematic, pick this one. For parents and teens alike, it’s an easy recommendation: start with the smallest episode and prepare to stay for the whole season.</w:t>
      </w:r>
      <w:r/>
    </w:p>
    <w:p>
      <w:pPr>
        <w:pStyle w:val="Heading2"/>
      </w:pPr>
      <w:r>
        <w:t>Young Royals: Melodrama, Manners and Longing Glances</w:t>
      </w:r>
      <w:r/>
    </w:p>
    <w:p>
      <w:r/>
      <w:r>
        <w:t>If you like your romance served with royal duty and simmering tension, Young Royals delivers. The boarding-school setting amplifies every stolen look; the show trades explosions for emotional pressure and consequences. Critics and viewers have praised the longing between Simon and Wilhelm, noting that the show leans hard into yearning as a storytelling tool. Watch this when you crave intensity without spectacle , and if jealousy, protocol and secret meetings are your guilty pleasures, this is one to savour.</w:t>
      </w:r>
      <w:r/>
    </w:p>
    <w:p>
      <w:pPr>
        <w:pStyle w:val="Heading2"/>
      </w:pPr>
      <w:r>
        <w:t>Sporty Rivalries That Turn into Full-Blown Romance</w:t>
      </w:r>
      <w:r/>
    </w:p>
    <w:p>
      <w:r/>
      <w:r>
        <w:t>There’s something about team sports that raises the stakes for a slow-burn romance , think enemies-to-lovers, secret texts and locker-room chemistry. Recent hockey-set series have taken that formula and dialled up both the heat and the humour, making for addictive viewing you’ll binge in one sitting. These shows are great if you like physical chemistry that translates onscreen: the close-quarters, sweaty-crowd energy adds a tactile layer to every scene. Tip: start with the episode that establishes the rivalry , it’ll make the eventual kiss land harder.</w:t>
      </w:r>
      <w:r/>
    </w:p>
    <w:p>
      <w:pPr>
        <w:pStyle w:val="Heading2"/>
      </w:pPr>
      <w:r>
        <w:t>Fellow Travelers: A Romance That Asks You to Feel History</w:t>
      </w:r>
      <w:r/>
    </w:p>
    <w:p>
      <w:r/>
      <w:r>
        <w:t>Fellow Travelers asks more of you emotionally; it’s a romance set against fraught chapters of LGBTQ history, and it doesn’t shy away from heartbreak. With actors who carry decades of loss and desire across their faces, the series is powerful, raw and sometimes devastating. Industry coverage highlights its ambition to blend political reality with intimate storytelling, so you should be prepared for scenes that stick with you. This is the show you pick when you want love stories that also educate and haunt.</w:t>
      </w:r>
      <w:r/>
    </w:p>
    <w:p>
      <w:pPr>
        <w:pStyle w:val="Heading2"/>
      </w:pPr>
      <w:r>
        <w:t>Revisit Queer as Folk to See How Far Queer TV Has Come</w:t>
      </w:r>
      <w:r/>
    </w:p>
    <w:p>
      <w:r/>
      <w:r>
        <w:t>For a reminder of where mainstream queer storytelling started, Queer as Folk still hits with its bravado and unapologetic sexiness. It’s messier and rougher around the edges than streaming romances, but that’s part of its value: watching it now feels like time travel through queer pop culture. Platforms like Paramount+ and Amazon still host different versions, making it easy to compare eras. If you want context for the current boom in gay romance shows, a rewatch gives perspective on how representation and storytelling techniques have evolved.</w:t>
      </w:r>
      <w:r/>
    </w:p>
    <w:p>
      <w:r/>
      <w:r>
        <w:t>Closing line Pick a mood, queue an episode and let yourself fall , these shows prove there’s a queer romance for every kind of binge.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1">
        <w:r>
          <w:rPr>
            <w:color w:val="0000EE"/>
            <w:u w:val="single"/>
          </w:rPr>
          <w:t>[3]</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https://instinctmagazine.com/best-gay-romance-shows/</w:t>
        </w:r>
      </w:hyperlink>
      <w:r>
        <w:t xml:space="preserve"> - Please view link - unable to able to access data</w:t>
      </w:r>
      <w:r/>
    </w:p>
    <w:p>
      <w:pPr>
        <w:pStyle w:val="ListNumber"/>
        <w:spacing w:line="240" w:lineRule="auto"/>
        <w:ind w:left="720"/>
      </w:pPr>
      <w:r/>
      <w:hyperlink r:id="rId10">
        <w:r>
          <w:rPr>
            <w:color w:val="0000EE"/>
            <w:u w:val="single"/>
          </w:rPr>
          <w:t>https://www.netflix.com/title/81059939</w:t>
        </w:r>
      </w:hyperlink>
      <w:r>
        <w:t xml:space="preserve"> - 'Heartstopper' is a British coming-of-age romantic comedy series on Netflix, following the story of Charlie and Nick, two teenagers whose friendship develops into a romantic relationship. The series has been praised for its authentic portrayal of LGBTQ+ relationships and has received critical acclaim. (</w:t>
      </w:r>
      <w:hyperlink r:id="rId16">
        <w:r>
          <w:rPr>
            <w:color w:val="0000EE"/>
            <w:u w:val="single"/>
          </w:rPr>
          <w:t>netflix.com</w:t>
        </w:r>
      </w:hyperlink>
      <w:r>
        <w:t>)</w:t>
      </w:r>
      <w:r/>
    </w:p>
    <w:p>
      <w:pPr>
        <w:pStyle w:val="ListNumber"/>
        <w:spacing w:line="240" w:lineRule="auto"/>
        <w:ind w:left="720"/>
      </w:pPr>
      <w:r/>
      <w:hyperlink r:id="rId11">
        <w:r>
          <w:rPr>
            <w:color w:val="0000EE"/>
            <w:u w:val="single"/>
          </w:rPr>
          <w:t>https://www.rottentomatoes.com/tv/heartstopper</w:t>
        </w:r>
      </w:hyperlink>
      <w:r>
        <w:t xml:space="preserve"> - 'Heartstopper' holds a 98% rating on Rotten Tomatoes, reflecting its positive reception from critics and audiences alike. The series is lauded for its heartfelt storytelling and strong performances. (</w:t>
      </w:r>
      <w:hyperlink r:id="rId17">
        <w:r>
          <w:rPr>
            <w:color w:val="0000EE"/>
            <w:u w:val="single"/>
          </w:rPr>
          <w:t>rottentomatoes.com</w:t>
        </w:r>
      </w:hyperlink>
      <w:r>
        <w:t>)</w:t>
      </w:r>
      <w:r/>
    </w:p>
    <w:p>
      <w:pPr>
        <w:pStyle w:val="ListNumber"/>
        <w:spacing w:line="240" w:lineRule="auto"/>
        <w:ind w:left="720"/>
      </w:pPr>
      <w:r/>
      <w:hyperlink r:id="rId12">
        <w:r>
          <w:rPr>
            <w:color w:val="0000EE"/>
            <w:u w:val="single"/>
          </w:rPr>
          <w:t>https://www.whats-on-netflix.com/news/netflix-show-heartstopper-what-we-know-so-far-03-2022/</w:t>
        </w:r>
      </w:hyperlink>
      <w:r>
        <w:t xml:space="preserve"> - 'Heartstopper' is based on Alice Oseman's webcomic and graphic novel series, adapted into a television series by Netflix. The show premiered on April 22, 2022, and has been renewed for additional seasons. (</w:t>
      </w:r>
      <w:hyperlink r:id="rId18">
        <w:r>
          <w:rPr>
            <w:color w:val="0000EE"/>
            <w:u w:val="single"/>
          </w:rPr>
          <w:t>whats-on-netflix.com</w:t>
        </w:r>
      </w:hyperlink>
      <w:r>
        <w:t>)</w:t>
      </w:r>
      <w:r/>
    </w:p>
    <w:p>
      <w:pPr>
        <w:pStyle w:val="ListNumber"/>
        <w:spacing w:line="240" w:lineRule="auto"/>
        <w:ind w:left="720"/>
      </w:pPr>
      <w:r/>
      <w:hyperlink r:id="rId13">
        <w:r>
          <w:rPr>
            <w:color w:val="0000EE"/>
            <w:u w:val="single"/>
          </w:rPr>
          <w:t>https://www.tomsguide.com/best-picks/best-netflix-shows-tv-series-originals</w:t>
        </w:r>
      </w:hyperlink>
      <w:r>
        <w:t xml:space="preserve"> - 'Heartstopper' is featured in Tom's Guide's list of the top 50 Netflix shows to stream, highlighting its popularity and critical acclaim. (</w:t>
      </w:r>
      <w:hyperlink r:id="rId19">
        <w:r>
          <w:rPr>
            <w:color w:val="0000EE"/>
            <w:u w:val="single"/>
          </w:rPr>
          <w:t>tomsguide.com</w:t>
        </w:r>
      </w:hyperlink>
      <w:r>
        <w:t>)</w:t>
      </w:r>
      <w:r/>
    </w:p>
    <w:p>
      <w:pPr>
        <w:pStyle w:val="ListNumber"/>
        <w:spacing w:line="240" w:lineRule="auto"/>
        <w:ind w:left="720"/>
      </w:pPr>
      <w:r/>
      <w:hyperlink r:id="rId15">
        <w:r>
          <w:rPr>
            <w:color w:val="0000EE"/>
            <w:u w:val="single"/>
          </w:rPr>
          <w:t>https://www.cinemablend.com/news/2561116/great-lgbtq-romantic-comedies-and-how-to-watch-them</w:t>
        </w:r>
      </w:hyperlink>
      <w:r>
        <w:t xml:space="preserve"> - 'Heartstopper' is included in a curated list of 20 great LGBTQ+ romantic comedies, each offering unique perspectives on love, self-discovery, and identity. (</w:t>
      </w:r>
      <w:hyperlink r:id="rId20">
        <w:r>
          <w:rPr>
            <w:color w:val="0000EE"/>
            <w:u w:val="single"/>
          </w:rPr>
          <w:t>cinemablend.com</w:t>
        </w:r>
      </w:hyperlink>
      <w:r>
        <w:t>)</w:t>
      </w:r>
      <w:r/>
    </w:p>
    <w:p>
      <w:pPr>
        <w:pStyle w:val="ListNumber"/>
        <w:spacing w:line="240" w:lineRule="auto"/>
        <w:ind w:left="720"/>
      </w:pPr>
      <w:r/>
      <w:hyperlink r:id="rId14">
        <w:r>
          <w:rPr>
            <w:color w:val="0000EE"/>
            <w:u w:val="single"/>
          </w:rPr>
          <w:t>https://www.techradar.com/streaming/netflix/heartstopper-forever-ending-explained</w:t>
        </w:r>
      </w:hyperlink>
      <w:r>
        <w:t xml:space="preserve"> - 'Heartstopper Forever' serves as the conclusion to Alice Oseman's beloved 'Heartstopper' series, providing a comprehensive breakdown of the ending and the characters' future paths. (</w:t>
      </w:r>
      <w:hyperlink r:id="rId21">
        <w:r>
          <w:rPr>
            <w:color w:val="0000EE"/>
            <w:u w:val="single"/>
          </w:rPr>
          <w:t>techradar.com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est-gay-romance-shows/" TargetMode="External"/><Relationship Id="rId10" Type="http://schemas.openxmlformats.org/officeDocument/2006/relationships/hyperlink" Target="https://www.netflix.com/title/81059939" TargetMode="External"/><Relationship Id="rId11" Type="http://schemas.openxmlformats.org/officeDocument/2006/relationships/hyperlink" Target="https://www.rottentomatoes.com/tv/heartstopper" TargetMode="External"/><Relationship Id="rId12" Type="http://schemas.openxmlformats.org/officeDocument/2006/relationships/hyperlink" Target="https://www.whats-on-netflix.com/news/netflix-show-heartstopper-what-we-know-so-far-03-2022/" TargetMode="External"/><Relationship Id="rId13" Type="http://schemas.openxmlformats.org/officeDocument/2006/relationships/hyperlink" Target="https://www.tomsguide.com/best-picks/best-netflix-shows-tv-series-originals" TargetMode="External"/><Relationship Id="rId14" Type="http://schemas.openxmlformats.org/officeDocument/2006/relationships/hyperlink" Target="https://www.techradar.com/streaming/netflix/heartstopper-forever-ending-explained" TargetMode="External"/><Relationship Id="rId15" Type="http://schemas.openxmlformats.org/officeDocument/2006/relationships/hyperlink" Target="https://www.cinemablend.com/news/2561116/great-lgbtq-romantic-comedies-and-how-to-watch-them" TargetMode="External"/><Relationship Id="rId16" Type="http://schemas.openxmlformats.org/officeDocument/2006/relationships/hyperlink" Target="https://www.netflix.com/title/81059939?utm_source=openai" TargetMode="External"/><Relationship Id="rId17" Type="http://schemas.openxmlformats.org/officeDocument/2006/relationships/hyperlink" Target="https://www.rottentomatoes.com/tv/heartstopper?utm_source=openai" TargetMode="External"/><Relationship Id="rId18" Type="http://schemas.openxmlformats.org/officeDocument/2006/relationships/hyperlink" Target="https://www.whats-on-netflix.com/news/netflix-show-heartstopper-what-we-know-so-far-03-2022/?utm_source=openai" TargetMode="External"/><Relationship Id="rId19" Type="http://schemas.openxmlformats.org/officeDocument/2006/relationships/hyperlink" Target="https://www.tomsguide.com/best-picks/best-netflix-shows-tv-series-originals?utm_source=openai" TargetMode="External"/><Relationship Id="rId20" Type="http://schemas.openxmlformats.org/officeDocument/2006/relationships/hyperlink" Target="https://www.cinemablend.com/news/2561116/great-lgbtq-romantic-comedies-and-how-to-watch-them?utm_source=openai" TargetMode="External"/><Relationship Id="rId21" Type="http://schemas.openxmlformats.org/officeDocument/2006/relationships/hyperlink" Target="https://www.techradar.com/streaming/netflix/heartstopper-forever-ending-explaine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