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Fayetteville Pride Coverage: What Happened at the Town’s First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to sample a new local tradition as Fayetteville hosted its first-ever Pride parade and family-friendly celebration on Courthouse Square; residents and visitors alike found more community picnics and snow cones than the scandal some critics predicted, which matters because small-town Pride can reshape local attitudes.</w:t>
      </w:r>
      <w:r/>
    </w:p>
    <w:p>
      <w:r/>
      <w:r>
        <w:t>Essential Takeaways</w:t>
      </w:r>
      <w:r/>
      <w:r/>
    </w:p>
    <w:p>
      <w:pPr>
        <w:pStyle w:val="ListBullet"/>
        <w:spacing w:line="240" w:lineRule="auto"/>
        <w:ind w:left="720"/>
      </w:pPr>
      <w:r/>
      <w:r>
        <w:rPr>
          <w:b/>
        </w:rPr>
        <w:t>What it was:</w:t>
      </w:r>
      <w:r>
        <w:t xml:space="preserve"> Fayetteville staged its inaugural Pride event on Courthouse Square, with a parade, drag performances, vendors and family activities.</w:t>
      </w:r>
      <w:r/>
    </w:p>
    <w:p>
      <w:pPr>
        <w:pStyle w:val="ListBullet"/>
        <w:spacing w:line="240" w:lineRule="auto"/>
        <w:ind w:left="720"/>
      </w:pPr>
      <w:r/>
      <w:r>
        <w:rPr>
          <w:b/>
        </w:rPr>
        <w:t>Crowd feel:</w:t>
      </w:r>
      <w:r>
        <w:t xml:space="preserve"> Roughly a thousand attendees, colourful but mostly low-key, with families, churches and community groups present; atmosphere was picnic-like and welcoming.</w:t>
      </w:r>
      <w:r/>
    </w:p>
    <w:p>
      <w:pPr>
        <w:pStyle w:val="ListBullet"/>
        <w:spacing w:line="240" w:lineRule="auto"/>
        <w:ind w:left="720"/>
      </w:pPr>
      <w:r/>
      <w:r>
        <w:rPr>
          <w:b/>
        </w:rPr>
        <w:t>Performances:</w:t>
      </w:r>
      <w:r>
        <w:t xml:space="preserve"> A drag show and runway contest entertained the crowd; winners included a jubilant septuagenarian in an enormous pink hat.</w:t>
      </w:r>
      <w:r/>
    </w:p>
    <w:p>
      <w:pPr>
        <w:pStyle w:val="ListBullet"/>
        <w:spacing w:line="240" w:lineRule="auto"/>
        <w:ind w:left="720"/>
      </w:pPr>
      <w:r/>
      <w:r>
        <w:rPr>
          <w:b/>
        </w:rPr>
        <w:t>Local participation:</w:t>
      </w:r>
      <w:r>
        <w:t xml:space="preserve"> Merchants, the Humane Society, Free Mom Hugs and local clergy marched alongside political figures and community floats.</w:t>
      </w:r>
      <w:r/>
    </w:p>
    <w:p>
      <w:pPr>
        <w:pStyle w:val="ListBullet"/>
        <w:spacing w:line="240" w:lineRule="auto"/>
        <w:ind w:left="720"/>
      </w:pPr>
      <w:r/>
      <w:r>
        <w:rPr>
          <w:b/>
        </w:rPr>
        <w:t>Practical note:</w:t>
      </w:r>
      <w:r>
        <w:t xml:space="preserve"> The event was free to attend, with free parking available at Stonewall Village, and easy access to food trucks and face-painting for kids.</w:t>
      </w:r>
      <w:r/>
      <w:r/>
    </w:p>
    <w:p>
      <w:pPr>
        <w:pStyle w:val="Heading2"/>
      </w:pPr>
      <w:r>
        <w:t>A low-key parade that surprised the sceptics</w:t>
      </w:r>
      <w:r/>
    </w:p>
    <w:p>
      <w:r/>
      <w:r>
        <w:t>The parade itself was brief and familiar in tone, with merchants, nonprofits and small bands moving down the street. Reporters noted a mix of dyed hair and rainbow flags, yet most attendees were dressed as casually as you’d see at any Saturday market. According to local organisers and coverage, the vibe was more community fair than raucous carnival, which is exactly why many people felt comfortable bringing children and grandparents alike.</w:t>
      </w:r>
      <w:r/>
    </w:p>
    <w:p>
      <w:r/>
      <w:r>
        <w:t>Context: organisers had promoted family-friendly entertainment, and turnout reflected that planning. If you’re weighing whether to bring young family members next year, expect kid-focused activities and visible church participation.</w:t>
      </w:r>
      <w:r/>
    </w:p>
    <w:p>
      <w:pPr>
        <w:pStyle w:val="Heading2"/>
      </w:pPr>
      <w:r>
        <w:t>Drag on stage , playful, not provocative</w:t>
      </w:r>
      <w:r/>
    </w:p>
    <w:p>
      <w:r/>
      <w:r>
        <w:t>The drag performances were lively and theatrical rather than shocking, with a master of ceremonies in purple and performers who mixed sparkle with gentle humour. A runway contest produced applause-worthy moments, and a matronly septuagenarian in a pink hat stole the show, proving that Pride pageantry can be intergenerational.</w:t>
      </w:r>
      <w:r/>
    </w:p>
    <w:p>
      <w:r/>
      <w:r>
        <w:t>Backstory: drag at community Prides often aims to entertain and build visibility rather than provoke, and Fayetteville’s show leaned into accessibility. If you’ve never seen a community drag hour, go with an open mind , it’s theatrical and often very funny.</w:t>
      </w:r>
      <w:r/>
    </w:p>
    <w:p>
      <w:pPr>
        <w:pStyle w:val="Heading2"/>
      </w:pPr>
      <w:r>
        <w:t>Faith groups and Free Mom Hugs marched together</w:t>
      </w:r>
      <w:r/>
    </w:p>
    <w:p>
      <w:r/>
      <w:r>
        <w:t>One notable and humanising feature was the presence of local Presbyterians, Lutherans and Episcopalians marching with banners, and the Free Mom Hugs float offering warmth to attendees. Community groups and the Humane Society also took part, handing out flags, keychains and dog-themed swag rather than anything incendiary.</w:t>
      </w:r>
      <w:r/>
    </w:p>
    <w:p>
      <w:r/>
      <w:r>
        <w:t>Why it matters: visible church participation signals local acceptance is broadening. For critics who equate Pride with moral decay, this sort of turnout is a simple, persuasive counterargument.</w:t>
      </w:r>
      <w:r/>
    </w:p>
    <w:p>
      <w:pPr>
        <w:pStyle w:val="Heading2"/>
      </w:pPr>
      <w:r>
        <w:t>Politicians, potholes and the politics of acceptance</w:t>
      </w:r>
      <w:r/>
    </w:p>
    <w:p>
      <w:r/>
      <w:r>
        <w:t>A local city commissioner took the mic and spoke about unity and acceptance while sporting a casual outfit that raised a few fashion eyebrows. The tone from speakers was overwhelmingly about community, not grievance, which is worth noting in a political season where symbolism matters.</w:t>
      </w:r>
      <w:r/>
    </w:p>
    <w:p>
      <w:r/>
      <w:r>
        <w:t>Practical insight: elected officials attending small-town events can normalise inclusion and diffuse controversy , and their sartorial choices will always be fodder for local columnists.</w:t>
      </w:r>
      <w:r/>
    </w:p>
    <w:p>
      <w:pPr>
        <w:pStyle w:val="Heading2"/>
      </w:pPr>
      <w:r>
        <w:t>Kids, snow cones and the ordinary pleasures of a town festival</w:t>
      </w:r>
      <w:r/>
    </w:p>
    <w:p>
      <w:r/>
      <w:r>
        <w:t>After the parade, Courthouse Square filled with families playing, face-painting stations and food trucks serving snow cones. Observers compared the ambience to a church picnic, and the lack of scandal kept the crowd relaxed and cheerful. If you’re planning to attend next year, bring sunscreen, small change for vendors, and an appetite for community people-watching.</w:t>
      </w:r>
      <w:r/>
    </w:p>
    <w:p>
      <w:r/>
      <w:r>
        <w:t>Reaction: the presence of dissenters on the fringe didn’t derail the afternoon; conversations happened, but the dominant image was of neighbours enjoying a sunny afternoon together.</w:t>
      </w:r>
      <w:r/>
    </w:p>
    <w:p>
      <w:r/>
      <w:r>
        <w:t>It's a small change that can make every community gathering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https://thecitizen.com/2026/08/12/undercover-at-fayetteville-pride/</w:t>
        </w:r>
      </w:hyperlink>
      <w:r>
        <w:t xml:space="preserve"> - Please view link - unable to able to access data</w:t>
      </w:r>
      <w:r/>
    </w:p>
    <w:p>
      <w:pPr>
        <w:pStyle w:val="ListNumber"/>
        <w:spacing w:line="240" w:lineRule="auto"/>
        <w:ind w:left="720"/>
      </w:pPr>
      <w:r/>
      <w:hyperlink r:id="rId10">
        <w:r>
          <w:rPr>
            <w:color w:val="0000EE"/>
            <w:u w:val="single"/>
          </w:rPr>
          <w:t>https://roughdraftatlanta.com/2026/07/28/fayette-county-first-pride-celebration/</w:t>
        </w:r>
      </w:hyperlink>
      <w:r>
        <w:t xml:space="preserve"> - Fayette County is set to host its inaugural Pride celebration on August 1, 2026, from noon to 5 p.m. in downtown Fayetteville. The event will feature a market, parade, entertainment, and family-friendly activities. Organized by the volunteer-led Fayette Pride board, the festivities will commence with the Pride Market surrounding the courthouse square, offering vendors, food trucks, live entertainment, and community organizations. A Kids Corner will provide face painting, arts and crafts, bubbles, and sidewalk chalk art. The 1.4-mile Pride Parade will begin at 1 p.m. from the Fayette County Justice Center, traversing downtown Fayetteville. (</w:t>
      </w:r>
      <w:hyperlink r:id="rId15">
        <w:r>
          <w:rPr>
            <w:color w:val="0000EE"/>
            <w:u w:val="single"/>
          </w:rPr>
          <w:t>roughdraftatlanta.com</w:t>
        </w:r>
      </w:hyperlink>
      <w:r>
        <w:t>)</w:t>
      </w:r>
      <w:r/>
    </w:p>
    <w:p>
      <w:pPr>
        <w:pStyle w:val="ListNumber"/>
        <w:spacing w:line="240" w:lineRule="auto"/>
        <w:ind w:left="720"/>
      </w:pPr>
      <w:r/>
      <w:hyperlink r:id="rId11">
        <w:r>
          <w:rPr>
            <w:color w:val="0000EE"/>
            <w:u w:val="single"/>
          </w:rPr>
          <w:t>https://thecitizen.com/2026/07/13/fayette-pride-ready-to-debut-in-downtown-fayetteville/</w:t>
        </w:r>
      </w:hyperlink>
      <w:r>
        <w:t xml:space="preserve"> - Fayette County is preparing to host its first-ever Pride event, Fayette Pride, on August 1, 2026, in downtown Fayetteville. The family-friendly celebration will include a 1.4-mile parade through downtown, a Pride Market on the Historic Courthouse Square, live performances, food trucks, and official after-parties at local businesses. Organizers aim to create a welcoming space for the LGBTQ+ community and its allies to celebrate, connect, and build community. (</w:t>
      </w:r>
      <w:hyperlink r:id="rId16">
        <w:r>
          <w:rPr>
            <w:color w:val="0000EE"/>
            <w:u w:val="single"/>
          </w:rPr>
          <w:t>thecitizen.com</w:t>
        </w:r>
      </w:hyperlink>
      <w:r>
        <w:t>)</w:t>
      </w:r>
      <w:r/>
    </w:p>
    <w:p>
      <w:pPr>
        <w:pStyle w:val="ListNumber"/>
        <w:spacing w:line="240" w:lineRule="auto"/>
        <w:ind w:left="720"/>
      </w:pPr>
      <w:r/>
      <w:hyperlink r:id="rId12">
        <w:r>
          <w:rPr>
            <w:color w:val="0000EE"/>
            <w:u w:val="single"/>
          </w:rPr>
          <w:t>https://thecitizen.com/event/fayette-pride/</w:t>
        </w:r>
      </w:hyperlink>
      <w:r>
        <w:t xml:space="preserve"> - Fayette Pride, Fayette County's first Pride celebration, is scheduled for August 1, 2026, in downtown Fayetteville. The event will feature a Pride Market in Courthouse Square from 12:00 pm to 5:00 pm, and a Pride Parade marching between 1:00 pm and 2:00 pm, passing Pride Market on Stonewall Avenue between 1:15 and 1:20 pm. The Pride Market will host 39 vendors, 4 food trucks, and Main Stage entertainment. Grand Marshal TAYLOR ALXNDR will take the stage after serving as Parade Marshal in the Pride Parade. The Main Stage lineup includes welcome messages from Mayor Ed Johnson, greetings from Dewayne Queen from the City of Atlanta (Atlanta One), a contingent from the Atlanta Women’s Chorus, Southern Arc Dance, vocalist Chris Pierce, a runway contest, dance contest, and more. The Pride Parade lineup includes TAYLOR ALXNDR, City Council Member Joe Clark, Atlanta Freedom Bands and Color Guard, Friends of Fayette Humane Society, Southern Crescent Indivisible of Georgia, PFLAG PTC, three churches, ATL Crafts, Southern Harm Roller Derby, and others. When the Pride Market closes at 5:00 pm, Pride attendees can visit one of six official After Party venues to continue the celebration: Revival Wine Bar, Gremlin Growlers, Awkward Brewing, Camp Brewing, Line Creek Brewing, and The Hummingbird Room. Fayette Pride’s mission is to create a welcoming, joyful space where everyone can show up fully themselves and feel seen, supported, and connected. Through community, visibility, and celebration, they hope to honor the resilience of those who came before us while helping build a more inclusive future for the next generation. (</w:t>
      </w:r>
      <w:hyperlink r:id="rId17">
        <w:r>
          <w:rPr>
            <w:color w:val="0000EE"/>
            <w:u w:val="single"/>
          </w:rPr>
          <w:t>thecitizen.com</w:t>
        </w:r>
      </w:hyperlink>
      <w:r>
        <w:t>)</w:t>
      </w:r>
      <w:r/>
    </w:p>
    <w:p>
      <w:pPr>
        <w:pStyle w:val="ListNumber"/>
        <w:spacing w:line="240" w:lineRule="auto"/>
        <w:ind w:left="720"/>
      </w:pPr>
      <w:r/>
      <w:hyperlink r:id="rId13">
        <w:r>
          <w:rPr>
            <w:color w:val="0000EE"/>
            <w:u w:val="single"/>
          </w:rPr>
          <w:t>https://stayhappening.com/e/fayette-pride-E118SB1N8GSWN</w:t>
        </w:r>
      </w:hyperlink>
      <w:r>
        <w:t xml:space="preserve"> - Fayette Pride, the first-ever Pride event in Fayette County, is scheduled for August 1, 2026, in downtown Fayetteville. The event will feature a vendor market in Courthouse Square with speakers and performances on the main stage, plus a parade through downtown. Grand Marshal TAYLOR ALXNDR will lead the parade and take the stage after serving as Parade Marshal. Honored speakers include Mayor Ed Johnson of Fayetteville, Griffin City Commissioner Zachery Fuller, and Dwayne Queen, Director of LGBTQ Affairs for the Atlanta Mayor's Office. Performances by the Atlanta Women's Chorus, Southern Arc Dance Studio, Tony Thompson, and Chris Pierce are also scheduled. The event will feature contests and kids' activities in the dedicated Kid's Corner by the stage, along with an incredible vendor lineup. Food trucks Speakcheezy, Jamwhich, Lisa's Creperie, Beez Freeze, and King of Pops will be on-site. After the event, official after-parties will be held at Awkward Brewing, Gremlin Growlers, The Hummingbird Wine Bar and Market, CAMP Brewing, and Line Creek Brewing Bus Barn. Fayette Pride's mission is to be a joyful, family-friendly, non-partisan event highlighting the history of the LGBTQ+ community and the progress made toward equality, fairness, and acceptance. The goal is to promote inclusivity, awareness, and acceptance across Fayette County, Georgia, and beyond. (</w:t>
      </w:r>
      <w:hyperlink r:id="rId18">
        <w:r>
          <w:rPr>
            <w:color w:val="0000EE"/>
            <w:u w:val="single"/>
          </w:rPr>
          <w:t>stayhappening.com</w:t>
        </w:r>
      </w:hyperlink>
      <w:r>
        <w:t>)</w:t>
      </w:r>
      <w:r/>
    </w:p>
    <w:p>
      <w:pPr>
        <w:pStyle w:val="ListNumber"/>
        <w:spacing w:line="240" w:lineRule="auto"/>
        <w:ind w:left="720"/>
      </w:pPr>
      <w:r/>
      <w:hyperlink r:id="rId14">
        <w:r>
          <w:rPr>
            <w:color w:val="0000EE"/>
            <w:u w:val="single"/>
          </w:rPr>
          <w:t>https://www.eventbrite.com/e/fayette-pride-tickets-1993138135818</w:t>
        </w:r>
      </w:hyperlink>
      <w:r>
        <w:t xml:space="preserve"> - Fayette Pride, the first-ever Pride event in Fayette County, is scheduled for August 1, 2026, in downtown Fayetteville. The event will feature a vendor market in Courthouse Square with speakers and performances on the main stage, plus a parade through downtown. Grand Marshal TAYLOR ALXNDR will lead the parade and take the stage after serving as Parade Marshal. Honored speakers include Mayor Ed Johnson of Fayetteville, Griffin City Commissioner Zachery Fuller, and Dwayne Queen, Director of LGBTQ Affairs for the Atlanta Mayor's Office. Performances by the Atlanta Women's Chorus, Southern Arc Dance Studio, Tony Thompson, and Chris Pierce are also scheduled. The event will feature contests and kids' activities in the dedicated Kid's Corner by the stage, along with an incredible vendor lineup. Food trucks Speakcheezy, Jamwhose, Lisa's Creperie, Beez Freeze, and King of Pops will be on-site. After the event, official after-parties will be held at Awkward Brewing, Gremlin Growlers, The Hummingbird Room, CAMP Brewing, and Line Creek Brewing.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citizen.com/2026/08/12/undercover-at-fayetteville-pride/" TargetMode="External"/><Relationship Id="rId10" Type="http://schemas.openxmlformats.org/officeDocument/2006/relationships/hyperlink" Target="https://roughdraftatlanta.com/2026/07/28/fayette-county-first-pride-celebration/" TargetMode="External"/><Relationship Id="rId11" Type="http://schemas.openxmlformats.org/officeDocument/2006/relationships/hyperlink" Target="https://thecitizen.com/2026/07/13/fayette-pride-ready-to-debut-in-downtown-fayetteville/" TargetMode="External"/><Relationship Id="rId12" Type="http://schemas.openxmlformats.org/officeDocument/2006/relationships/hyperlink" Target="https://thecitizen.com/event/fayette-pride/" TargetMode="External"/><Relationship Id="rId13" Type="http://schemas.openxmlformats.org/officeDocument/2006/relationships/hyperlink" Target="https://stayhappening.com/e/fayette-pride-E118SB1N8GSWN" TargetMode="External"/><Relationship Id="rId14" Type="http://schemas.openxmlformats.org/officeDocument/2006/relationships/hyperlink" Target="https://www.eventbrite.com/e/fayette-pride-tickets-1993138135818" TargetMode="External"/><Relationship Id="rId15" Type="http://schemas.openxmlformats.org/officeDocument/2006/relationships/hyperlink" Target="https://roughdraftatlanta.com/2026/07/28/fayette-county-first-pride-celebration/?utm_source=openai" TargetMode="External"/><Relationship Id="rId16" Type="http://schemas.openxmlformats.org/officeDocument/2006/relationships/hyperlink" Target="https://thecitizen.com/2026/07/13/fayette-pride-ready-to-debut-in-downtown-fayetteville/?utm_source=openai" TargetMode="External"/><Relationship Id="rId17" Type="http://schemas.openxmlformats.org/officeDocument/2006/relationships/hyperlink" Target="https://thecitizen.com/event/fayette-pride/?utm_source=openai" TargetMode="External"/><Relationship Id="rId18" Type="http://schemas.openxmlformats.org/officeDocument/2006/relationships/hyperlink" Target="https://stayhappening.com/e/fayette-pride-E118SB1N8GSW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