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Jason DePuy’s Exit: What His “Big Brother” Run Reveals About Queer Visibility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tuning into the fallout from Jason DePuy’s tense run on Big Brother , the drag performer known as Salina EsTitties left the house after 24 days and a wave of online support. Fans and peers rallied after homophobic comments aired, making this more than reality TV drama: it’s a moment about representation and respect.</w:t>
      </w:r>
      <w:r/>
    </w:p>
    <w:p>
      <w:r/>
      <w:r>
        <w:t>Essential Takeaways</w:t>
      </w:r>
      <w:r/>
      <w:r/>
    </w:p>
    <w:p>
      <w:pPr>
        <w:pStyle w:val="ListBullet"/>
        <w:spacing w:line="240" w:lineRule="auto"/>
        <w:ind w:left="720"/>
      </w:pPr>
      <w:r/>
      <w:r>
        <w:rPr>
          <w:b/>
        </w:rPr>
        <w:t>Support flood:</w:t>
      </w:r>
      <w:r>
        <w:t xml:space="preserve"> Fans and fellow contestants rallied quickly, offering emotional support that visibly moved DePuy. </w:t>
      </w:r>
      <w:r/>
    </w:p>
    <w:p>
      <w:pPr>
        <w:pStyle w:val="ListBullet"/>
        <w:spacing w:line="240" w:lineRule="auto"/>
        <w:ind w:left="720"/>
      </w:pPr>
      <w:r/>
      <w:r>
        <w:rPr>
          <w:b/>
        </w:rPr>
        <w:t>On-air slurs:</w:t>
      </w:r>
      <w:r>
        <w:t xml:space="preserve"> Cast remarks calling out drag and threatening a career sparked public backlash and network responses. </w:t>
      </w:r>
      <w:r/>
    </w:p>
    <w:p>
      <w:pPr>
        <w:pStyle w:val="ListBullet"/>
        <w:spacing w:line="240" w:lineRule="auto"/>
        <w:ind w:left="720"/>
      </w:pPr>
      <w:r/>
      <w:r>
        <w:rPr>
          <w:b/>
        </w:rPr>
        <w:t>Code-switching pressure:</w:t>
      </w:r>
      <w:r>
        <w:t xml:space="preserve"> DePuy described censoring his queer self to avoid escalating conflict in the house. </w:t>
      </w:r>
      <w:r/>
    </w:p>
    <w:p>
      <w:pPr>
        <w:pStyle w:val="ListBullet"/>
        <w:spacing w:line="240" w:lineRule="auto"/>
        <w:ind w:left="720"/>
      </w:pPr>
      <w:r/>
      <w:r>
        <w:rPr>
          <w:b/>
        </w:rPr>
        <w:t>Historic casting:</w:t>
      </w:r>
      <w:r>
        <w:t xml:space="preserve"> He was the show’s first drag queen cast, broadening mainstream visibility despite a fraught experience. </w:t>
      </w:r>
      <w:r/>
      <w:r/>
    </w:p>
    <w:p>
      <w:pPr>
        <w:pStyle w:val="Heading2"/>
      </w:pPr>
      <w:r>
        <w:t>Why viewers felt protective , the emotional hit that landed on screen</w:t>
      </w:r>
      <w:r/>
    </w:p>
    <w:p>
      <w:r/>
      <w:r>
        <w:t>The scenes that unsettled viewers were tactile: a performer crying alone, a housemate making dismissive remarks about drag, and the uncomfortable hush that followed. According to multiple reports, the comments didn’t just read as competitive banter , they sounded like personal attacks, and fans noticed. CBS issued statements condemning bigoted language in past seasons and again faced pressure to respond, so the network’s reputation and how it moderates its shows mattered to viewers. For people watching at home, the visceral feeling was sympathy and a sense of injustice, and that’s why the social media reaction was so immediate.</w:t>
      </w:r>
      <w:r/>
    </w:p>
    <w:p>
      <w:pPr>
        <w:pStyle w:val="Heading2"/>
      </w:pPr>
      <w:r>
        <w:t>What DePuy said about surviving the house , code-switching and restraint</w:t>
      </w:r>
      <w:r/>
    </w:p>
    <w:p>
      <w:r/>
      <w:r>
        <w:t>DePuy has been sober for more than a decade and leaned on spiritual strength while in the house, but he still felt constrained. He told interviewers he had to ‘sit and breathe’ rather than retaliate, because in the closed environment of the show you can’t simply block someone. That pressure to alter how you speak and move , code-switching , is familiar to many queer people and people of colour, and DePuy’s account made that reality plain to audiences who may not have experienced it. It’s a reminder that representation on TV isn’t just about presence; it’s about the freedom to be yourself.</w:t>
      </w:r>
      <w:r/>
    </w:p>
    <w:p>
      <w:pPr>
        <w:pStyle w:val="Heading2"/>
      </w:pPr>
      <w:r>
        <w:t>Network fallout and the history of complaints , how producers respond</w:t>
      </w:r>
      <w:r/>
    </w:p>
    <w:p>
      <w:r/>
      <w:r>
        <w:t>This isn’t the first time Big Brother and CBS have faced criticism for offensive remarks on-air. Coverage from outlets such as CBS News and TVLine shows the network has previously condemned bigoted comments and promised action. Industry watchers point out the recurring pattern: controversial moments draw swift backlash, the network issues a statement, and conversations about policy and culture follow. Viewers rightly ask what long-term steps will be taken to protect contestants and foster respectful competition, not just soothe PR headaches.</w:t>
      </w:r>
      <w:r/>
    </w:p>
    <w:p>
      <w:pPr>
        <w:pStyle w:val="Heading2"/>
      </w:pPr>
      <w:r>
        <w:t>The bittersweet win of being the first drag contestant</w:t>
      </w:r>
      <w:r/>
    </w:p>
    <w:p>
      <w:r/>
      <w:r>
        <w:t>DePuy called being the show’s first drag queen cast a huge honour and a strange twist , he didn’t even appear in drag on the show, and yet the casting itself signalled a shift. For many in the queer community, seeing a drag performer compete on a mainstream reality show matters; it chips away at invisibility. At the same time, the experience underscored how visibility can come with vulnerability. DePuy’s pride in representing his community sits alongside the pain of feeling targeted, which is a complicated but honest slice of what it means to break ground.</w:t>
      </w:r>
      <w:r/>
    </w:p>
    <w:p>
      <w:pPr>
        <w:pStyle w:val="Heading2"/>
      </w:pPr>
      <w:r>
        <w:t>How fans and former contestants shaped the story after eviction</w:t>
      </w:r>
      <w:r/>
    </w:p>
    <w:p>
      <w:r/>
      <w:r>
        <w:t>Once DePuy left the house, messages poured in from fans and ex-contestants alike, validating his instincts and reminding him he wasn’t isolated. Former players and public figures called out the homophobic remarks as unacceptable, and social platforms amplified those calls. That real-time solidarity illustrates how audiences now act as a check on reality TV culture: they don’t simply watch, they respond, organise, and demand accountability. For DePuy, that reaction was healing , a concrete sign that the wider queer community was watching and willing to uplift him.</w:t>
      </w:r>
      <w:r/>
    </w:p>
    <w:p>
      <w:r/>
      <w:r>
        <w:t>It's a small change that can make every contestant’s experience safer and more humane.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https://www.washingtonblade.com/2026/08/12/jason-depuy-big-brother-house-homophobia/</w:t>
        </w:r>
      </w:hyperlink>
      <w:r>
        <w:t xml:space="preserve"> - Please view link - unable to able to access data</w:t>
      </w:r>
      <w:r/>
    </w:p>
    <w:p>
      <w:pPr>
        <w:pStyle w:val="ListNumber"/>
        <w:spacing w:line="240" w:lineRule="auto"/>
        <w:ind w:left="720"/>
      </w:pPr>
      <w:r/>
      <w:hyperlink r:id="rId10">
        <w:r>
          <w:rPr>
            <w:color w:val="0000EE"/>
            <w:u w:val="single"/>
          </w:rPr>
          <w:t>https://www.cbsnews.com/sanfrancisco/news/big-brother-cbs-does-not-condone-bigoted-remarks/</w:t>
        </w:r>
      </w:hyperlink>
      <w:r>
        <w:t xml:space="preserve"> - In 2013, CBS addressed offensive comments made by 'Big Brother' contestants, stating that while the show captures all moments, it does not condone the prejudices expressed by houseguests. The network emphasised that such views are personal and do not reflect CBS's stance. This response came after several contestants faced backlash for making racist and homophobic remarks during the live feeds. CBS's statement aimed to distance the network from the controversial opinions expressed by the participants.</w:t>
      </w:r>
      <w:r/>
    </w:p>
    <w:p>
      <w:pPr>
        <w:pStyle w:val="ListNumber"/>
        <w:spacing w:line="240" w:lineRule="auto"/>
        <w:ind w:left="720"/>
      </w:pPr>
      <w:r/>
      <w:hyperlink r:id="rId13">
        <w:r>
          <w:rPr>
            <w:color w:val="0000EE"/>
            <w:u w:val="single"/>
          </w:rPr>
          <w:t>https://www.tvline.com/news/cbs-condemns-big-brother-casts-offensive-slurs-443788/</w:t>
        </w:r>
      </w:hyperlink>
      <w:r>
        <w:t xml:space="preserve"> - In 2013, CBS condemned offensive racial and homophobic remarks made by 'Big Brother' cast members. The network issued a statement expressing that such comments are offensive and do not represent CBS's views. This followed public criticism after certain contestants were caught making derogatory statements during the live feeds. The incident highlighted the challenges reality TV shows face in managing contestant behaviour and the impact of such remarks on the show's reputation.</w:t>
      </w:r>
      <w:r/>
    </w:p>
    <w:p>
      <w:pPr>
        <w:pStyle w:val="ListNumber"/>
        <w:spacing w:line="240" w:lineRule="auto"/>
        <w:ind w:left="720"/>
      </w:pPr>
      <w:r/>
      <w:hyperlink r:id="rId12">
        <w:r>
          <w:rPr>
            <w:color w:val="0000EE"/>
            <w:u w:val="single"/>
          </w:rPr>
          <w:t>https://dragsociety.com/blogs/the-tea/big-brother-accused-of-making-anti-drag-comments</w:t>
        </w:r>
      </w:hyperlink>
      <w:r>
        <w:t xml:space="preserve"> - In July 2026, 'Big Brother' contestant Kamuela 'Kamu' Kirk faced accusations of making anti-drag comments during the live feeds. The controversy arose from a conversation where Kirk expressed discomfort with drag culture, stating he wanted to maintain his MMA image. This sparked backlash from fans and former contestants, who labelled the remarks as homophobic. The incident underscored ongoing issues of discrimination within reality TV environments and the need for greater inclusivity.</w:t>
      </w:r>
      <w:r/>
    </w:p>
    <w:p>
      <w:pPr>
        <w:pStyle w:val="ListNumber"/>
        <w:spacing w:line="240" w:lineRule="auto"/>
        <w:ind w:left="720"/>
      </w:pPr>
      <w:r/>
      <w:hyperlink r:id="rId11">
        <w:r>
          <w:rPr>
            <w:color w:val="0000EE"/>
            <w:u w:val="single"/>
          </w:rPr>
          <w:t>https://www.tvguide.com/news/cbs-big-brother-airs-offensive-remarks-1067580/</w:t>
        </w:r>
      </w:hyperlink>
      <w:r>
        <w:t xml:space="preserve"> - In 2013, CBS aired offensive remarks made by 'Big Brother 15' contestants, including racist and homophobic comments. The network's decision to broadcast these remarks led to public outcry and resulted in the contestants being fired from their jobs. CBS's airing of the comments was seen as a response to the controversy, aiming to address the issue transparently. The incident highlighted the challenges reality TV shows face in managing contestant behaviour and the impact of such remarks on the show's reputation.</w:t>
      </w:r>
      <w:r/>
    </w:p>
    <w:p>
      <w:pPr>
        <w:pStyle w:val="ListNumber"/>
        <w:spacing w:line="240" w:lineRule="auto"/>
        <w:ind w:left="720"/>
      </w:pPr>
      <w:r/>
      <w:hyperlink r:id="rId14">
        <w:r>
          <w:rPr>
            <w:color w:val="0000EE"/>
            <w:u w:val="single"/>
          </w:rPr>
          <w:t>https://www.lgbtqnation.com/2013/07/cbs-defends-handling-of-big-brother-racist-anti-gay-house-guest-remarks/</w:t>
        </w:r>
      </w:hyperlink>
      <w:r>
        <w:t xml:space="preserve"> - In 2013, CBS defended its handling of racist and anti-gay remarks made by 'Big Brother' houseguests. CEO Les Moonves stated that while the behaviour was appalling, it reflected certain societal attitudes. He emphasised that the network had responded appropriately to the controversy. The remarks had been made during the live feeds and had disturbed other contestants. CBS's response aimed to address the issue while acknowledging the challenges of managing such behaviour in a reality TV setting.</w:t>
      </w:r>
      <w:r/>
    </w:p>
    <w:p>
      <w:pPr>
        <w:pStyle w:val="ListNumber"/>
        <w:spacing w:line="240" w:lineRule="auto"/>
        <w:ind w:left="720"/>
      </w:pPr>
      <w:r/>
      <w:hyperlink r:id="rId15">
        <w:r>
          <w:rPr>
            <w:color w:val="0000EE"/>
            <w:u w:val="single"/>
          </w:rPr>
          <w:t>https://www.tvweek.com/broadcast/2013/07/big-brother-cashes-in-on-racis/</w:t>
        </w:r>
      </w:hyperlink>
      <w:r>
        <w:t xml:space="preserve"> - In July 2013, CBS's 'Big Brother' faced controversy over racist and homophobic remarks made by contestants. The network aired these comments on the prime-time broadcast, leading to a significant ratings increase. The decision to broadcast the remarks was seen as a response to public criticism and aimed to address the issue transparently. The incident highlighted the challenges reality TV shows face in managing contestant behaviour and the impact of such remarks on the show's reputation.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12/jason-depuy-big-brother-house-homophobia/" TargetMode="External"/><Relationship Id="rId10" Type="http://schemas.openxmlformats.org/officeDocument/2006/relationships/hyperlink" Target="https://www.cbsnews.com/sanfrancisco/news/big-brother-cbs-does-not-condone-bigoted-remarks/" TargetMode="External"/><Relationship Id="rId11" Type="http://schemas.openxmlformats.org/officeDocument/2006/relationships/hyperlink" Target="https://www.tvguide.com/news/cbs-big-brother-airs-offensive-remarks-1067580/" TargetMode="External"/><Relationship Id="rId12" Type="http://schemas.openxmlformats.org/officeDocument/2006/relationships/hyperlink" Target="https://dragsociety.com/blogs/the-tea/big-brother-accused-of-making-anti-drag-comments" TargetMode="External"/><Relationship Id="rId13" Type="http://schemas.openxmlformats.org/officeDocument/2006/relationships/hyperlink" Target="https://www.tvline.com/news/cbs-condemns-big-brother-casts-offensive-slurs-443788/" TargetMode="External"/><Relationship Id="rId14" Type="http://schemas.openxmlformats.org/officeDocument/2006/relationships/hyperlink" Target="https://www.lgbtqnation.com/2013/07/cbs-defends-handling-of-big-brother-racist-anti-gay-house-guest-remarks/" TargetMode="External"/><Relationship Id="rId15" Type="http://schemas.openxmlformats.org/officeDocument/2006/relationships/hyperlink" Target="https://www.tvweek.com/broadcast/2013/07/big-brother-cashes-in-on-rac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