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Copenhagen Pride Week 2026 Guide: Plan Your August City Break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Copenhagen this August: Pride Week 2026 marks the festival’s 30th anniversary, filling City Hall Square, Vesterbro and Frederiksberg with concerts, culture and a huge free Pride Parade, an easy, colourful reason to plan a late-summer city break in Denmark’s capital.</w:t>
      </w:r>
      <w:r/>
    </w:p>
    <w:p>
      <w:r/>
      <w:r>
        <w:t>Essential Takeaways</w:t>
      </w:r>
      <w:r/>
      <w:r/>
    </w:p>
    <w:p>
      <w:pPr>
        <w:pStyle w:val="ListBullet"/>
        <w:spacing w:line="240" w:lineRule="auto"/>
        <w:ind w:left="720"/>
      </w:pPr>
      <w:r/>
      <w:r>
        <w:rPr>
          <w:b/>
        </w:rPr>
        <w:t>When to go:</w:t>
      </w:r>
      <w:r>
        <w:t xml:space="preserve"> Copenhagen Pride Week runs 8–16 August 2026, with Pride Square open 8–15 August and the main parade on 15 August. </w:t>
      </w:r>
      <w:r/>
    </w:p>
    <w:p>
      <w:pPr>
        <w:pStyle w:val="ListBullet"/>
        <w:spacing w:line="240" w:lineRule="auto"/>
        <w:ind w:left="720"/>
      </w:pPr>
      <w:r/>
      <w:r>
        <w:rPr>
          <w:b/>
        </w:rPr>
        <w:t>Main hub:</w:t>
      </w:r>
      <w:r>
        <w:t xml:space="preserve"> Pride Square at Rådhuspladsen is free, packed with stages, food stalls and community areas, easy to slot into sightseeing. </w:t>
      </w:r>
      <w:r/>
    </w:p>
    <w:p>
      <w:pPr>
        <w:pStyle w:val="ListBullet"/>
        <w:spacing w:line="240" w:lineRule="auto"/>
        <w:ind w:left="720"/>
      </w:pPr>
      <w:r/>
      <w:r>
        <w:rPr>
          <w:b/>
        </w:rPr>
        <w:t>Parade scale:</w:t>
      </w:r>
      <w:r>
        <w:t xml:space="preserve"> Expect big crowds, the parade route runs from Frederiksberg City Hall to Copenhagen City Hall and could draw up to 250,000 people. </w:t>
      </w:r>
      <w:r/>
    </w:p>
    <w:p>
      <w:pPr>
        <w:pStyle w:val="ListBullet"/>
        <w:spacing w:line="240" w:lineRule="auto"/>
        <w:ind w:left="720"/>
      </w:pPr>
      <w:r/>
      <w:r>
        <w:rPr>
          <w:b/>
        </w:rPr>
        <w:t>Nightlife and local vibe:</w:t>
      </w:r>
      <w:r>
        <w:t xml:space="preserve"> Vesterbro offers bars, street parties and late-night options nearby for visitors wanting to extend the celebrations. </w:t>
      </w:r>
      <w:r/>
    </w:p>
    <w:p>
      <w:pPr>
        <w:pStyle w:val="ListBullet"/>
        <w:spacing w:line="240" w:lineRule="auto"/>
        <w:ind w:left="720"/>
      </w:pPr>
      <w:r/>
      <w:r>
        <w:rPr>
          <w:b/>
        </w:rPr>
        <w:t>Tourist blend:</w:t>
      </w:r>
      <w:r>
        <w:t xml:space="preserve"> Pride programming mixes with Copenhagen’s heritage sites, so you can pair festival action with Nyhavn, Tivoli and museums.</w:t>
      </w:r>
      <w:r/>
      <w:r/>
    </w:p>
    <w:p>
      <w:pPr>
        <w:pStyle w:val="Heading2"/>
      </w:pPr>
      <w:r>
        <w:t>Why the 30th anniversary matters for visitors</w:t>
      </w:r>
      <w:r/>
    </w:p>
    <w:p>
      <w:r/>
      <w:r>
        <w:t>Copenhagen Pride turning 30 gives the festival extra energy and programming, and you can feel it in the line-up and street atmosphere. Pride isn’t just a one-day parade anymore; it’s a week-long invitation to music, talks and community events with a slightly louder, celebratory edge for 2026. For travellers, that means more reasons to book an August weekend: long daylight, outdoor stages and that unmistakable festival buzz. If you like people-watching with a side of live music, this edition will be especially rewarding.</w:t>
      </w:r>
      <w:r/>
    </w:p>
    <w:p>
      <w:pPr>
        <w:pStyle w:val="Heading2"/>
      </w:pPr>
      <w:r>
        <w:t>Pride Square: the festival living room you can wander into</w:t>
      </w:r>
      <w:r/>
    </w:p>
    <w:p>
      <w:r/>
      <w:r>
        <w:t>Rådhuspladsen becomes Pride Square from 8–15 August and it’s designed to be approachable: stages, debate tents, food and exhibitor stalls all set up for free access. The square’s central location makes it a natural stop between sightseeing bursts, pop in for a drag set, grab something to eat, then head off to a museum. Organisers are pitching events for families, sports fans and nightlife seekers alike, so you can tailor each day to your mood.</w:t>
      </w:r>
      <w:r/>
    </w:p>
    <w:p>
      <w:pPr>
        <w:pStyle w:val="Heading2"/>
      </w:pPr>
      <w:r>
        <w:t>The parade: practical tips for a smoother experience</w:t>
      </w:r>
      <w:r/>
    </w:p>
    <w:p>
      <w:r/>
      <w:r>
        <w:t>The parade kicks off at Frederiksberg City Hall at 13:00 on 15 August and winds through Frederiksberg Allé and Vesterbrogade before finishing at Copenhagen City Hall. Big crowds are expected, so arrive early if you want a good viewing spot; bring water and a light rain layer just in case. If you prefer a calmer vantage point, consider watching from side streets near the route or join an organised viewing area. Remember, the parade is free, but public transport will be busier than usual.</w:t>
      </w:r>
      <w:r/>
    </w:p>
    <w:p>
      <w:pPr>
        <w:pStyle w:val="Heading2"/>
      </w:pPr>
      <w:r>
        <w:t>Vesterbro and late-night options: where to go after the square</w:t>
      </w:r>
      <w:r/>
    </w:p>
    <w:p>
      <w:r/>
      <w:r>
        <w:t>Vesterbro sits close to the action and is where the city’s evening personality shows up. Community bars, intimate venues and unofficial street parties in areas like Studiestræde and Lavendelstræde give you a neighbourhood feel after the daytime programme. These events aren’t always run by the Pride organisers, so check venue listings for schedules and opening times. For visitors who like to keep celebrating, Vesterbro is the natural hotspot.</w:t>
      </w:r>
      <w:r/>
    </w:p>
    <w:p>
      <w:pPr>
        <w:pStyle w:val="Heading2"/>
      </w:pPr>
      <w:r>
        <w:t>Mix Pride with Copenhagen’s classics</w:t>
      </w:r>
      <w:r/>
    </w:p>
    <w:p>
      <w:r/>
      <w:r>
        <w:t>One of the nicest things about Pride Week is that it slots into Copenhagen’s usual cultural beat, Nyhavn, Tivoli Gardens, the National Museum and Rosenborg Castle are all easy to fold into your itinerary. Use Copenhagen’s efficient metro, bikes or trains to hop between events and attractions. If you’re staying central, you’ll save travel time and get the best of both festival life and classic sightseeing in a single, lively trip.</w:t>
      </w:r>
      <w:r/>
    </w:p>
    <w:p>
      <w:pPr>
        <w:pStyle w:val="Heading2"/>
      </w:pPr>
      <w:r>
        <w:t>What to pack and plan for</w:t>
      </w:r>
      <w:r/>
    </w:p>
    <w:p>
      <w:r/>
      <w:r>
        <w:t>Think light layers, comfortable walking shoes and a small daybag for water, sunscreen and a portable phone charger, you’ll be on your feet a lot. Book accommodation early: August is peak season and the anniversary will push demand up, especially in central neighbourhoods and Vesterbro. If you prefer quieter moments, schedule museum mornings and Pride festivities for afternoons and evenings.</w:t>
      </w:r>
      <w:r/>
    </w:p>
    <w:p>
      <w:r/>
      <w:r>
        <w:t>It's a small change that can make every visit feel like a celebration, plan ahead, pick your moments and enjoy Copenhagen at its most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https://www.travelandtourworld.com/news/article/cppu272m2n5c/</w:t>
        </w:r>
      </w:hyperlink>
      <w:r>
        <w:t xml:space="preserve"> - Please view link - unable to able to access data</w:t>
      </w:r>
      <w:r/>
    </w:p>
    <w:p>
      <w:pPr>
        <w:pStyle w:val="ListNumber"/>
        <w:spacing w:line="240" w:lineRule="auto"/>
        <w:ind w:left="720"/>
      </w:pPr>
      <w:r/>
      <w:hyperlink r:id="rId10">
        <w:r>
          <w:rPr>
            <w:color w:val="0000EE"/>
            <w:u w:val="single"/>
          </w:rPr>
          <w:t>https://www.copenhagenpride.dk/en/pride-2026/pride-week-2026/</w:t>
        </w:r>
      </w:hyperlink>
      <w:r>
        <w:t xml:space="preserve"> - Copenhagen Pride Week 2026 is scheduled from 8 to 16 August, marking the 30th anniversary of the event. The programme includes concerts, community activities, and the main Pride Parade on 15 August, starting at Frederiksberg City Hall at 13:00 and proceeding to Copenhagen City Hall. Pride Square at Rådhuspladsen will serve as the central hub, offering free entry and various activities throughout the week. The theme for this year's Pride is "Pride: until the job is done!".</w:t>
      </w:r>
      <w:r/>
    </w:p>
    <w:p>
      <w:pPr>
        <w:pStyle w:val="ListNumber"/>
        <w:spacing w:line="240" w:lineRule="auto"/>
        <w:ind w:left="720"/>
      </w:pPr>
      <w:r/>
      <w:hyperlink r:id="rId12">
        <w:r>
          <w:rPr>
            <w:color w:val="0000EE"/>
            <w:u w:val="single"/>
          </w:rPr>
          <w:t>https://www.copenhagenpride.dk/en/pride-2026/</w:t>
        </w:r>
      </w:hyperlink>
      <w:r>
        <w:t xml:space="preserve"> - Copenhagen Pride has been organising events for Denmark’s LGBTQIA+ community since 1996. In 2026, the organisation plans a series of events, including Winter Pride in February, Pride: Out Loud! in June, and the main Pride Week in August. The 30th anniversary celebrations aim to highlight the rising political hostility and growing hatred towards the LGBTQIA+ community both in Denmark and abroad.</w:t>
      </w:r>
      <w:r/>
    </w:p>
    <w:p>
      <w:pPr>
        <w:pStyle w:val="ListNumber"/>
        <w:spacing w:line="240" w:lineRule="auto"/>
        <w:ind w:left="720"/>
      </w:pPr>
      <w:r/>
      <w:hyperlink r:id="rId11">
        <w:r>
          <w:rPr>
            <w:color w:val="0000EE"/>
            <w:u w:val="single"/>
          </w:rPr>
          <w:t>https://www.visitcopenhagen.com/copenhagen/planning/copenhagen-pride-week-gdk474741</w:t>
        </w:r>
      </w:hyperlink>
      <w:r>
        <w:t xml:space="preserve"> - Copenhagen Pride Week, taking place from 8 to 16 August 2026, is a significant event in Copenhagen's cultural calendar. The week is filled with activism and celebrations aimed at creating a more inclusive Copenhagen and world. The event includes various activities, with the Pride Parade being a central highlight.</w:t>
      </w:r>
      <w:r/>
    </w:p>
    <w:p>
      <w:pPr>
        <w:pStyle w:val="ListNumber"/>
        <w:spacing w:line="240" w:lineRule="auto"/>
        <w:ind w:left="720"/>
      </w:pPr>
      <w:r/>
      <w:hyperlink r:id="rId13">
        <w:r>
          <w:rPr>
            <w:color w:val="0000EE"/>
            <w:u w:val="single"/>
          </w:rPr>
          <w:t>https://www.copenhagenpride.dk/en/events/kategori/copenhagen-pride-week-2026/day/2026-08-13/</w:t>
        </w:r>
      </w:hyperlink>
      <w:r>
        <w:t xml:space="preserve"> - Copenhagen Pride Week 2026 runs from 8 to 16 August, featuring a range of events. The programme includes accessibility measures at Pride Square, such as wheelchair access and sign language interpretation. The Pride Parade on 15 August is expected to attract a crowd of up to 250,000 people, making it one of the largest public events in Copenhagen's annual calendar.</w:t>
      </w:r>
      <w:r/>
    </w:p>
    <w:p>
      <w:pPr>
        <w:pStyle w:val="ListNumber"/>
        <w:spacing w:line="240" w:lineRule="auto"/>
        <w:ind w:left="720"/>
      </w:pPr>
      <w:r/>
      <w:hyperlink r:id="rId15">
        <w:r>
          <w:rPr>
            <w:color w:val="0000EE"/>
            <w:u w:val="single"/>
          </w:rPr>
          <w:t>https://www.copenhagenpride.dk/en/nyheder/</w:t>
        </w:r>
      </w:hyperlink>
      <w:r>
        <w:t xml:space="preserve"> - Copenhagen Pride has announced the programme for its 30th anniversary under the theme "Pride: until the job is done!" The theme aims to highlight the rising political hostility and growing hatred towards the LGBTQIA+ community in Denmark and abroad. The main Pride Parade is scheduled for 15 August 2026, starting at Frederiksberg City Hall at 13:00 and proceeding to Copenhagen City Hall.</w:t>
      </w:r>
      <w:r/>
    </w:p>
    <w:p>
      <w:pPr>
        <w:pStyle w:val="ListNumber"/>
        <w:spacing w:line="240" w:lineRule="auto"/>
        <w:ind w:left="720"/>
      </w:pPr>
      <w:r/>
      <w:hyperlink r:id="rId14">
        <w:r>
          <w:rPr>
            <w:color w:val="0000EE"/>
            <w:u w:val="single"/>
          </w:rPr>
          <w:t>https://presse-fotos.dk/copenhagen-pride-2026-fejrer-30-ars-jubilaeum-stort-program/</w:t>
        </w:r>
      </w:hyperlink>
      <w:r>
        <w:t xml:space="preserve"> - Copenhagen Pride 2026 celebrates its 30th anniversary with a week of events from 8 to 16 August, culminating in the Pride Parade on 15 August. The programme includes concerts, talks, and entertainment for both locals and visitors. The parade is expected to be one of Copenhagen's most iconic events, filling the streets with colours, music, and festive atmosphere.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cppu272m2n5c/" TargetMode="External"/><Relationship Id="rId10" Type="http://schemas.openxmlformats.org/officeDocument/2006/relationships/hyperlink" Target="https://www.copenhagenpride.dk/en/pride-2026/pride-week-2026/" TargetMode="External"/><Relationship Id="rId11" Type="http://schemas.openxmlformats.org/officeDocument/2006/relationships/hyperlink" Target="https://www.visitcopenhagen.com/copenhagen/planning/copenhagen-pride-week-gdk474741" TargetMode="External"/><Relationship Id="rId12" Type="http://schemas.openxmlformats.org/officeDocument/2006/relationships/hyperlink" Target="https://www.copenhagenpride.dk/en/pride-2026/" TargetMode="External"/><Relationship Id="rId13" Type="http://schemas.openxmlformats.org/officeDocument/2006/relationships/hyperlink" Target="https://www.copenhagenpride.dk/en/events/kategori/copenhagen-pride-week-2026/day/2026-08-13/" TargetMode="External"/><Relationship Id="rId14" Type="http://schemas.openxmlformats.org/officeDocument/2006/relationships/hyperlink" Target="https://presse-fotos.dk/copenhagen-pride-2026-fejrer-30-ars-jubilaeum-stort-program/" TargetMode="External"/><Relationship Id="rId15" Type="http://schemas.openxmlformats.org/officeDocument/2006/relationships/hyperlink" Target="https://www.copenhagenpride.dk/en/nyhe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