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Charlotte Pride 2026 Acts to Catch in Uptown This August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new favourite: Charlotte Pride heads to Uptown on 15–16 August, with a parade down Tryon and the festival back at First Ward Park , here’s what to expect on the main stage, who’s headlining, and why these performers matter to the city’s summer calendar.</w:t>
      </w:r>
      <w:r/>
    </w:p>
    <w:p>
      <w:r/>
      <w:r>
        <w:t>Essential Takeaways</w:t>
      </w:r>
      <w:r/>
      <w:r/>
    </w:p>
    <w:p>
      <w:pPr>
        <w:pStyle w:val="ListBullet"/>
        <w:spacing w:line="240" w:lineRule="auto"/>
        <w:ind w:left="720"/>
      </w:pPr>
      <w:r/>
      <w:r>
        <w:rPr>
          <w:b/>
        </w:rPr>
        <w:t>When and where:</w:t>
      </w:r>
      <w:r>
        <w:t xml:space="preserve"> Charlotte Pride runs Aug. 15–16 in Uptown, with the parade on Tryon Street and the festival at First Ward Park. </w:t>
      </w:r>
      <w:r/>
    </w:p>
    <w:p>
      <w:pPr>
        <w:pStyle w:val="ListBullet"/>
        <w:spacing w:line="240" w:lineRule="auto"/>
        <w:ind w:left="720"/>
      </w:pPr>
      <w:r/>
      <w:r>
        <w:rPr>
          <w:b/>
        </w:rPr>
        <w:t>Headliners to watch:</w:t>
      </w:r>
      <w:r>
        <w:t xml:space="preserve"> Lauren Sanderson closes Saturday night; Flyana Boss headline Sunday evening. </w:t>
      </w:r>
      <w:r/>
    </w:p>
    <w:p>
      <w:pPr>
        <w:pStyle w:val="ListBullet"/>
        <w:spacing w:line="240" w:lineRule="auto"/>
        <w:ind w:left="720"/>
      </w:pPr>
      <w:r/>
      <w:r>
        <w:rPr>
          <w:b/>
        </w:rPr>
        <w:t>Local flavour:</w:t>
      </w:r>
      <w:r>
        <w:t xml:space="preserve"> Charlotte favourites like Doubting Thomas and Angel Blacc bring hometown energy and queer-centred anthems. </w:t>
      </w:r>
      <w:r/>
    </w:p>
    <w:p>
      <w:pPr>
        <w:pStyle w:val="ListBullet"/>
        <w:spacing w:line="240" w:lineRule="auto"/>
        <w:ind w:left="720"/>
      </w:pPr>
      <w:r/>
      <w:r>
        <w:rPr>
          <w:b/>
        </w:rPr>
        <w:t>Family-friendly logistics:</w:t>
      </w:r>
      <w:r>
        <w:t xml:space="preserve"> Expect parade maps, parking details and merch info via the official Charlotte Pride site. </w:t>
      </w:r>
      <w:r/>
    </w:p>
    <w:p>
      <w:pPr>
        <w:pStyle w:val="ListBullet"/>
        <w:spacing w:line="240" w:lineRule="auto"/>
        <w:ind w:left="720"/>
      </w:pPr>
      <w:r/>
      <w:r>
        <w:rPr>
          <w:b/>
        </w:rPr>
        <w:t>Vibe notes:</w:t>
      </w:r>
      <w:r>
        <w:t xml:space="preserve"> Mix of pop, hip-hop, reggaeton, country and alt-rock , something for every mood and moment.</w:t>
      </w:r>
      <w:r/>
      <w:r/>
    </w:p>
    <w:p>
      <w:pPr>
        <w:pStyle w:val="Heading2"/>
      </w:pPr>
      <w:r>
        <w:t>Why Charlotte Pride’s return to First Ward Park feels like a homecoming</w:t>
      </w:r>
      <w:r/>
    </w:p>
    <w:p>
      <w:r/>
      <w:r>
        <w:t>Charlotte Pride’s festival returning to First Ward Park for a second straight year gives the weekend a compact, walkable energy that’s easy to enjoy with a drink in hand and music in the air. The park setting feels intimate while still fitting a main stage and a hefty lineup, which matters if you like moving between acts rather than criss-crossing the city. According to the official Charlotte Pride information, organisers have kept the parade route down Tryon Street, so the weekend keeps that Uptown procession feel while centralising the festival footprint. If you’re planning your day, check the Charlotte Pride site for maps and logistics so you know where to park, meet friends and find merch booths.</w:t>
      </w:r>
      <w:r/>
    </w:p>
    <w:p>
      <w:pPr>
        <w:pStyle w:val="Heading2"/>
      </w:pPr>
      <w:r>
        <w:t>Headliners: Pop and viral-fuelled hip-hop bring two very different Saturday and Sunday moods</w:t>
      </w:r>
      <w:r/>
    </w:p>
    <w:p>
      <w:r/>
      <w:r>
        <w:t>Saturday’s evening headliner is Lauren Sanderson, whose evolution from motivational YouTuber to candid pop songwriter gives her set a blend of songs and storytelling that plays well to Pride crowds seeking connection. Her recent work leans personal and unvarnished, which makes late-night festival slots feel intimate even in a big crowd. Sunday closes with Flyana Boss, the duo whose TikTok-fuelled virality and playful, high-energy tracks turned “You Wish” into a meme-turned-anthem. That contrast , introspective pop one night, kinetic hip-hop the next , keeps the weekend varied and gives attendees a reason to plan for both nights.</w:t>
      </w:r>
      <w:r/>
    </w:p>
    <w:p>
      <w:pPr>
        <w:pStyle w:val="Heading2"/>
      </w:pPr>
      <w:r>
        <w:t>Local stars and queer voices keep the lineup grounded in Charlotte</w:t>
      </w:r>
      <w:r/>
    </w:p>
    <w:p>
      <w:r/>
      <w:r>
        <w:t>The roster isn’t just about headline names; Charlotte favourites like Angel Blacc and Doubting Thomas anchor the bill with hometown gravitas. Angel Blacc brings bold, sample-forward rap and recent forays into rock textures, while Doubting Thomas offer a genre-blurring, story-rich set that nods to the city’s musical past. That mix matters for locals who want to celebrate Pride with artists who feel part of the community fabric. If you love discovering familiar faces onstage, checking local acts earlier in the day will reward you with authentic performances and chances to meet artists after their sets.</w:t>
      </w:r>
      <w:r/>
    </w:p>
    <w:p>
      <w:pPr>
        <w:pStyle w:val="Heading2"/>
      </w:pPr>
      <w:r>
        <w:t>Diverse genres , from reggaeton to country , reflect bigger conversations in music and sport</w:t>
      </w:r>
      <w:r/>
    </w:p>
    <w:p>
      <w:r/>
      <w:r>
        <w:t>Isabella Lovestory’s perreo-pop and reggaeton flavours add a dancefloor-ready Latin energy, and rising country artist Bryan Ruby brings something rarer to Pride lineups: authentic country storytelling from an openly gay former pro baseball player. Ruby’s work , and his charity for LGBTQ+ youth in baseball , shows how genre boundaries are shifting and how Pride stages are reflecting broader cultural change. If you’ve come for variety, this is it: pop, reggaeton, hip-hop, alt-rock and country across two days, so plan your must-see list and arrive early for the acts you won’t want to miss.</w:t>
      </w:r>
      <w:r/>
    </w:p>
    <w:p>
      <w:pPr>
        <w:pStyle w:val="Heading2"/>
      </w:pPr>
      <w:r>
        <w:t>Practical tips for making the most of Pride weekend</w:t>
      </w:r>
      <w:r/>
    </w:p>
    <w:p>
      <w:r/>
      <w:r>
        <w:t>Plan transportation around the parade and park crowds; Uptown’s compact layout makes walking easy but street closures mean driving and parking will be different than a normal weekend. Bring layers , August evenings can cool off a touch, and a light jacket makes late sets more comfortable. Hydrate and scope out shaded areas in First Ward Park if you’re there during the afternoon, and set a meeting point with friends in case phone service gets spotty. For VIP experiences, merch and other amenities, organisers post ticketed options and updates on the Charlotte Pride website.</w:t>
      </w:r>
      <w:r/>
    </w:p>
    <w:p>
      <w:r/>
      <w:r>
        <w:t>It’s a small change that can make the whole weekend more fun: pick one must-see set, then wander the rest of the time and soak up the people-watching.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https://qcnerve.com/charlotte-pride-2026/</w:t>
        </w:r>
      </w:hyperlink>
      <w:r>
        <w:t xml:space="preserve"> - Please view link - unable to able to access data</w:t>
      </w:r>
      <w:r/>
    </w:p>
    <w:p>
      <w:pPr>
        <w:pStyle w:val="ListNumber"/>
        <w:spacing w:line="240" w:lineRule="auto"/>
        <w:ind w:left="720"/>
      </w:pPr>
      <w:r/>
      <w:hyperlink r:id="rId10">
        <w:r>
          <w:rPr>
            <w:color w:val="0000EE"/>
            <w:u w:val="single"/>
          </w:rPr>
          <w:t>https://www.charlottepride.org/</w:t>
        </w:r>
      </w:hyperlink>
      <w:r>
        <w:t xml:space="preserve"> - The official website of Charlotte Pride provides comprehensive information about the annual LGBTQ+ festival and parade in Charlotte, North Carolina. It includes details on event schedules, performer line-ups, ticketing, and community resources. The site also offers information on volunteer opportunities, sponsorships, and ways to get involved in the Pride celebrations. Visitors can find updates on upcoming events, news releases, and contact information for the organisers. The website serves as a central hub for all things related to Charlotte Pride, aiming to foster inclusivity and celebrate the LGBTQ+ community.</w:t>
      </w:r>
      <w:r/>
    </w:p>
    <w:p>
      <w:pPr>
        <w:pStyle w:val="ListNumber"/>
        <w:spacing w:line="240" w:lineRule="auto"/>
        <w:ind w:left="720"/>
      </w:pPr>
      <w:r/>
      <w:hyperlink r:id="rId12">
        <w:r>
          <w:rPr>
            <w:color w:val="0000EE"/>
            <w:u w:val="single"/>
          </w:rPr>
          <w:t>https://www.charlotteonthecheap.com/event/pride-in-the-park-mint-museum-randolph/</w:t>
        </w:r>
      </w:hyperlink>
      <w:r>
        <w:t xml:space="preserve"> - Pride in the Park is an annual event held at the Mint Museum Randolph in Charlotte, North Carolina, celebrating diversity, equality, and acceptance. The 2026 event is scheduled for June 27 and features music, art, performances, vendors, and food trucks. The event is free to attend, but RSVPs are encouraged. Performers for the 2026 event include Aakosha Bentley, Ishon Da Realest, Ivan Jay, Tierra B., Pretti Emage, Chris Pierce, and Eric Who. The event also highlights National HIV Testing Day, promoting health awareness and access to resources within the LGBTQ+ community.</w:t>
      </w:r>
      <w:r/>
    </w:p>
    <w:p>
      <w:pPr>
        <w:pStyle w:val="ListNumber"/>
        <w:spacing w:line="240" w:lineRule="auto"/>
        <w:ind w:left="720"/>
      </w:pPr>
      <w:r/>
      <w:hyperlink r:id="rId11">
        <w:r>
          <w:rPr>
            <w:color w:val="0000EE"/>
            <w:u w:val="single"/>
          </w:rPr>
          <w:t>https://www.eventeny.com/events/2026-charlotte-pride-vip-crown-club-30115/</w:t>
        </w:r>
      </w:hyperlink>
      <w:r>
        <w:t xml:space="preserve"> - The Crown Club offers a VIP experience at Charlotte Pride 2026, providing attendees with premium comfort and exclusive amenities. The package includes access to the Imperial Lounge with air conditioning, complimentary beverages, a rotating selection of local food, and private viewing areas near the Main Stage. Additional perks are reserved seating for the Sunday Parade, upgraded VIP restrooms, and a VIP swag bag. This all-inclusive weekend upgrade aims to enhance the festival experience for those seeking a more luxurious and comfortable environment during the Pride celebrations.</w:t>
      </w:r>
      <w:r/>
    </w:p>
    <w:p>
      <w:pPr>
        <w:pStyle w:val="ListNumber"/>
        <w:spacing w:line="240" w:lineRule="auto"/>
        <w:ind w:left="720"/>
      </w:pPr>
      <w:r/>
      <w:hyperlink r:id="rId13">
        <w:r>
          <w:rPr>
            <w:color w:val="0000EE"/>
            <w:u w:val="single"/>
          </w:rPr>
          <w:t>https://www.eventeny.com/events/thequeenpridecollective-27819/</w:t>
        </w:r>
      </w:hyperlink>
      <w:r>
        <w:t xml:space="preserve"> - The Queen’s Pride Collective is a Pride Month celebration in Charlotte, North Carolina, honouring the beauty, resilience, and creativity of the LGBTQ+ community and its allies. Scheduled for June 6, 2026, the event features an outdoor market with LGBTQ+ and ally-owned small businesses, local artists, performers, and community organisations. The celebration reclaims 'royalty' as a symbol of self-worth and authenticity, creating a welcoming space where Pride is not just seen but felt. The event aims to foster connection, expression, and celebration within the community.</w:t>
      </w:r>
      <w:r/>
    </w:p>
    <w:p>
      <w:pPr>
        <w:pStyle w:val="ListNumber"/>
        <w:spacing w:line="240" w:lineRule="auto"/>
        <w:ind w:left="720"/>
      </w:pPr>
      <w:r/>
      <w:hyperlink r:id="rId14">
        <w:r>
          <w:rPr>
            <w:color w:val="0000EE"/>
            <w:u w:val="single"/>
          </w:rPr>
          <w:t>https://www.prideintheparkclt.org/</w:t>
        </w:r>
      </w:hyperlink>
      <w:r>
        <w:t xml:space="preserve"> - Pride in the Park is an annual event in Charlotte, North Carolina, celebrating love, equality, and unity within the LGBTQ+ community. The 2026 event is scheduled for June 27 at the Mint Museum Randolph. Attendees can expect a day filled with music, art, performances, vendors, and food trucks. The event also focuses on health awareness, highlighting National HIV Testing Day and promoting access to resources that uplift and empower the community. Pride in the Park aims to create a world where everyone can live authentically and without fear of judgment.</w:t>
      </w:r>
      <w:r/>
    </w:p>
    <w:p>
      <w:pPr>
        <w:pStyle w:val="ListNumber"/>
        <w:spacing w:line="240" w:lineRule="auto"/>
        <w:ind w:left="720"/>
      </w:pPr>
      <w:r/>
      <w:hyperlink r:id="rId15">
        <w:r>
          <w:rPr>
            <w:color w:val="0000EE"/>
            <w:u w:val="single"/>
          </w:rPr>
          <w:t>https://running.life/en/event/q-fitness-and-wellness-5k</w:t>
        </w:r>
      </w:hyperlink>
      <w:r>
        <w:t xml:space="preserve"> - The Q Fitness and Wellness 5K is a community event supporting Charlotte Pride, taking place on June 13, 2026, at McAlpine Creek Park in Charlotte, North Carolina. Participants can choose from a timed 5K run, a 5K walk, or a ZeroK accessibility experience. The event serves as the official kickoff to the local Pride season and benefits Charlotte Pride, bringing together LGBTQ+ people and allies from the region. Community vendors and partners are scheduled to attend, and performers include LOC Productions and DJ RePlay Scott. Registration fees are non-refundable, and the event will be held rain or shine.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cnerve.com/charlotte-pride-2026/" TargetMode="External"/><Relationship Id="rId10" Type="http://schemas.openxmlformats.org/officeDocument/2006/relationships/hyperlink" Target="https://www.charlottepride.org/" TargetMode="External"/><Relationship Id="rId11" Type="http://schemas.openxmlformats.org/officeDocument/2006/relationships/hyperlink" Target="https://www.eventeny.com/events/2026-charlotte-pride-vip-crown-club-30115/" TargetMode="External"/><Relationship Id="rId12" Type="http://schemas.openxmlformats.org/officeDocument/2006/relationships/hyperlink" Target="https://www.charlotteonthecheap.com/event/pride-in-the-park-mint-museum-randolph/" TargetMode="External"/><Relationship Id="rId13" Type="http://schemas.openxmlformats.org/officeDocument/2006/relationships/hyperlink" Target="https://www.eventeny.com/events/thequeenpridecollective-27819/" TargetMode="External"/><Relationship Id="rId14" Type="http://schemas.openxmlformats.org/officeDocument/2006/relationships/hyperlink" Target="https://www.prideintheparkclt.org/" TargetMode="External"/><Relationship Id="rId15" Type="http://schemas.openxmlformats.org/officeDocument/2006/relationships/hyperlink" Target="https://running.life/en/event/q-fitness-and-wellness-5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