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Burgundy Suits and a Corvette Arrival: Inside a Vibrant Oregon Queer Wedding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wedding fans are loving the way Josue Diaz and Jonathan Snowden turned a vineyard into a personal ceremony; a Corvette arrival, burgundy suits and dried, wild florals made a restrained Oregon wedding feel warm, inclusive and distinctly theirs. Read on for the details, styling notes and ideas you can borrow.</w:t>
      </w:r>
      <w:r/>
    </w:p>
    <w:p>
      <w:r/>
      <w:r>
        <w:t>Essential Takeaways</w:t>
      </w:r>
      <w:r/>
      <w:r/>
    </w:p>
    <w:p>
      <w:pPr>
        <w:pStyle w:val="ListBullet"/>
        <w:spacing w:line="240" w:lineRule="auto"/>
        <w:ind w:left="720"/>
      </w:pPr>
      <w:r/>
      <w:r>
        <w:rPr>
          <w:b/>
        </w:rPr>
        <w:t>Eye-catching entrance:</w:t>
      </w:r>
      <w:r>
        <w:t xml:space="preserve"> The couple arrived in a decorated Corvette and danced down the aisle together, giving the ceremony an immediate playful, joyful energy.</w:t>
      </w:r>
      <w:r/>
    </w:p>
    <w:p>
      <w:pPr>
        <w:pStyle w:val="ListBullet"/>
        <w:spacing w:line="240" w:lineRule="auto"/>
        <w:ind w:left="720"/>
      </w:pPr>
      <w:r/>
      <w:r>
        <w:rPr>
          <w:b/>
        </w:rPr>
        <w:t>Intentional details:</w:t>
      </w:r>
      <w:r>
        <w:t xml:space="preserve"> Every choice reflected mutuality and meaning , from a pen-based proposal to sourced items from France and Mexico.</w:t>
      </w:r>
      <w:r/>
    </w:p>
    <w:p>
      <w:pPr>
        <w:pStyle w:val="ListBullet"/>
        <w:spacing w:line="240" w:lineRule="auto"/>
        <w:ind w:left="720"/>
      </w:pPr>
      <w:r/>
      <w:r>
        <w:rPr>
          <w:b/>
        </w:rPr>
        <w:t>Sustainable florals:</w:t>
      </w:r>
      <w:r>
        <w:t xml:space="preserve"> Dried, wild arrangements and single-stem bud vases kept the palette autumnal and low-waste.</w:t>
      </w:r>
      <w:r/>
    </w:p>
    <w:p>
      <w:pPr>
        <w:pStyle w:val="ListBullet"/>
        <w:spacing w:line="240" w:lineRule="auto"/>
        <w:ind w:left="720"/>
      </w:pPr>
      <w:r/>
      <w:r>
        <w:rPr>
          <w:b/>
        </w:rPr>
        <w:t>Inclusive touches:</w:t>
      </w:r>
      <w:r>
        <w:t xml:space="preserve"> Restroom signs, a designated lactation room and communal rituals like ring-warming signalled real hospitality.</w:t>
      </w:r>
      <w:r/>
    </w:p>
    <w:p>
      <w:pPr>
        <w:pStyle w:val="ListBullet"/>
        <w:spacing w:line="240" w:lineRule="auto"/>
        <w:ind w:left="720"/>
      </w:pPr>
      <w:r/>
      <w:r>
        <w:rPr>
          <w:b/>
        </w:rPr>
        <w:t>Celebration quirks:</w:t>
      </w:r>
      <w:r>
        <w:t xml:space="preserve"> A surprise choreographed dinner dance, churros instead of cake and beeswax candles gave the reception personality and texture.</w:t>
      </w:r>
      <w:r/>
      <w:r/>
    </w:p>
    <w:p>
      <w:pPr>
        <w:pStyle w:val="Heading2"/>
      </w:pPr>
      <w:r>
        <w:t>A Corvette, burgundy suits and an aisle dance , first impressions matter</w:t>
      </w:r>
      <w:r/>
    </w:p>
    <w:p>
      <w:r/>
      <w:r>
        <w:t>There’s something cinematic about two grooms rolling up to a vineyard in a decorated Corvette and then dancing down the aisle together. It’s a visual cue that this wasn’t going to be by-the-book. The burgundy suits cut through the Oregon autumn light with warmth and depth, and the wool rug used for the jumping of the broom added a tactile, grounded moment. According to coverage of the day, the entrance set the tone: joyful, slightly theatrical, and very much theirs.</w:t>
      </w:r>
      <w:r/>
    </w:p>
    <w:p>
      <w:pPr>
        <w:pStyle w:val="Heading2"/>
      </w:pPr>
      <w:r>
        <w:t>A proposal that flipped the script , mutual, deliberate and personal</w:t>
      </w:r>
      <w:r/>
    </w:p>
    <w:p>
      <w:r/>
      <w:r>
        <w:t>The couple’s proposal was mutual , each arrived with a pen in hand and exchanged them on the beach. That intentionality carried through the whole planning year. They chose some pieces from France and decor elements from Mexico, so the wedding reads less like a checklist and more like a carefully curated home. That approach is a good reminder: if you want a wedding that feels uniquely yours, start with one small ritual that matters and let everything else follow.</w:t>
      </w:r>
      <w:r/>
    </w:p>
    <w:p>
      <w:pPr>
        <w:pStyle w:val="Heading2"/>
      </w:pPr>
      <w:r>
        <w:t>Ceremony rituals that balance private and communal moments</w:t>
      </w:r>
      <w:r/>
    </w:p>
    <w:p>
      <w:r/>
      <w:r>
        <w:t>The ceremony blended prayer, readings, a ring-warming and the jumping of the broom, moving between intimacy and community. Guests were offered coffee and matcha beforehand, a quiet touch that grounded the morning. Ring-warming turned the bands into a shared blessing before being placed on fingers, and prayer flags and the broom rug honoured each groom’s heritage. These layered rituals show how simple elements can create meaning without elaborate staging.</w:t>
      </w:r>
      <w:r/>
    </w:p>
    <w:p>
      <w:pPr>
        <w:pStyle w:val="Heading2"/>
      </w:pPr>
      <w:r>
        <w:t>Design choices that favour texture and restraint</w:t>
      </w:r>
      <w:r/>
    </w:p>
    <w:p>
      <w:r/>
      <w:r>
        <w:t>Florals by Small Yard Florals leaned wild, organic and dried rather than sculpted and fresh. The wedding party carried single stems, while bud vases lined tables and two larger pieces anchored the bar. The palette , burgundy, orange, blue and brown , felt autumnal and cozy, and beeswax candles from Mexico added a mellow, honeyed glow. If you like the look but worry about upkeep, dried stems are an easy, sustainable way to get texture without daily care.</w:t>
      </w:r>
      <w:r/>
    </w:p>
    <w:p>
      <w:pPr>
        <w:pStyle w:val="Heading2"/>
      </w:pPr>
      <w:r>
        <w:t>Practical inclusivity that actually makes guests feel welcome</w:t>
      </w:r>
      <w:r/>
    </w:p>
    <w:p>
      <w:r/>
      <w:r>
        <w:t>Small logistics spoke loudly: inclusive restroom signage and a marked lactation room weren’t decorative afterthoughts but signals that everyone mattered. The planner helped keep the vision intact while vendors filled in style notes, from designer suits (Gucci and Designs by Thor) to a choreographed dinner dance and late-night churros. If you’re planning an event, think beyond aesthetics , a small practical provision can change how safe and seen people feel.</w:t>
      </w:r>
      <w:r/>
    </w:p>
    <w:p>
      <w:pPr>
        <w:pStyle w:val="Heading2"/>
      </w:pPr>
      <w:r>
        <w:t>Borrowable ideas for your own celebration</w:t>
      </w:r>
      <w:r/>
    </w:p>
    <w:p>
      <w:r/>
      <w:r>
        <w:t>You don’t need a vineyard or a Corvette to borrow the spirit of this day. Choose one meaningful ritual, select a limited colour story, use single stems or dried florals for texture, and think through accessibility and hospitality details early. Even a favourite snack as a late-night treat, like churros, will be remembered in a way a generic cake sometimes isn’t.</w:t>
      </w:r>
      <w:r/>
    </w:p>
    <w:p>
      <w:r/>
      <w:r>
        <w:t>It's a small change in approach that can make every wedding feel more like the people at the centre of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https://equallywed.com/burgundy-suits-and-a-corvette-arrival-inside-a-vibrant-oregon-queer-wedding/</w:t>
        </w:r>
      </w:hyperlink>
      <w:r>
        <w:t xml:space="preserve"> - Please view link - unable to able to access data</w:t>
      </w:r>
      <w:r/>
    </w:p>
    <w:p>
      <w:pPr>
        <w:pStyle w:val="ListNumber"/>
        <w:spacing w:line="240" w:lineRule="auto"/>
        <w:ind w:left="720"/>
      </w:pPr>
      <w:r/>
      <w:hyperlink r:id="rId9">
        <w:r>
          <w:rPr>
            <w:color w:val="0000EE"/>
            <w:u w:val="single"/>
          </w:rPr>
          <w:t>https://equallywed.com/burgundy-suits-and-a-corvette-arrival-inside-a-vibrant-oregon-queer-wedding/</w:t>
        </w:r>
      </w:hyperlink>
      <w:r>
        <w:t xml:space="preserve"> - This article features the wedding of Josue Diaz and Jonathan Snowden, a queer couple who arrived at their ceremony in a decorated Corvette at Stoller Family Estate in Dayton, Oregon. The vineyard setting was minimally adorned, with a wool rug for the jumping of the broom ceremony. The reception tables were decorated with bud vases and larger floral arrangements at the bar. The wedding embraced wild and organic floral designs, with the wedding party holding single stems, reflecting a spirit of intentionality and restraint.</w:t>
      </w:r>
      <w:r/>
    </w:p>
    <w:p>
      <w:pPr>
        <w:pStyle w:val="ListNumber"/>
        <w:spacing w:line="240" w:lineRule="auto"/>
        <w:ind w:left="720"/>
      </w:pPr>
      <w:r/>
      <w:hyperlink r:id="rId11">
        <w:r>
          <w:rPr>
            <w:color w:val="0000EE"/>
            <w:u w:val="single"/>
          </w:rPr>
          <w:t>https://www.stollerfamilyestate.com/wp-content/uploads/2024/03/SFE-WeddingBrochure-Digital.pdf</w:t>
        </w:r>
      </w:hyperlink>
      <w:r>
        <w:t xml:space="preserve"> - Stoller Family Estate offers a picturesque setting for weddings, providing various ceremony spaces and an experienced team to ensure a memorable event. Their wedding brochure outlines the available venues, vendor partners, policies, and the estate's philosophy, catering to both intimate and elaborate celebrations.</w:t>
      </w:r>
      <w:r/>
    </w:p>
    <w:p>
      <w:pPr>
        <w:pStyle w:val="ListNumber"/>
        <w:spacing w:line="240" w:lineRule="auto"/>
        <w:ind w:left="720"/>
      </w:pPr>
      <w:r/>
      <w:hyperlink r:id="rId10">
        <w:r>
          <w:rPr>
            <w:color w:val="0000EE"/>
            <w:u w:val="single"/>
          </w:rPr>
          <w:t>https://oregonweddingday.com/chic-black-tie-winery-wedding-0</w:t>
        </w:r>
      </w:hyperlink>
      <w:r>
        <w:t xml:space="preserve"> - Alyssa and AJ celebrated their nuptials with an extravagant black-tie wedding at Stoller Family Estate Winery. The ceremony featured lush green vineyards adorned with white florals, complementing the September setting. The bride wore an off-shoulder fitted gown with lace floral detailing, and the groom donned a classic black tuxedo. The reception included personalized moments, signature cocktails, and a neon glow stick exit to conclude the night.</w:t>
      </w:r>
      <w:r/>
    </w:p>
    <w:p>
      <w:pPr>
        <w:pStyle w:val="ListNumber"/>
        <w:spacing w:line="240" w:lineRule="auto"/>
        <w:ind w:left="720"/>
      </w:pPr>
      <w:r/>
      <w:hyperlink r:id="rId13">
        <w:r>
          <w:rPr>
            <w:color w:val="0000EE"/>
            <w:u w:val="single"/>
          </w:rPr>
          <w:t>https://oregonweddingday.com/peach-navy-wanderlust-wedding</w:t>
        </w:r>
      </w:hyperlink>
      <w:r>
        <w:t xml:space="preserve"> - Linda and Sean celebrated their love with a peach and navy wedding at The Resort at the Mountain, surrounded by scenic views and greenery. With many guests traveling from out of town, the couple chose a travel theme featuring vintage globes, maps, compasses, and wooden trunks, adding a unique touch to their special day.</w:t>
      </w:r>
      <w:r/>
    </w:p>
    <w:p>
      <w:pPr>
        <w:pStyle w:val="ListNumber"/>
        <w:spacing w:line="240" w:lineRule="auto"/>
        <w:ind w:left="720"/>
      </w:pPr>
      <w:r/>
      <w:hyperlink r:id="rId12">
        <w:r>
          <w:rPr>
            <w:color w:val="0000EE"/>
            <w:u w:val="single"/>
          </w:rPr>
          <w:t>https://offbeatwed.com/sweater-wearing-grooms/</w:t>
        </w:r>
      </w:hyperlink>
      <w:r>
        <w:t xml:space="preserve"> - Brian and Chris planned a two-and-a-half-day wedding celebration at Camp Westwind on the Oregon coast. Despite unpredictable weather, they enjoyed a sunny day accentuated by bright pink and yellow floral centerpieces and rainbow equality flags. Their dog, Callisto, served as the ring bearer and sole wedding party member. The ceremony was semi-religious, involving all their parents and siblings, and featured local Oregon cheese and wine.</w:t>
      </w:r>
      <w:r/>
    </w:p>
    <w:p>
      <w:pPr>
        <w:pStyle w:val="ListNumber"/>
        <w:spacing w:line="240" w:lineRule="auto"/>
        <w:ind w:left="720"/>
      </w:pPr>
      <w:r/>
      <w:hyperlink r:id="rId10">
        <w:r>
          <w:rPr>
            <w:color w:val="0000EE"/>
            <w:u w:val="single"/>
          </w:rPr>
          <w:t>https://oregonweddingday.com/chic-black-tie-winery-wedding-0</w:t>
        </w:r>
      </w:hyperlink>
      <w:r>
        <w:t xml:space="preserve"> - Alyssa and AJ's wedding at Stoller Family Estate Winery was a lavish black-tie affair. The ceremony took place amidst lush green vineyards adorned with white florals, perfectly complementing the September setting. The bride wore an off-shoulder fitted gown with lace floral detailing, while the groom wore a classic black tuxedo. The reception featured personalized moments, signature cocktails, and a neon glow stick exit to conclude the night.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quallywed.com/burgundy-suits-and-a-corvette-arrival-inside-a-vibrant-oregon-queer-wedding/" TargetMode="External"/><Relationship Id="rId10" Type="http://schemas.openxmlformats.org/officeDocument/2006/relationships/hyperlink" Target="https://oregonweddingday.com/chic-black-tie-winery-wedding-0" TargetMode="External"/><Relationship Id="rId11" Type="http://schemas.openxmlformats.org/officeDocument/2006/relationships/hyperlink" Target="https://www.stollerfamilyestate.com/wp-content/uploads/2024/03/SFE-WeddingBrochure-Digital.pdf" TargetMode="External"/><Relationship Id="rId12" Type="http://schemas.openxmlformats.org/officeDocument/2006/relationships/hyperlink" Target="https://offbeatwed.com/sweater-wearing-grooms/" TargetMode="External"/><Relationship Id="rId13" Type="http://schemas.openxmlformats.org/officeDocument/2006/relationships/hyperlink" Target="https://oregonweddingday.com/peach-navy-wanderlust-wed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