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Week Events in SF and Oakland: Why You Should Get Out This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wild mix of art, music, dance and community this weekend in San Francisco and Oakland, locals are packing theatres, parks and plazas for everything from a cat-video marathon to a Pride takeover. Here’s what to see, where to go, and why these picks matter for culture and community.</w:t>
      </w:r>
      <w:r/>
    </w:p>
    <w:p>
      <w:r/>
      <w:r>
        <w:t>Essential Takeaways</w:t>
      </w:r>
      <w:r/>
      <w:r/>
    </w:p>
    <w:p>
      <w:pPr>
        <w:pStyle w:val="ListBullet"/>
        <w:spacing w:line="240" w:lineRule="auto"/>
        <w:ind w:left="720"/>
      </w:pPr>
      <w:r/>
      <w:r>
        <w:rPr>
          <w:b/>
        </w:rPr>
        <w:t>Rebellious archive:</w:t>
      </w:r>
      <w:r>
        <w:t xml:space="preserve"> A striking collection of vintage queer portraits traces masc histories and includes photos of people arrested for living as men, visceral and memorable.</w:t>
      </w:r>
      <w:r/>
    </w:p>
    <w:p>
      <w:pPr>
        <w:pStyle w:val="ListBullet"/>
        <w:spacing w:line="240" w:lineRule="auto"/>
        <w:ind w:left="720"/>
      </w:pPr>
      <w:r/>
      <w:r>
        <w:rPr>
          <w:b/>
        </w:rPr>
        <w:t>Deaf dance spotlight:</w:t>
      </w:r>
      <w:r>
        <w:t xml:space="preserve"> The SF Deaf Dance Festival brings international performers and tactile choreography; it’s energetic, visual and inclusive.</w:t>
      </w:r>
      <w:r/>
    </w:p>
    <w:p>
      <w:pPr>
        <w:pStyle w:val="ListBullet"/>
        <w:spacing w:line="240" w:lineRule="auto"/>
        <w:ind w:left="720"/>
      </w:pPr>
      <w:r/>
      <w:r>
        <w:rPr>
          <w:b/>
        </w:rPr>
        <w:t>Lowrider legacy returns:</w:t>
      </w:r>
      <w:r>
        <w:t xml:space="preserve"> Otra Onda/ Otra Vez reconnects 1981 lowrider photography with today’s car culture and community displays.</w:t>
      </w:r>
      <w:r/>
    </w:p>
    <w:p>
      <w:pPr>
        <w:pStyle w:val="ListBullet"/>
        <w:spacing w:line="240" w:lineRule="auto"/>
        <w:ind w:left="720"/>
      </w:pPr>
      <w:r/>
      <w:r>
        <w:rPr>
          <w:b/>
        </w:rPr>
        <w:t>Hands-on reuse:</w:t>
      </w:r>
      <w:r>
        <w:t xml:space="preserve"> SCRAP’s grand reopening celebrates creative reuse with workshops, free activities and a fresh community hub.</w:t>
      </w:r>
      <w:r/>
    </w:p>
    <w:p>
      <w:pPr>
        <w:pStyle w:val="ListBullet"/>
        <w:spacing w:line="240" w:lineRule="auto"/>
        <w:ind w:left="720"/>
      </w:pPr>
      <w:r/>
      <w:r>
        <w:rPr>
          <w:b/>
        </w:rPr>
        <w:t>Party with purpose:</w:t>
      </w:r>
      <w:r>
        <w:t xml:space="preserve"> Cat Video Fest, a DJ tribute, Matmos and Oakland Pride offer everything from silly charm to heartfelt remembrance and big-stage pop.</w:t>
      </w:r>
      <w:r/>
      <w:r/>
    </w:p>
    <w:p>
      <w:pPr>
        <w:pStyle w:val="Heading2"/>
      </w:pPr>
      <w:r>
        <w:t>A gallery that reminds you queer history is living and loud</w:t>
      </w:r>
      <w:r/>
    </w:p>
    <w:p>
      <w:r/>
      <w:r>
        <w:t>The Queer Photo Archive’s masc heroes exhibition reads like a moodboard of ancestors, each photo carrying a slightly grainy, lived-in warmth you can almost feel. According to organisers, the nearly 50 large-format news photos map a century of gender presentation, from men who passed in public to bold butches and two trans men captured in the 1950s and 1970s. It’s the sort of show that makes you pause, look twice and say, I see myself in that line of people. If you’re curious about queer visual history, this one’s a classroom and a conversation piece all at once.</w:t>
      </w:r>
      <w:r/>
    </w:p>
    <w:p>
      <w:pPr>
        <w:pStyle w:val="Heading2"/>
      </w:pPr>
      <w:r>
        <w:t>Deaf dance that speaks in rhythm and touch</w:t>
      </w:r>
      <w:r/>
    </w:p>
    <w:p>
      <w:r/>
      <w:r>
        <w:t>Antoine Hunter’s SF Deaf Dance Festival flips the usual expectations of movement performances by foregrounding Deaf and Hard of Hearing artists. With companies flying in from as far as Turkey and Missouri, the weekend includes performances, workshops and a special Sunday matinee at Presidio Tunnel Tops. According to the festival’s programme, the choreography emphasises vibration, facial expression and visual storytelling, so even if you don’t read American Sign Language, the work lands emotionally. It’s a reminder that dance isn’t just heard; it’s felt.</w:t>
      </w:r>
      <w:r/>
    </w:p>
    <w:p>
      <w:pPr>
        <w:pStyle w:val="Heading2"/>
      </w:pPr>
      <w:r>
        <w:t>Otra Onda revisited: lowriders, photographs and living culture</w:t>
      </w:r>
      <w:r/>
    </w:p>
    <w:p>
      <w:r/>
      <w:r>
        <w:t>The revival of René Yañez’s 1981 Otra Onda exhibition offers a neat curatorial trick: show the same photographers’ work from four decades ago and park real lowrider cars alongside the prints. Acción Latina’s show aims to trace cultural continuity, and the San Francisco Lowrider Council’s display bridges the archival with the present-day scene. Walk in expecting glossy black-and-white chrome, community stories and an angle that reframes lowriders as both art and social history.</w:t>
      </w:r>
      <w:r/>
    </w:p>
    <w:p>
      <w:pPr>
        <w:pStyle w:val="Heading2"/>
      </w:pPr>
      <w:r>
        <w:t>SCRAP reopens as a messy, joyous engine for reuse</w:t>
      </w:r>
      <w:r/>
    </w:p>
    <w:p>
      <w:r/>
      <w:r>
        <w:t>SCRAP’s move to a new Industrial Street location comes with a ribbon-cutting, tree planting and hands-on workshops, plus free treats, in true neighbourhood celebration style. The reuse centre has quietly diverted hundreds of tons of material from the waste stream while teaching people to turn trash into treasure. If you like the tactile thrill of finding that perfect odd button or lamp part, or you’re a teacher looking for classroom materials, drop by: the place hums with the sort of creative chaos that sparks projects.</w:t>
      </w:r>
      <w:r/>
    </w:p>
    <w:p>
      <w:pPr>
        <w:pStyle w:val="Heading2"/>
      </w:pPr>
      <w:r>
        <w:t>Cat Video Fest, DJ tributes and Matmos: fun, grief and invention</w:t>
      </w:r>
      <w:r/>
    </w:p>
    <w:p>
      <w:r/>
      <w:r>
        <w:t>Oscilloscope’s Cat Video Fest is exactly the light-hearted antidote many of us need, funny, cute and tied to local rescue groups that benefit from ticket sales. Meanwhile the tribute to DJ Dan at the Phoenix Hotel remembers a towering figure in California rave culture; friends and fellow DJs will fill the decks to celebrate his influence. And for something sonically unexpected, Matmos brings Metallic Life Review, an album made from metallic sounds that turns household clangs into intimate music. Together, these events show the weekend’s range: silly, solemn and seriously inventive.</w:t>
      </w:r>
      <w:r/>
    </w:p>
    <w:p>
      <w:pPr>
        <w:pStyle w:val="Heading2"/>
      </w:pPr>
      <w:r>
        <w:t>Oakland Pride returns with new energy and big stages</w:t>
      </w:r>
      <w:r/>
    </w:p>
    <w:p>
      <w:r/>
      <w:r>
        <w:t>Oakland Pride has weathered plenty, and this year the Oakland LGBT Community Center is steering the celebration with gusto, four stages, more than 300 vendors and headliner Amerie among the live acts. Expect Latin dance, soulful house and a bustle that feels more like a neighbourhood takeover than a parade. For anyone who wants Pride with a community-first vibe and plenty of colour, this is the day to be outside City Hall and soak it up.</w:t>
      </w:r>
      <w:r/>
    </w:p>
    <w:p>
      <w:r/>
      <w:r>
        <w:t>It’s a small change that can make your weekend feel bigger, pick one event, bring a friend, and dive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https://48hills.org/2026/08/big-week-cat-video-fest-deaf-dance-fest-dj-dan-tribute-oakland-pride/</w:t>
        </w:r>
      </w:hyperlink>
      <w:r>
        <w:t xml:space="preserve"> - Please view link - unable to able to access data</w:t>
      </w:r>
      <w:r/>
    </w:p>
    <w:p>
      <w:pPr>
        <w:pStyle w:val="ListNumber"/>
        <w:spacing w:line="240" w:lineRule="auto"/>
        <w:ind w:left="720"/>
      </w:pPr>
      <w:r/>
      <w:hyperlink r:id="rId10">
        <w:r>
          <w:rPr>
            <w:color w:val="0000EE"/>
            <w:u w:val="single"/>
          </w:rPr>
          <w:t>https://www.queerartsfeatured.com</w:t>
        </w:r>
      </w:hyperlink>
      <w:r>
        <w:t xml:space="preserve"> - The Queer Photo Archive presents 'Rebels, Criminals, Pioneers: Masc Heroes of the QPA Queer Photo Archive (1906-1976)', a collection of nearly 50 large-format vintage news photos highlighting the history of masculine-presenting queer individuals. The exhibition showcases images of 'passing' men from a century ago, brave butches across the decades, and notable trans men from the 1950s and 1970s. A significant portion of the exhibit focuses on individuals who were arrested for living as men, underscoring the longstanding presence and resilience of the queer community.</w:t>
      </w:r>
      <w:r/>
    </w:p>
    <w:p>
      <w:pPr>
        <w:pStyle w:val="ListNumber"/>
        <w:spacing w:line="240" w:lineRule="auto"/>
        <w:ind w:left="720"/>
      </w:pPr>
      <w:r/>
      <w:hyperlink r:id="rId11">
        <w:r>
          <w:rPr>
            <w:color w:val="0000EE"/>
            <w:u w:val="single"/>
          </w:rPr>
          <w:t>https://www.realurbanjazzdance.com</w:t>
        </w:r>
      </w:hyperlink>
      <w:r>
        <w:t xml:space="preserve"> - The San Francisco Deaf Dance Festival, presented by choreographer Antoine Hunter of the Urban Jazz Dance Company, celebrates the invaluable contributions of Deaf and Hard of Hearing artists to dance culture. The festival features performances, workshops, and artistic innovation from over a dozen participating companies and dancers from locations including Missouri and Turkey. Events are held at Dance Mission Theater on Friday and Saturday, with a special afternoon show at Presidio Tunnel Tops on Sunday.</w:t>
      </w:r>
      <w:r/>
    </w:p>
    <w:p>
      <w:pPr>
        <w:pStyle w:val="ListNumber"/>
        <w:spacing w:line="240" w:lineRule="auto"/>
        <w:ind w:left="720"/>
      </w:pPr>
      <w:r/>
      <w:hyperlink r:id="rId12">
        <w:r>
          <w:rPr>
            <w:color w:val="0000EE"/>
            <w:u w:val="single"/>
          </w:rPr>
          <w:t>https://accionlatina.org</w:t>
        </w:r>
      </w:hyperlink>
      <w:r>
        <w:t xml:space="preserve"> - The exhibition 'Otra Onda/Otra Vez' returns to Acción Latina’s Juan R. Fuentes Gallery, 45 years after its groundbreaking 1981 debut. Curated by Lou Dematteis, Joe Ramos, and Gato Rivera, the exhibition reunites original photographs from the 1981 show, featuring works by 19 photographers. The San Francisco Lowrider Council will display cars during the opening, connecting the historical photographs with the contemporary lowrider culture.</w:t>
      </w:r>
      <w:r/>
    </w:p>
    <w:p>
      <w:pPr>
        <w:pStyle w:val="ListNumber"/>
        <w:spacing w:line="240" w:lineRule="auto"/>
        <w:ind w:left="720"/>
      </w:pPr>
      <w:r/>
      <w:hyperlink r:id="rId13">
        <w:r>
          <w:rPr>
            <w:color w:val="0000EE"/>
            <w:u w:val="single"/>
          </w:rPr>
          <w:t>https://www.scrap-sf.org</w:t>
        </w:r>
      </w:hyperlink>
      <w:r>
        <w:t xml:space="preserve"> - SCRAP (Scroungers’ Center for Reusable Art Parts) is a centre for creative reuse that has provided artists and crafters with materials for reinvention from society’s refuse and detritus for decades. Its educational programs and creative displays have helped divert over 250 tons of material from the waste stream and serve more than 45,000 people in the Bayview. The centre has relocated to 141 Industrial Street and is celebrating with a tree-planting ceremony, ribbon-cutting, free hands-on activities in the workshop, and refreshments.</w:t>
      </w:r>
      <w:r/>
    </w:p>
    <w:p>
      <w:pPr>
        <w:pStyle w:val="ListNumber"/>
        <w:spacing w:line="240" w:lineRule="auto"/>
        <w:ind w:left="720"/>
      </w:pPr>
      <w:r/>
      <w:hyperlink r:id="rId15">
        <w:r>
          <w:rPr>
            <w:color w:val="0000EE"/>
            <w:u w:val="single"/>
          </w:rPr>
          <w:t>https://www.googletagmanager.com</w:t>
        </w:r>
      </w:hyperlink>
      <w:r>
        <w:t xml:space="preserve"> - CatVideoFest 2026, presented by Oscilloscope Laboratories, is a compilation of the latest and best cat videos, including unique submissions, animations, music videos, and classic internet favourites. Local theaters partner with nearby cat-focused charities, animal welfare associations, and shelters, with a portion of ticket proceeds supporting SF’s Give Me Shelter Cat Rescue. The event is held at the Roxie Theater in San Francisco.</w:t>
      </w:r>
      <w:r/>
    </w:p>
    <w:p>
      <w:pPr>
        <w:pStyle w:val="ListNumber"/>
        <w:spacing w:line="240" w:lineRule="auto"/>
        <w:ind w:left="720"/>
      </w:pPr>
      <w:r/>
      <w:hyperlink r:id="rId14">
        <w:r>
          <w:rPr>
            <w:color w:val="0000EE"/>
            <w:u w:val="single"/>
          </w:rPr>
          <w:t>https://www.phoenixhotelsf.com</w:t>
        </w:r>
      </w:hyperlink>
      <w:r>
        <w:t xml:space="preserve"> - Organic: A Tribute to DJ Dan is an event honouring the late DJ Dan, a pivotal figure in the California rave scene who passed away at age 57. The tribute features performances by DJ Sneak, Heather, and Colette, celebrating DJ Dan's four-decade-long contribution to dance music. The event takes place from 2pm to 2am at the Phoenix Hotel in San Francisco.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48hills.org/2026/08/big-week-cat-video-fest-deaf-dance-fest-dj-dan-tribute-oakland-pride/" TargetMode="External"/><Relationship Id="rId10" Type="http://schemas.openxmlformats.org/officeDocument/2006/relationships/hyperlink" Target="https://www.queerartsfeatured.com" TargetMode="External"/><Relationship Id="rId11" Type="http://schemas.openxmlformats.org/officeDocument/2006/relationships/hyperlink" Target="https://www.realurbanjazzdance.com" TargetMode="External"/><Relationship Id="rId12" Type="http://schemas.openxmlformats.org/officeDocument/2006/relationships/hyperlink" Target="https://accionlatina.org" TargetMode="External"/><Relationship Id="rId13" Type="http://schemas.openxmlformats.org/officeDocument/2006/relationships/hyperlink" Target="https://www.scrap-sf.org" TargetMode="External"/><Relationship Id="rId14" Type="http://schemas.openxmlformats.org/officeDocument/2006/relationships/hyperlink" Target="https://www.phoenixhotelsf.com" TargetMode="External"/><Relationship Id="rId15" Type="http://schemas.openxmlformats.org/officeDocument/2006/relationships/hyperlink" Target="https://www.googletagmanage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