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Big Gay Day Plans: Why Brisbane’s Iconic Street Party Is Pausing Until 2027</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partygoers are being told to hold their coloured flags for now , Brisbane’s beloved Big Gay Day has been postponed until 2027, as organisers cite soaring costs and growing complexity in staging a top-notch outdoor street party. Fans won’t be left without a celebration this October, but the scale and format will look different.</w:t>
      </w:r>
      <w:r/>
    </w:p>
    <w:p>
      <w:r/>
      <w:r>
        <w:t>Essential Takeaways</w:t>
      </w:r>
      <w:r/>
      <w:r/>
    </w:p>
    <w:p>
      <w:pPr>
        <w:pStyle w:val="ListBullet"/>
        <w:spacing w:line="240" w:lineRule="auto"/>
        <w:ind w:left="720"/>
      </w:pPr>
      <w:r/>
      <w:r>
        <w:rPr>
          <w:b/>
        </w:rPr>
        <w:t>Postponed:</w:t>
      </w:r>
      <w:r>
        <w:t xml:space="preserve"> Big Gay Day, a 25‑year Fortitude Valley tradition, will not run again until 2027 to allow organisers to rethink and rebuild the event.</w:t>
      </w:r>
      <w:r/>
    </w:p>
    <w:p>
      <w:pPr>
        <w:pStyle w:val="ListBullet"/>
        <w:spacing w:line="240" w:lineRule="auto"/>
        <w:ind w:left="720"/>
      </w:pPr>
      <w:r/>
      <w:r>
        <w:rPr>
          <w:b/>
        </w:rPr>
        <w:t>Costs rose:</w:t>
      </w:r>
      <w:r>
        <w:t xml:space="preserve"> Organisers say expenses and logistical demands for a major outdoor event have skyrocketed, making a full-scale 2026 edition impractical.</w:t>
      </w:r>
      <w:r/>
    </w:p>
    <w:p>
      <w:pPr>
        <w:pStyle w:val="ListBullet"/>
        <w:spacing w:line="240" w:lineRule="auto"/>
        <w:ind w:left="720"/>
      </w:pPr>
      <w:r/>
      <w:r>
        <w:rPr>
          <w:b/>
        </w:rPr>
        <w:t>Alternative party:</w:t>
      </w:r>
      <w:r>
        <w:t xml:space="preserve"> Instead of the street festival, the GAY OUT Block Party will take over the Wickham Hotel and The Warehouse on 4 October for a daytime and after‑party programme.</w:t>
      </w:r>
      <w:r/>
    </w:p>
    <w:p>
      <w:pPr>
        <w:pStyle w:val="ListBullet"/>
        <w:spacing w:line="240" w:lineRule="auto"/>
        <w:ind w:left="720"/>
      </w:pPr>
      <w:r/>
      <w:r>
        <w:rPr>
          <w:b/>
        </w:rPr>
        <w:t>Back to roots:</w:t>
      </w:r>
      <w:r>
        <w:t xml:space="preserve"> There’s a stated intent to return Big Gay Day to a more community‑focused street party rather than a stadium‑style concert.</w:t>
      </w:r>
      <w:r/>
    </w:p>
    <w:p>
      <w:pPr>
        <w:pStyle w:val="ListBullet"/>
        <w:spacing w:line="240" w:lineRule="auto"/>
        <w:ind w:left="720"/>
      </w:pPr>
      <w:r/>
      <w:r>
        <w:rPr>
          <w:b/>
        </w:rPr>
        <w:t>Community focus:</w:t>
      </w:r>
      <w:r>
        <w:t xml:space="preserve"> The festival has historically supported queer organisations and remains committed to keeping Brisbane’s LGBTQIA+ calendar vibrant.</w:t>
      </w:r>
      <w:r/>
      <w:r/>
    </w:p>
    <w:p>
      <w:pPr>
        <w:pStyle w:val="Heading2"/>
      </w:pPr>
      <w:r>
        <w:t>Why organisers hit pause , and what “skyrocketing costs” really mean</w:t>
      </w:r>
      <w:r/>
    </w:p>
    <w:p>
      <w:r/>
      <w:r>
        <w:t>It’s an unglamorous but very real reason: the bills became too big to ignore. According to organisers, mounting costs and the tricky logistics of closing and securing Fortitude Valley for a major outdoor festival made staging Big Gay Day as people expect simply infeasible for 2026. Those are the sorts of details that don’t make it into the glitter reels , permits, crowd control, sound and staging, insurance and emergency services all add up, fast. So rather than produce a pared‑back version, the team chose to delay and plan for a proper comeback in 2027.</w:t>
      </w:r>
      <w:r/>
    </w:p>
    <w:p>
      <w:pPr>
        <w:pStyle w:val="Heading2"/>
      </w:pPr>
      <w:r>
        <w:t>The festival’s past and what’s at stake</w:t>
      </w:r>
      <w:r/>
    </w:p>
    <w:p>
      <w:r/>
      <w:r>
        <w:t>Big Gay Day has been a Fortitude Valley fixture for a quarter of a century, growing from a local community do into one of Brisbane’s biggest queer parties while raising funds for community groups. That history matters: long‑time attendees see it as more than a party, it’s a communal moment. The decision to pause reflects that respect , organisers didn’t want to dilute something people treasure. It’s a tidy reminder that legacy events sometimes need a breather to survive.</w:t>
      </w:r>
      <w:r/>
    </w:p>
    <w:p>
      <w:pPr>
        <w:pStyle w:val="Heading2"/>
      </w:pPr>
      <w:r>
        <w:t>New date plans that never stuck , and the pivot to October</w:t>
      </w:r>
      <w:r/>
    </w:p>
    <w:p>
      <w:r/>
      <w:r>
        <w:t>Organisers had previously talked about shifting the event from its traditional May slot to the King’s Birthday long weekend in October, hoping a new date might recapture the original street‑party vibe. But even that rethink couldn’t overcome the practical hurdles this year. Instead of cancelling community fun entirely, the team announced the GAY OUT Block Party for 4 October, keeping energy on the calendar while buying time to reimagine the main event. Think smaller footprint, indoor options and an after‑party , a pragmatic trade‑off that still gives Brisbane a big gay bash.</w:t>
      </w:r>
      <w:r/>
    </w:p>
    <w:p>
      <w:pPr>
        <w:pStyle w:val="Heading2"/>
      </w:pPr>
      <w:r>
        <w:t>What this means for attendees, local businesses and performers</w:t>
      </w:r>
      <w:r/>
    </w:p>
    <w:p>
      <w:r/>
      <w:r>
        <w:t>For punters it’s a mixed bag: fewer sprawling street stages this year, but a curated block party and late‑night warehouse after‑hours. Local pubs and venues might see less street footfall but will benefit from concentrated hospitality trade at the Wickham Hotel and The Warehouse. Performers and vendors should watch the announcements closely , 2027 will likely be a bigger, reshaped opportunity but this year’s pivot offers slots in smaller, more controllable settings.</w:t>
      </w:r>
      <w:r/>
    </w:p>
    <w:p>
      <w:pPr>
        <w:pStyle w:val="Heading2"/>
      </w:pPr>
      <w:r>
        <w:t>How to plan if you usually go , simple tips</w:t>
      </w:r>
      <w:r/>
    </w:p>
    <w:p>
      <w:r/>
      <w:r>
        <w:t>If Big Gay Day is on your calendar, mark 2027 as the main comeback but grab a ticket for GAY OUT if you want to celebrate on 4 October. Expect indoor queues, timed entry and a different vibe from the open street party , dress for a hotel‑yard afternoon and a warehouse night. If you’re a vendor or performer, reach out to organisers about forward bookings for 2027; community groups may still benefit from fundraising activity connected to the block party.</w:t>
      </w:r>
      <w:r/>
    </w:p>
    <w:p>
      <w:r/>
      <w:r>
        <w:t>It's a small pause with a big promise , organisers hope the break will let Big Gay Day return bigger, gayer and truer to its roots.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3">
        <w:r>
          <w:rPr>
            <w:color w:val="0000EE"/>
            <w:u w:val="single"/>
          </w:rPr>
          <w:t>[6]</w:t>
        </w:r>
      </w:hyperlink>
      <w:r>
        <w:t xml:space="preserve">- Paragraph 6: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https://www.starobserver.com.au/news/brisbanes-big-gay-day-postponed-until-2027-as-organiser-says-costs-have-skyrocketed/243232</w:t>
        </w:r>
      </w:hyperlink>
      <w:r>
        <w:t xml:space="preserve"> - Please view link - unable to able to access data</w:t>
      </w:r>
      <w:r/>
    </w:p>
    <w:p>
      <w:pPr>
        <w:pStyle w:val="ListNumber"/>
        <w:spacing w:line="240" w:lineRule="auto"/>
        <w:ind w:left="720"/>
      </w:pPr>
      <w:r/>
      <w:hyperlink r:id="rId9">
        <w:r>
          <w:rPr>
            <w:color w:val="0000EE"/>
            <w:u w:val="single"/>
          </w:rPr>
          <w:t>https://www.starobserver.com.au/news/brisbanes-big-gay-day-postponed-until-2027-as-organiser-says-costs-have-skyrocketed/243232</w:t>
        </w:r>
      </w:hyperlink>
      <w:r>
        <w:t xml:space="preserve"> - Brisbane's Big Gay Day, a significant LGBTQIA+ street festival, has been postponed until 2027 due to escalating costs and complexities in organising major outdoor events. Organiser Harry K expressed the difficulty of this decision, emphasising the event's importance over its 25-year history. The 2026 event was initially planned for 4 October but will now be replaced by the GAY OUT Block Party on the same date, maintaining the city's vibrant LGBTQIA+ celebrations.</w:t>
      </w:r>
      <w:r/>
    </w:p>
    <w:p>
      <w:pPr>
        <w:pStyle w:val="ListNumber"/>
        <w:spacing w:line="240" w:lineRule="auto"/>
        <w:ind w:left="720"/>
      </w:pPr>
      <w:r/>
      <w:hyperlink r:id="rId10">
        <w:r>
          <w:rPr>
            <w:color w:val="0000EE"/>
            <w:u w:val="single"/>
          </w:rPr>
          <w:t>https://www.starobserver.com.au/news/brisbanes-big-gay-day-is-making-a-huge-move-in-2026/241278</w:t>
        </w:r>
      </w:hyperlink>
      <w:r>
        <w:t xml:space="preserve"> - In 2026, Brisbane's Big Gay Day is shifting from its traditional May date to the King's Birthday long weekend in October. This change aims to return the event to its roots as a street party, moving away from its recent concert-like format. The 2025 event celebrated its 25th anniversary with performances by Peach PRC, The Presets, and Drag Race Down Under season four finalists.</w:t>
      </w:r>
      <w:r/>
    </w:p>
    <w:p>
      <w:pPr>
        <w:pStyle w:val="ListNumber"/>
        <w:spacing w:line="240" w:lineRule="auto"/>
        <w:ind w:left="720"/>
      </w:pPr>
      <w:r/>
      <w:hyperlink r:id="rId11">
        <w:r>
          <w:rPr>
            <w:color w:val="0000EE"/>
            <w:u w:val="single"/>
          </w:rPr>
          <w:t>https://www.gay-reiseblog.de/news/big-gay-day-in-brisbane-verlegt-termin-und-startet-2026-neu/</w:t>
        </w:r>
      </w:hyperlink>
      <w:r>
        <w:t xml:space="preserve"> - The Big Gay Day in Brisbane, Queensland's largest LGBTQIA+ street festival, is moving its date to 4 October 2026, coinciding with the King's Birthday long weekend. Organisers aim to return the event to its original street party format, focusing on a lively and colourful atmosphere. The 2025 event marked the 25th anniversary, featuring performances by Peach PRC, The Presets, and Drag Race Down Under season four finalists.</w:t>
      </w:r>
      <w:r/>
    </w:p>
    <w:p>
      <w:pPr>
        <w:pStyle w:val="ListNumber"/>
        <w:spacing w:line="240" w:lineRule="auto"/>
        <w:ind w:left="720"/>
      </w:pPr>
      <w:r/>
      <w:hyperlink r:id="rId12">
        <w:r>
          <w:rPr>
            <w:color w:val="0000EE"/>
            <w:u w:val="single"/>
          </w:rPr>
          <w:t>https://www.gaytravel4u.com/event/big-gay-day-brisbane/</w:t>
        </w:r>
      </w:hyperlink>
      <w:r>
        <w:t xml:space="preserve"> - The Big Gay Day in Brisbane is Queensland's largest LGBTQIA+ street festival, taking place annually during the King's Birthday long weekend. After 25 years, the event has moved from May to October. The 2026 edition, scheduled for 4 October, will feature musical acts, drag extravaganzas, and support for local LGBTQIA+ charities. The Wickham Hotel in Fortitude Valley, a vibrant gay district, serves as the event's venue.</w:t>
      </w:r>
      <w:r/>
    </w:p>
    <w:p>
      <w:pPr>
        <w:pStyle w:val="ListNumber"/>
        <w:spacing w:line="240" w:lineRule="auto"/>
        <w:ind w:left="720"/>
      </w:pPr>
      <w:r/>
      <w:hyperlink r:id="rId13">
        <w:r>
          <w:rPr>
            <w:color w:val="0000EE"/>
            <w:u w:val="single"/>
          </w:rPr>
          <w:t>https://www.gaytravel4u.nl/event/big-gay-day-brisbane/</w:t>
        </w:r>
      </w:hyperlink>
      <w:r>
        <w:t xml:space="preserve"> - Brisbane's Big Gay Day, Queensland's largest LGBTQIA+ street festival, is moving its date to 4 October 2026, aligning with the King's Birthday long weekend. Organisers aim to return the event to its original street party format, focusing on a lively and colourful atmosphere. The 2025 event marked the 25th anniversary, featuring performances by Peach PRC, The Presets, and Drag Race Down Under season four finalists.</w:t>
      </w:r>
      <w:r/>
    </w:p>
    <w:p>
      <w:pPr>
        <w:pStyle w:val="ListNumber"/>
        <w:spacing w:line="240" w:lineRule="auto"/>
        <w:ind w:left="720"/>
      </w:pPr>
      <w:r/>
      <w:hyperlink r:id="rId14">
        <w:r>
          <w:rPr>
            <w:color w:val="0000EE"/>
            <w:u w:val="single"/>
          </w:rPr>
          <w:t>https://www.gaytravel4u.es/event/big-gay-day-brisbane/</w:t>
        </w:r>
      </w:hyperlink>
      <w:r>
        <w:t xml:space="preserve"> - The Big Gay Day in Brisbane is Queensland's largest LGBTQIA+ street festival, taking place annually during the King's Birthday long weekend. After 25 years, the event has moved from May to October. The 2026 edition, scheduled for 4 October, will feature musical acts, drag extravaganzas, and support for local LGBTQIA+ charities. The Wickham Hotel in Fortitude Valley, a vibrant gay district, serves as the event's venue.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brisbanes-big-gay-day-postponed-until-2027-as-organiser-says-costs-have-skyrocketed/243232" TargetMode="External"/><Relationship Id="rId10" Type="http://schemas.openxmlformats.org/officeDocument/2006/relationships/hyperlink" Target="https://www.starobserver.com.au/news/brisbanes-big-gay-day-is-making-a-huge-move-in-2026/241278" TargetMode="External"/><Relationship Id="rId11" Type="http://schemas.openxmlformats.org/officeDocument/2006/relationships/hyperlink" Target="https://www.gay-reiseblog.de/news/big-gay-day-in-brisbane-verlegt-termin-und-startet-2026-neu/" TargetMode="External"/><Relationship Id="rId12" Type="http://schemas.openxmlformats.org/officeDocument/2006/relationships/hyperlink" Target="https://www.gaytravel4u.com/event/big-gay-day-brisbane/" TargetMode="External"/><Relationship Id="rId13" Type="http://schemas.openxmlformats.org/officeDocument/2006/relationships/hyperlink" Target="https://www.gaytravel4u.nl/event/big-gay-day-brisbane/" TargetMode="External"/><Relationship Id="rId14" Type="http://schemas.openxmlformats.org/officeDocument/2006/relationships/hyperlink" Target="https://www.gaytravel4u.es/event/big-gay-day-brisba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