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Syd at LGBT Life Center Connects People to Help and Hope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Meet Syd, the Program Support Specialist bringing curiosity, compassion and practical connections to the LGBT Life Center in Norfolk , helping people find housing support, the Pride Pantry, outreach services and more, while finishing a strategic communications degree this fall.</w:t>
      </w:r>
      <w:r/>
    </w:p>
    <w:p>
      <w:r/>
      <w:r>
        <w:t>Essential Takeaways</w:t>
      </w:r>
      <w:r/>
      <w:r/>
    </w:p>
    <w:p>
      <w:pPr>
        <w:pStyle w:val="ListBullet"/>
        <w:spacing w:line="240" w:lineRule="auto"/>
        <w:ind w:left="720"/>
      </w:pPr>
      <w:r/>
      <w:r>
        <w:rPr>
          <w:b/>
        </w:rPr>
        <w:t>Role focus:</w:t>
      </w:r>
      <w:r>
        <w:t xml:space="preserve"> Syd supports housing programs, the Pride Pantry and outreach, making practical referrals and offering steady, friendly help.</w:t>
      </w:r>
      <w:r/>
    </w:p>
    <w:p>
      <w:pPr>
        <w:pStyle w:val="ListBullet"/>
        <w:spacing w:line="240" w:lineRule="auto"/>
        <w:ind w:left="720"/>
      </w:pPr>
      <w:r/>
      <w:r>
        <w:rPr>
          <w:b/>
        </w:rPr>
        <w:t>Local route to the job:</w:t>
      </w:r>
      <w:r>
        <w:t xml:space="preserve"> Syd discovered the Centre after using its mobile dental service and stayed for the wider mission and community vibe.</w:t>
      </w:r>
      <w:r/>
    </w:p>
    <w:p>
      <w:pPr>
        <w:pStyle w:val="ListBullet"/>
        <w:spacing w:line="240" w:lineRule="auto"/>
        <w:ind w:left="720"/>
      </w:pPr>
      <w:r/>
      <w:r>
        <w:rPr>
          <w:b/>
        </w:rPr>
        <w:t>Personal touch:</w:t>
      </w:r>
      <w:r>
        <w:t xml:space="preserve"> She brings travel-loving curiosity and a warm, conversational style , people describe her as approachable and eager to learn.</w:t>
      </w:r>
      <w:r/>
    </w:p>
    <w:p>
      <w:pPr>
        <w:pStyle w:val="ListBullet"/>
        <w:spacing w:line="240" w:lineRule="auto"/>
        <w:ind w:left="720"/>
      </w:pPr>
      <w:r/>
      <w:r>
        <w:rPr>
          <w:b/>
        </w:rPr>
        <w:t>Practical perks:</w:t>
      </w:r>
      <w:r>
        <w:t xml:space="preserve"> The Centre’s mix of services , from Life@Home housing support to pantry and outreach , means Syd can often connect someone to immediate help.</w:t>
      </w:r>
      <w:r/>
    </w:p>
    <w:p>
      <w:pPr>
        <w:pStyle w:val="ListBullet"/>
        <w:spacing w:line="240" w:lineRule="auto"/>
        <w:ind w:left="720"/>
      </w:pPr>
      <w:r/>
      <w:r>
        <w:rPr>
          <w:b/>
        </w:rPr>
        <w:t>Why it matters:</w:t>
      </w:r>
      <w:r>
        <w:t xml:space="preserve"> Having a staff member who listens, learns and links people to resources shortens the path from need to support.</w:t>
      </w:r>
      <w:r/>
      <w:r/>
    </w:p>
    <w:p>
      <w:pPr>
        <w:pStyle w:val="Heading2"/>
      </w:pPr>
      <w:r>
        <w:t>Why one Instagram flyer can change a life</w:t>
      </w:r>
      <w:r/>
    </w:p>
    <w:p>
      <w:r/>
      <w:r>
        <w:t>It’s an oddly modern origin story: Syd noticed a flyer for a mobile dentist on Instagram and turned up at the LGBT Life Center for care , then discovered a whole network of support she hadn’t known existed. That small moment led to curiosity, involvement and eventually a job supporting the very services that helped them. It’s a neat reminder that outreach works when it’s visible, friendly and easy to act on.</w:t>
      </w:r>
      <w:r/>
    </w:p>
    <w:p>
      <w:pPr>
        <w:pStyle w:val="Heading2"/>
      </w:pPr>
      <w:r>
        <w:t>What Syd actually does , housing, pantry, outreach</w:t>
      </w:r>
      <w:r/>
    </w:p>
    <w:p>
      <w:r/>
      <w:r>
        <w:t>As a Program Support Specialist, Syd moves between housing programmes, the Pride Pantry and outreach. That means everything from intake and signposting, to walking someone through next steps and connecting them with partner agencies. According to the Centre’s service pages, those program handoffs are crucial , a warm person at the desk can make appointments happen, paperwork get filed and emergency needs met faster.</w:t>
      </w:r>
      <w:r/>
    </w:p>
    <w:p>
      <w:r/>
      <w:r>
        <w:t>Practical tip: if you need help, bring ID and a short list of urgent needs , housing, food, dental , so staff like Syd can triage and match you to services quickly.</w:t>
      </w:r>
      <w:r/>
    </w:p>
    <w:p>
      <w:pPr>
        <w:pStyle w:val="Heading2"/>
      </w:pPr>
      <w:r>
        <w:t>How the LGBT Life Center keeps services close to people</w:t>
      </w:r>
      <w:r/>
    </w:p>
    <w:p>
      <w:r/>
      <w:r>
        <w:t>The Centre’s model is deliberately local and practical: drop-in supports, mobile services and a focus on everyday needs. That’s why a mobile dentist visit was the gateway to everything else for Syd. Outreach that meets people where they are , online, on the street or in a community building , tends to catch folks who wouldn’t otherwise walk in, and staff who can pivot between roles make the whole operation nimble.</w:t>
      </w:r>
      <w:r/>
    </w:p>
    <w:p>
      <w:r/>
      <w:r>
        <w:t>Compare this to larger, more clinical systems: a local hub feels less daunting, more personal, and staff continuity helps build trust.</w:t>
      </w:r>
      <w:r/>
    </w:p>
    <w:p>
      <w:pPr>
        <w:pStyle w:val="Heading2"/>
      </w:pPr>
      <w:r>
        <w:t>Profile detail: Syd as a connector and communicator</w:t>
      </w:r>
      <w:r/>
    </w:p>
    <w:p>
      <w:r/>
      <w:r>
        <w:t>Syd is finishing a degree in strategic communications at ODU, which shows in how they listen and explain options clearly. They’re keen on writing and solo travel, and they bring that curiosity to the job , asking questions, learning new resources and sharing them with whoever walks through the door.</w:t>
      </w:r>
      <w:r/>
    </w:p>
    <w:p>
      <w:r/>
      <w:r>
        <w:t>A human moment: Syd’s favourite animal is the sloth , which somehow fits: patient, steady and quietly effective. People looking for help often respond best to that kind of calm presence.</w:t>
      </w:r>
      <w:r/>
    </w:p>
    <w:p>
      <w:pPr>
        <w:pStyle w:val="Heading2"/>
      </w:pPr>
      <w:r>
        <w:t>How to reach out and make the most of the Centre</w:t>
      </w:r>
      <w:r/>
    </w:p>
    <w:p>
      <w:r/>
      <w:r>
        <w:t>The LGBT Life Center lists locations and contact details online, and the best move is to check which service fits your need before arriving. Follow the Centre on TikTok, Facebook and Instagram for the latest pop-ups and mobile clinics, or sign up for the monthly newsletter for updates.</w:t>
      </w:r>
      <w:r/>
    </w:p>
    <w:p>
      <w:r/>
      <w:r>
        <w:t>Quick advice: when contacting the Centre, be clear about your priorities , housing, health, food , and mention any accessibility or scheduling needs so staff can prepare. That helps Syd and the team connect you to the right programme faster.</w:t>
      </w:r>
      <w:r/>
    </w:p>
    <w:p>
      <w:r/>
      <w:r>
        <w:t>It’s a small change that can make every connection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12">
        <w:r>
          <w:rPr>
            <w:color w:val="0000EE"/>
            <w:u w:val="single"/>
          </w:rPr>
          <w:t>[6]</w:t>
        </w:r>
      </w:hyperlink>
      <w:r>
        <w:t xml:space="preserve">, </w:t>
      </w:r>
      <w:hyperlink r:id="rId9">
        <w:r>
          <w:rPr>
            <w:color w:val="0000EE"/>
            <w:u w:val="single"/>
          </w:rPr>
          <w:t>[1]</w:t>
        </w:r>
      </w:hyperlink>
      <w:r>
        <w:t xml:space="preserve">- Paragraph 4: </w:t>
      </w:r>
      <w:hyperlink r:id="rId11">
        <w:r>
          <w:rPr>
            <w:color w:val="0000EE"/>
            <w:u w:val="single"/>
          </w:rPr>
          <w:t>[4]</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[3]</w:t>
        </w:r>
      </w:hyperlink>
      <w:r>
        <w:t xml:space="preserve">- Paragraph 6: </w:t>
      </w:r>
      <w:hyperlink r:id="rId10">
        <w:r>
          <w:rPr>
            <w:color w:val="0000EE"/>
            <w:u w:val="single"/>
          </w:rPr>
          <w:t>[2]</w:t>
        </w:r>
      </w:hyperlink>
      <w:r>
        <w:t xml:space="preserve">, </w:t>
      </w:r>
      <w:hyperlink r:id="rId14">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https://lgbtlifecenter.org/blog/meet-syd-connecting-people-with-programs-and-resources-at-lgbt-life-center/</w:t>
        </w:r>
      </w:hyperlink>
      <w:r>
        <w:t xml:space="preserve"> - Please view link - unable to able to access data</w:t>
      </w:r>
      <w:r/>
    </w:p>
    <w:p>
      <w:pPr>
        <w:pStyle w:val="ListNumber"/>
        <w:spacing w:line="240" w:lineRule="auto"/>
        <w:ind w:left="720"/>
      </w:pPr>
      <w:r/>
      <w:hyperlink r:id="rId10">
        <w:r>
          <w:rPr>
            <w:color w:val="0000EE"/>
            <w:u w:val="single"/>
          </w:rPr>
          <w:t>https://lgbtlifecenter.org/about/locations/</w:t>
        </w:r>
      </w:hyperlink>
      <w:r>
        <w:t xml:space="preserve"> - LGBT Life Center operates multiple locations in Hampton Roads, Virginia, including offices in Norfolk and Hampton. The Norfolk office is situated at 5360 Robin Hood Road, Floor 2, Norfolk, VA 23513, and the Hampton office at 20 Settlers Landing Road, Hampton, VA 23669. Both locations offer various services to the LGBTQ and HIV communities. For more information, visit their official website.</w:t>
      </w:r>
      <w:r/>
    </w:p>
    <w:p>
      <w:pPr>
        <w:pStyle w:val="ListNumber"/>
        <w:spacing w:line="240" w:lineRule="auto"/>
        <w:ind w:left="720"/>
      </w:pPr>
      <w:r/>
      <w:hyperlink r:id="rId14">
        <w:r>
          <w:rPr>
            <w:color w:val="0000EE"/>
            <w:u w:val="single"/>
          </w:rPr>
          <w:t>https://lgbtlifecenter.org/about/contact-us/</w:t>
        </w:r>
      </w:hyperlink>
      <w:r>
        <w:t xml:space="preserve"> - LGBT Life Center provides a range of services to individuals and families impacted by HIV/AIDS in Hampton Roads. These services include medical case management, housing, meals, transportation, outreach, prevention, education, and free HIV/STI testing. The center operates two main locations: the Southside Administrative Office at 5360 Robin Hood Road, Floor 2, Norfolk, VA 23513, and the Peninsula office at 20 Settlers Landing Road, Hampton, VA 23669. For more details, visit their contact page.</w:t>
      </w:r>
      <w:r/>
    </w:p>
    <w:p>
      <w:pPr>
        <w:pStyle w:val="ListNumber"/>
        <w:spacing w:line="240" w:lineRule="auto"/>
        <w:ind w:left="720"/>
      </w:pPr>
      <w:r/>
      <w:hyperlink r:id="rId11">
        <w:r>
          <w:rPr>
            <w:color w:val="0000EE"/>
            <w:u w:val="single"/>
          </w:rPr>
          <w:t>https://lgbtlifecenter.org/</w:t>
        </w:r>
      </w:hyperlink>
      <w:r>
        <w:t xml:space="preserve"> - LGBT Life Center is dedicated to empowering the LGBTQ and HIV communities in Hampton Roads, Virginia. Established in 1989, the center offers a variety of programs and services, including medical case management, housing assistance, meals, transportation, outreach, prevention, education, and free HIV/STI testing. Their mission is to improve health and wellness, support families and communities, and provide transformative education and advocacy. For more information, visit their official website.</w:t>
      </w:r>
      <w:r/>
    </w:p>
    <w:p>
      <w:pPr>
        <w:pStyle w:val="ListNumber"/>
        <w:spacing w:line="240" w:lineRule="auto"/>
        <w:ind w:left="720"/>
      </w:pPr>
      <w:r/>
      <w:hyperlink r:id="rId13">
        <w:r>
          <w:rPr>
            <w:color w:val="0000EE"/>
            <w:u w:val="single"/>
          </w:rPr>
          <w:t>https://npin.cdc.gov/organization/lgbt-life-center-1</w:t>
        </w:r>
      </w:hyperlink>
      <w:r>
        <w:t xml:space="preserve"> - LGBT Life Center is a community-based organisation located in Norfolk, Virginia, offering free HIV and STI testing services. Their Robin Hood Road location at 5360 Robin Hood Rd, Floor 2, Norfolk, VA 23513, provides various health services, including HIV testing and specialty care, PrEP, and STI testing and treatment. The centre operates Monday to Friday, with varying hours. For more details, visit their profile on the National Prevention Information Network.</w:t>
      </w:r>
      <w:r/>
    </w:p>
    <w:p>
      <w:pPr>
        <w:pStyle w:val="ListNumber"/>
        <w:spacing w:line="240" w:lineRule="auto"/>
        <w:ind w:left="720"/>
      </w:pPr>
      <w:r/>
      <w:hyperlink r:id="rId12">
        <w:r>
          <w:rPr>
            <w:color w:val="0000EE"/>
            <w:u w:val="single"/>
          </w:rPr>
          <w:t>https://lgbtlifecenter.org/services/life-home/</w:t>
        </w:r>
      </w:hyperlink>
      <w:r>
        <w:t xml:space="preserve"> - LGBT Life Center's Life Home program offers housing assistance to over 300 individuals in Hampton Roads. The program provides rapid re-housing for those who suddenly find themselves homeless and permanent housing for LGBTQ and HIV+ individuals. The centre works with clients to achieve economic stability, social self-reliance, and better health. For more information, visit their Life Home services page.</w:t>
      </w:r>
      <w:r/>
    </w:p>
    <w:p>
      <w:pPr>
        <w:pStyle w:val="ListNumber"/>
        <w:spacing w:line="240" w:lineRule="auto"/>
        <w:ind w:left="720"/>
      </w:pPr>
      <w:r/>
      <w:hyperlink r:id="rId15">
        <w:r>
          <w:rPr>
            <w:color w:val="0000EE"/>
            <w:u w:val="single"/>
          </w:rPr>
          <w:t>https://www.allbiz.com/business/lgbt-life-center_1D-757-640-0929</w:t>
        </w:r>
      </w:hyperlink>
      <w:r>
        <w:t xml:space="preserve"> - LGBT Life Center, located at 248 West 24th Street, Norfolk, Virginia 23517, offers a variety of services to the local LGBTQ community, including counseling, meeting spaces, resource centres, adult and youth services, social and educational events, and free and confidential HIV testing. The centre operates Monday to Friday, from 9:00 AM to 4:30 PM. For more details, visit their profile on AllBiz.</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gbtlifecenter.org/blog/meet-syd-connecting-people-with-programs-and-resources-at-lgbt-life-center/" TargetMode="External"/><Relationship Id="rId10" Type="http://schemas.openxmlformats.org/officeDocument/2006/relationships/hyperlink" Target="https://lgbtlifecenter.org/about/locations/" TargetMode="External"/><Relationship Id="rId11" Type="http://schemas.openxmlformats.org/officeDocument/2006/relationships/hyperlink" Target="https://lgbtlifecenter.org/" TargetMode="External"/><Relationship Id="rId12" Type="http://schemas.openxmlformats.org/officeDocument/2006/relationships/hyperlink" Target="https://lgbtlifecenter.org/services/life-home/" TargetMode="External"/><Relationship Id="rId13" Type="http://schemas.openxmlformats.org/officeDocument/2006/relationships/hyperlink" Target="https://npin.cdc.gov/organization/lgbt-life-center-1" TargetMode="External"/><Relationship Id="rId14" Type="http://schemas.openxmlformats.org/officeDocument/2006/relationships/hyperlink" Target="https://lgbtlifecenter.org/about/contact-us/" TargetMode="External"/><Relationship Id="rId15" Type="http://schemas.openxmlformats.org/officeDocument/2006/relationships/hyperlink" Target="https://www.allbiz.com/business/lgbt-life-center_1D-757-640-092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