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 to Kick Off Santa Barbara Pride Week: Watch “50 Years of Fabulous” at Marjorie Luke Theatre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culture this Pride season , Santa Barbara is launching its Pride Week with a must-see screening of 50 Years of Fabulous at the Marjorie Luke Theatre, Tuesday Aug. 18. The documentary traces the Imperial Council’s pageantry, activism and philanthropy, and invites the whole community to celebrate queer history and progress.</w:t>
      </w:r>
      <w:r/>
    </w:p>
    <w:p>
      <w:r/>
      <w:r>
        <w:t>Essential Takeaways</w:t>
      </w:r>
      <w:r/>
      <w:r/>
    </w:p>
    <w:p>
      <w:pPr>
        <w:pStyle w:val="ListBullet"/>
        <w:spacing w:line="240" w:lineRule="auto"/>
        <w:ind w:left="720"/>
      </w:pPr>
      <w:r/>
      <w:r>
        <w:rPr>
          <w:b/>
        </w:rPr>
        <w:t>Event details:</w:t>
      </w:r>
      <w:r>
        <w:t xml:space="preserve"> The Marjorie Luke Theatre and Pacific Pride Foundation present the film on Tuesday, Aug. 18; tickets via luketheatre.org.</w:t>
      </w:r>
      <w:r/>
    </w:p>
    <w:p>
      <w:pPr>
        <w:pStyle w:val="ListBullet"/>
        <w:spacing w:line="240" w:lineRule="auto"/>
        <w:ind w:left="720"/>
      </w:pPr>
      <w:r/>
      <w:r>
        <w:rPr>
          <w:b/>
        </w:rPr>
        <w:t>Opening entertainment:</w:t>
      </w:r>
      <w:r>
        <w:t xml:space="preserve"> The Santa Barbara Gay Men’s Chorus will open the evening with live performance.</w:t>
      </w:r>
      <w:r/>
    </w:p>
    <w:p>
      <w:pPr>
        <w:pStyle w:val="ListBullet"/>
        <w:spacing w:line="240" w:lineRule="auto"/>
        <w:ind w:left="720"/>
      </w:pPr>
      <w:r/>
      <w:r>
        <w:rPr>
          <w:b/>
        </w:rPr>
        <w:t>Post-film discussion:</w:t>
      </w:r>
      <w:r>
        <w:t xml:space="preserve"> Producer and 36th Empress David Lassman (Chablis) joins Pacific Pride representatives for a Q&amp;A.</w:t>
      </w:r>
      <w:r/>
    </w:p>
    <w:p>
      <w:pPr>
        <w:pStyle w:val="ListBullet"/>
        <w:spacing w:line="240" w:lineRule="auto"/>
        <w:ind w:left="720"/>
      </w:pPr>
      <w:r/>
      <w:r>
        <w:rPr>
          <w:b/>
        </w:rPr>
        <w:t>What to expect:</w:t>
      </w:r>
      <w:r>
        <w:t xml:space="preserve"> A blend of archival history, personal stories and pageant spectacle that feels both celebratory and reflective.</w:t>
      </w:r>
      <w:r/>
    </w:p>
    <w:p>
      <w:pPr>
        <w:pStyle w:val="ListBullet"/>
        <w:spacing w:line="240" w:lineRule="auto"/>
        <w:ind w:left="720"/>
      </w:pPr>
      <w:r/>
      <w:r>
        <w:rPr>
          <w:b/>
        </w:rPr>
        <w:t>Why it matters:</w:t>
      </w:r>
      <w:r>
        <w:t xml:space="preserve"> The Imperial Council’s mix of charity and activism helped fund causes and shape queer community life across North America.</w:t>
      </w:r>
      <w:r/>
      <w:r/>
    </w:p>
    <w:p>
      <w:pPr>
        <w:pStyle w:val="Heading2"/>
      </w:pPr>
      <w:r>
        <w:t>A lively, visual start to Pride Week</w:t>
      </w:r>
      <w:r/>
    </w:p>
    <w:p>
      <w:r/>
      <w:r>
        <w:t>Kick off the evening with song and colour , the Santa Barbara Gay Men’s Chorus sets the tone before the lights dim. The film itself is a sensory mix: archival footage, pageant glamour, and close-up interviews that make history feel immediate and human. For locals, this screening doubles as a communal moment to appreciate how far local and national queer organising has come.</w:t>
      </w:r>
      <w:r/>
    </w:p>
    <w:p>
      <w:pPr>
        <w:pStyle w:val="Heading2"/>
      </w:pPr>
      <w:r>
        <w:t>The story behind the spectacle</w:t>
      </w:r>
      <w:r/>
    </w:p>
    <w:p>
      <w:r/>
      <w:r>
        <w:t>According to organisers, 50 Years of Fabulous chronicles one of the oldest LGBTQ+ organisations, the Imperial Council, from its roots in San Francisco through decades of activism and charity. The documentary centres on Jose Sarria, the founder whose early work helped create safe public spaces and a visible political presence for queer people. That personal through-line helps the film avoid being just a parade of dates , it’s a portrait of people whose lives mattered.</w:t>
      </w:r>
      <w:r/>
    </w:p>
    <w:p>
      <w:pPr>
        <w:pStyle w:val="Heading2"/>
      </w:pPr>
      <w:r>
        <w:t>Pageantry, charity and activism , why the Imperial model stuck</w:t>
      </w:r>
      <w:r/>
    </w:p>
    <w:p>
      <w:r/>
      <w:r>
        <w:t>The Imperial Council combined performance with philanthropy in a way that raised both funds and visibility, organisers note. Over the years their events have funnelled millions to causes while offering a theatrical way to mobilise community. If you’re curious about grassroots fundraising methods or how cultural forms can advance rights, the film offers a clear, upbeat case study.</w:t>
      </w:r>
      <w:r/>
    </w:p>
    <w:p>
      <w:pPr>
        <w:pStyle w:val="Heading2"/>
      </w:pPr>
      <w:r>
        <w:t>The panel: local voices meet movement history</w:t>
      </w:r>
      <w:r/>
    </w:p>
    <w:p>
      <w:r/>
      <w:r>
        <w:t>After the screening, David Lassman (Chablis), who produced the film and served as the 36th Empress of San Francisco’s Imperial Council, will join Pacific Pride Foundation representatives for a discussion. Expect stories, context and questions about preserving queer memory. Afrika America, noted activist and performer, will also appear , a reminder that the movement remains creative and confrontational in equal measure.</w:t>
      </w:r>
      <w:r/>
    </w:p>
    <w:p>
      <w:pPr>
        <w:pStyle w:val="Heading2"/>
      </w:pPr>
      <w:r>
        <w:t>Practicalities and why you should go</w:t>
      </w:r>
      <w:r/>
    </w:p>
    <w:p>
      <w:r/>
      <w:r>
        <w:t>Tickets are available at luketheatre.org, and the event is billed as open to audiences of all backgrounds. If you enjoy film that mixes archival grit with theatrical flash, bring a friend who’s curious about LGBTQ+ history. The evening’s format , performance, film, then Q&amp;A , makes it social, informative and great value for a Tuesday night.</w:t>
      </w:r>
      <w:r/>
    </w:p>
    <w:p>
      <w:r/>
      <w:r>
        <w:t>It's a small change that can make every Pride celebration richer.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[7]</w:t>
        </w:r>
      </w:hyperlink>
      <w:r>
        <w:t xml:space="preserve">, </w:t>
      </w:r>
      <w:hyperlink r:id="rId9">
        <w:r>
          <w:rPr>
            <w:color w:val="0000EE"/>
            <w:u w:val="single"/>
          </w:rPr>
          <w:t>[1]</w:t>
        </w:r>
      </w:hyperlink>
      <w:r>
        <w:t xml:space="preserve">- Paragraph 3: </w:t>
      </w:r>
      <w:hyperlink r:id="rId13">
        <w:r>
          <w:rPr>
            <w:color w:val="0000EE"/>
            <w:u w:val="single"/>
          </w:rPr>
          <w:t>[6]</w:t>
        </w:r>
      </w:hyperlink>
      <w:r>
        <w:t xml:space="preserve">, </w:t>
      </w:r>
      <w:hyperlink r:id="rId9">
        <w:r>
          <w:rPr>
            <w:color w:val="0000EE"/>
            <w:u w:val="single"/>
          </w:rPr>
          <w:t>[1]</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9">
        <w:r>
          <w:rPr>
            <w:color w:val="0000EE"/>
            <w:u w:val="single"/>
          </w:rPr>
          <w:t>[1]</w:t>
        </w:r>
      </w:hyperlink>
      <w:r>
        <w:t xml:space="preserve">, </w:t>
      </w:r>
      <w:hyperlink r:id="rId15">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https://www.noozhawk.com/pacific-pride-foundation-50-years-of-fabulous-the-story-of-the-imperial-council/</w:t>
        </w:r>
      </w:hyperlink>
      <w:r>
        <w:t xml:space="preserve"> - Please view link - unable to able to access data</w:t>
      </w:r>
      <w:r/>
    </w:p>
    <w:p>
      <w:pPr>
        <w:pStyle w:val="ListNumber"/>
        <w:spacing w:line="240" w:lineRule="auto"/>
        <w:ind w:left="720"/>
      </w:pPr>
      <w:r/>
      <w:hyperlink r:id="rId10">
        <w:r>
          <w:rPr>
            <w:color w:val="0000EE"/>
            <w:u w:val="single"/>
          </w:rPr>
          <w:t>https://www.justwatch.com/us/movie/50-years-of-fabulous</w:t>
        </w:r>
      </w:hyperlink>
      <w:r>
        <w:t xml:space="preserve"> - '50 Years of Fabulous' is a 2018 documentary that chronicles the history of the Imperial Council, the world's oldest LGBTQ+ charity organisation. Founded in San Francisco by activist and performer José Sarria, the film explores the Council's evolution from creating safe spaces to becoming a force for equality and charitable giving across North America. The documentary is available for streaming on OVID. (</w:t>
      </w:r>
      <w:hyperlink r:id="rId16">
        <w:r>
          <w:rPr>
            <w:color w:val="0000EE"/>
            <w:u w:val="single"/>
          </w:rPr>
          <w:t>justwatch.com</w:t>
        </w:r>
      </w:hyperlink>
      <w:r>
        <w:t>)</w:t>
      </w:r>
      <w:r/>
    </w:p>
    <w:p>
      <w:pPr>
        <w:pStyle w:val="ListNumber"/>
        <w:spacing w:line="240" w:lineRule="auto"/>
        <w:ind w:left="720"/>
      </w:pPr>
      <w:r/>
      <w:hyperlink r:id="rId15">
        <w:r>
          <w:rPr>
            <w:color w:val="0000EE"/>
            <w:u w:val="single"/>
          </w:rPr>
          <w:t>https://www.ovid.tv/videos/50-years-of-fabulous</w:t>
        </w:r>
      </w:hyperlink>
      <w:r>
        <w:t xml:space="preserve"> - '50 Years of Fabulous' is a 2019 documentary directed by Jethro Patalinghug, detailing the rich history of the Imperial Council, the oldest LGBTQ+ charity organisation globally. Founded in San Francisco by José Sarria, the film highlights the Council's role in shaping LGBTQ+ life and social history over five decades. The documentary is available for streaming on OVID. (</w:t>
      </w:r>
      <w:hyperlink r:id="rId17">
        <w:r>
          <w:rPr>
            <w:color w:val="0000EE"/>
            <w:u w:val="single"/>
          </w:rPr>
          <w:t>ovid.tv</w:t>
        </w:r>
      </w:hyperlink>
      <w:r>
        <w:t>)</w:t>
      </w:r>
      <w:r/>
    </w:p>
    <w:p>
      <w:pPr>
        <w:pStyle w:val="ListNumber"/>
        <w:spacing w:line="240" w:lineRule="auto"/>
        <w:ind w:left="720"/>
      </w:pPr>
      <w:r/>
      <w:hyperlink r:id="rId11">
        <w:r>
          <w:rPr>
            <w:color w:val="0000EE"/>
            <w:u w:val="single"/>
          </w:rPr>
          <w:t>https://www.rottentomatoes.com/m/50_years_of_fabulous</w:t>
        </w:r>
      </w:hyperlink>
      <w:r>
        <w:t xml:space="preserve"> - '50 Years of Fabulous' is a 2018 documentary that explores the history of the Imperial Council, the world's oldest LGBTQ+ charity organisation. Directed by Jethro Patalinghug, the film delves into the Council's evolution from creating safe spaces to becoming a force for equality and charitable giving across North America. The documentary is available for streaming on OVID. (</w:t>
      </w:r>
      <w:hyperlink r:id="rId18">
        <w:r>
          <w:rPr>
            <w:color w:val="0000EE"/>
            <w:u w:val="single"/>
          </w:rPr>
          <w:t>rottentomatoes.com</w:t>
        </w:r>
      </w:hyperlink>
      <w:r>
        <w:t>)</w:t>
      </w:r>
      <w:r/>
    </w:p>
    <w:p>
      <w:pPr>
        <w:pStyle w:val="ListNumber"/>
        <w:spacing w:line="240" w:lineRule="auto"/>
        <w:ind w:left="720"/>
      </w:pPr>
      <w:r/>
      <w:hyperlink r:id="rId14">
        <w:r>
          <w:rPr>
            <w:color w:val="0000EE"/>
            <w:u w:val="single"/>
          </w:rPr>
          <w:t>https://www.imdb.com/title/tt4769914/</w:t>
        </w:r>
      </w:hyperlink>
      <w:r>
        <w:t xml:space="preserve"> - '50 Years of Fabulous' is a 2018 documentary directed by Jethro Patalinghug, detailing the history of the Imperial Council, the world's oldest LGBTQ+ charity organisation. Founded in San Francisco by José Sarria, the film highlights the Council's role in shaping LGBTQ+ life and social history over five decades. The documentary is available for streaming on OVID. (</w:t>
      </w:r>
      <w:hyperlink r:id="rId19">
        <w:r>
          <w:rPr>
            <w:color w:val="0000EE"/>
            <w:u w:val="single"/>
          </w:rPr>
          <w:t>imdb.com</w:t>
        </w:r>
      </w:hyperlink>
      <w:r>
        <w:t>)</w:t>
      </w:r>
      <w:r/>
    </w:p>
    <w:p>
      <w:pPr>
        <w:pStyle w:val="ListNumber"/>
        <w:spacing w:line="240" w:lineRule="auto"/>
        <w:ind w:left="720"/>
      </w:pPr>
      <w:r/>
      <w:hyperlink r:id="rId13">
        <w:r>
          <w:rPr>
            <w:color w:val="0000EE"/>
            <w:u w:val="single"/>
          </w:rPr>
          <w:t>https://www.sfimperialcouncil.org/</w:t>
        </w:r>
      </w:hyperlink>
      <w:r>
        <w:t xml:space="preserve"> - The Imperial Council of San Francisco is a non-profit 501(c)(3) public benefit corporation in California. Established in 1965 by José Sarria, the Council hosts and participates in various entertainment and educational events to raise funds supporting diverse community-based charitable organisations. Their mission is to support causes without discrimination based on race, age, gender, sexual orientation, religion, or ethnic background. (</w:t>
      </w:r>
      <w:hyperlink r:id="rId20">
        <w:r>
          <w:rPr>
            <w:color w:val="0000EE"/>
            <w:u w:val="single"/>
          </w:rPr>
          <w:t>sfimperialcouncil.org</w:t>
        </w:r>
      </w:hyperlink>
      <w:r>
        <w:t>)</w:t>
      </w:r>
      <w:r/>
    </w:p>
    <w:p>
      <w:pPr>
        <w:pStyle w:val="ListNumber"/>
        <w:spacing w:line="240" w:lineRule="auto"/>
        <w:ind w:left="720"/>
      </w:pPr>
      <w:r/>
      <w:hyperlink r:id="rId12">
        <w:r>
          <w:rPr>
            <w:color w:val="0000EE"/>
            <w:u w:val="single"/>
          </w:rPr>
          <w:t>https://www.glbthistory.org/events/2020/10/23/film-screening-50-years-of-fabulous</w:t>
        </w:r>
      </w:hyperlink>
      <w:r>
        <w:t xml:space="preserve"> - On October 23, 2020, the GLBT Historical Society, in partnership with Frameline and the Roxie Theater, co-presented a virtual screening of '50 Years of Fabulous.' The event featured a drag performance by members of the Imperial Council and a panel discussion exploring the ongoing importance of the Council. (</w:t>
      </w:r>
      <w:hyperlink r:id="rId21">
        <w:r>
          <w:rPr>
            <w:color w:val="0000EE"/>
            <w:u w:val="single"/>
          </w:rPr>
          <w:t>glbthistory.org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ozhawk.com/pacific-pride-foundation-50-years-of-fabulous-the-story-of-the-imperial-council/" TargetMode="External"/><Relationship Id="rId10" Type="http://schemas.openxmlformats.org/officeDocument/2006/relationships/hyperlink" Target="https://www.justwatch.com/us/movie/50-years-of-fabulous" TargetMode="External"/><Relationship Id="rId11" Type="http://schemas.openxmlformats.org/officeDocument/2006/relationships/hyperlink" Target="https://www.rottentomatoes.com/m/50_years_of_fabulous" TargetMode="External"/><Relationship Id="rId12" Type="http://schemas.openxmlformats.org/officeDocument/2006/relationships/hyperlink" Target="https://www.glbthistory.org/events/2020/10/23/film-screening-50-years-of-fabulous" TargetMode="External"/><Relationship Id="rId13" Type="http://schemas.openxmlformats.org/officeDocument/2006/relationships/hyperlink" Target="https://www.sfimperialcouncil.org/" TargetMode="External"/><Relationship Id="rId14" Type="http://schemas.openxmlformats.org/officeDocument/2006/relationships/hyperlink" Target="https://www.imdb.com/title/tt4769914/" TargetMode="External"/><Relationship Id="rId15" Type="http://schemas.openxmlformats.org/officeDocument/2006/relationships/hyperlink" Target="https://www.ovid.tv/videos/50-years-of-fabulous" TargetMode="External"/><Relationship Id="rId16" Type="http://schemas.openxmlformats.org/officeDocument/2006/relationships/hyperlink" Target="https://www.justwatch.com/us/movie/50-years-of-fabulous?utm_source=openai" TargetMode="External"/><Relationship Id="rId17" Type="http://schemas.openxmlformats.org/officeDocument/2006/relationships/hyperlink" Target="https://www.ovid.tv/videos/50-years-of-fabulous?utm_source=openai" TargetMode="External"/><Relationship Id="rId18" Type="http://schemas.openxmlformats.org/officeDocument/2006/relationships/hyperlink" Target="https://www.rottentomatoes.com/m/50_years_of_fabulous?utm_source=openai" TargetMode="External"/><Relationship Id="rId19" Type="http://schemas.openxmlformats.org/officeDocument/2006/relationships/hyperlink" Target="https://www.imdb.com/title/tt4769914/?utm_source=openai" TargetMode="External"/><Relationship Id="rId20" Type="http://schemas.openxmlformats.org/officeDocument/2006/relationships/hyperlink" Target="https://www.sfimperialcouncil.org/?utm_source=openai" TargetMode="External"/><Relationship Id="rId21" Type="http://schemas.openxmlformats.org/officeDocument/2006/relationships/hyperlink" Target="https://www.glbthistory.org/events/2020/10/23/film-screening-50-years-of-fabulou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