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 streamers can handle past remarks: QTCinderella’s kindness defence explained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are revisiting old clips and asking whether kindness or cancellation is the wiser play , streamer QTCinderella has stepped in to explain why she chooses staying engaged with people who hold harmful views, who she is, and why she felt the need to clear up past comments.</w:t>
      </w:r>
      <w:r/>
    </w:p>
    <w:p>
      <w:r/>
      <w:r>
        <w:t>Essential Takeaways</w:t>
      </w:r>
      <w:r/>
      <w:r/>
    </w:p>
    <w:p>
      <w:pPr>
        <w:pStyle w:val="ListBullet"/>
        <w:spacing w:line="240" w:lineRule="auto"/>
        <w:ind w:left="720"/>
      </w:pPr>
      <w:r/>
      <w:r>
        <w:rPr>
          <w:b/>
        </w:rPr>
        <w:t>Public clarification:</w:t>
      </w:r>
      <w:r>
        <w:t xml:space="preserve"> QTCinderella posted a fuller explanation on her main account after renewed scrutiny over comments from about a year ago. She wanted to correct wording that she says was unclear. </w:t>
      </w:r>
      <w:r/>
    </w:p>
    <w:p>
      <w:pPr>
        <w:pStyle w:val="ListBullet"/>
        <w:spacing w:line="240" w:lineRule="auto"/>
        <w:ind w:left="720"/>
      </w:pPr>
      <w:r/>
      <w:r>
        <w:rPr>
          <w:b/>
        </w:rPr>
        <w:t>Kindness as strategy:</w:t>
      </w:r>
      <w:r>
        <w:t xml:space="preserve"> She argues that personal relationships and gentle engagement can sometimes help change harmful views, citing the spirit of Martin Luther King Jr.’s message. </w:t>
      </w:r>
      <w:r/>
    </w:p>
    <w:p>
      <w:pPr>
        <w:pStyle w:val="ListBullet"/>
        <w:spacing w:line="240" w:lineRule="auto"/>
        <w:ind w:left="720"/>
      </w:pPr>
      <w:r/>
      <w:r>
        <w:rPr>
          <w:b/>
        </w:rPr>
        <w:t>Denial of endorsement:</w:t>
      </w:r>
      <w:r>
        <w:t xml:space="preserve"> The streamer insists she is not friends with “bigots” and says being around people doesn’t equal support for their views. </w:t>
      </w:r>
      <w:r/>
    </w:p>
    <w:p>
      <w:pPr>
        <w:pStyle w:val="ListBullet"/>
        <w:spacing w:line="240" w:lineRule="auto"/>
        <w:ind w:left="720"/>
      </w:pPr>
      <w:r/>
      <w:r>
        <w:rPr>
          <w:b/>
        </w:rPr>
        <w:t>Why it keeps coming up:</w:t>
      </w:r>
      <w:r>
        <w:t xml:space="preserve"> Old clips and social posts were reshared and debated on X, prompting fresh backlash and a need for context. </w:t>
      </w:r>
      <w:r/>
    </w:p>
    <w:p>
      <w:pPr>
        <w:pStyle w:val="ListBullet"/>
        <w:spacing w:line="240" w:lineRule="auto"/>
        <w:ind w:left="720"/>
      </w:pPr>
      <w:r/>
      <w:r>
        <w:rPr>
          <w:b/>
        </w:rPr>
        <w:t>Tone matters:</w:t>
      </w:r>
      <w:r>
        <w:t xml:space="preserve"> She accepted responsibility for poor phrasing that left room for misinterpretation and wanted to end recurring mischaracterisations.</w:t>
      </w:r>
      <w:r/>
      <w:r/>
    </w:p>
    <w:p>
      <w:pPr>
        <w:pStyle w:val="Heading2"/>
      </w:pPr>
      <w:r>
        <w:t>Why the discussion flared up again</w:t>
      </w:r>
      <w:r/>
    </w:p>
    <w:p>
      <w:r/>
      <w:r>
        <w:t>Old clips travel fast and resurface at awkward moments, and that’s what happened here , a user question sparked a wave of reposts and commentary on X. Social feeds turned a year-old explanation into a renewed debate about whether staying close to people with harmful views is tacit approval. The streamer decided to weigh in because the snippet being shared, she says, didn’t capture the nuance of her approach. According to reporting in the Times of India and other outlets, it wasn’t a new incident so much as a context-free moment being amplified.</w:t>
      </w:r>
      <w:r/>
    </w:p>
    <w:p>
      <w:pPr>
        <w:pStyle w:val="Heading2"/>
      </w:pPr>
      <w:r>
        <w:t>What QTCinderella actually said , and what she meant</w:t>
      </w:r>
      <w:r/>
    </w:p>
    <w:p>
      <w:r/>
      <w:r>
        <w:t>Her message boiled down to two points: she prefers to choose kindness and she believes personal relationships can be opportunities for change. She quoted a well-known civil rights line about darkness and light to signal the moral grounding of her view. At the same time she made clear she had been clumsy in earlier wording and that this had led some people to draw conclusions she disagrees with. That mix of repentance for phrasing and reiteration of principle is a common playbook for public figures trying to clarify past statements.</w:t>
      </w:r>
      <w:r/>
    </w:p>
    <w:p>
      <w:pPr>
        <w:pStyle w:val="Heading2"/>
      </w:pPr>
      <w:r>
        <w:t>The broader streamer culture and why this matters</w:t>
      </w:r>
      <w:r/>
    </w:p>
    <w:p>
      <w:r/>
      <w:r>
        <w:t>Streamers live in a landscape where a single clip can define you for years. As outlets including NDTV and the International Business Times have chronicled, controversies often grow when context drops away and clips are framed for outrage. For creators, the choice is usually between issuing a short correction, offering a long-form explanation, or staying silent , each has reputational costs. QTCinderella chose a longer clarification on her main account because she kept seeing the issue return and wanted people to understand her intent.</w:t>
      </w:r>
      <w:r/>
    </w:p>
    <w:p>
      <w:pPr>
        <w:pStyle w:val="Heading2"/>
      </w:pPr>
      <w:r>
        <w:t>When engagement becomes endorsement , the ethical tightrope</w:t>
      </w:r>
      <w:r/>
    </w:p>
    <w:p>
      <w:r/>
      <w:r>
        <w:t>Many people on social platforms draw a hard line: being around someone with harmful views equals support. Others think engagement can be transformative. QTCinderella put herself in the latter camp, but emphasised she is not friends with bigots and that she regrets any phrasing that suggested otherwise. Practically, if you’re a creator or an audience member, it helps to look for full statements rather than screenshots, and to judge actions as well as words , who you associate with, what you amplify, and whether you’ve tried to hold people accountable.</w:t>
      </w:r>
      <w:r/>
    </w:p>
    <w:p>
      <w:pPr>
        <w:pStyle w:val="Heading2"/>
      </w:pPr>
      <w:r>
        <w:t>Practical takeaways for creators and audiences</w:t>
      </w:r>
      <w:r/>
    </w:p>
    <w:p>
      <w:r/>
      <w:r>
        <w:t>If you’re a streamer or public figure, be precise. Avoid phrasing that can be clipped into a misleading soundbite, and document your responses to problematic behaviour. For viewers, press for context and look at patterns: does someone repeatedly enable harmful voices, or do they engage with the aim of change and accountability? And remember that apologies and clarifications carry weight only when paired with consistent behaviour.</w:t>
      </w:r>
      <w:r/>
    </w:p>
    <w:p>
      <w:r/>
      <w:r>
        <w:t>It's a small shift to ask for context before verdicts , and for creators, a reminder that words echo online.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1">
        <w:r>
          <w:rPr>
            <w:color w:val="0000EE"/>
            <w:u w:val="single"/>
          </w:rPr>
          <w:t>[5]</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12">
        <w:r>
          <w:rPr>
            <w:color w:val="0000EE"/>
            <w:u w:val="single"/>
          </w:rPr>
          <w:t>[4]</w:t>
        </w:r>
      </w:hyperlink>
      <w:r>
        <w:t xml:space="preserve">, </w:t>
      </w:r>
      <w:hyperlink r:id="rId10">
        <w:r>
          <w:rPr>
            <w:color w:val="0000EE"/>
            <w:u w:val="single"/>
          </w:rPr>
          <w:t>[2]</w:t>
        </w:r>
      </w:hyperlink>
      <w:r>
        <w:t xml:space="preserve">- Paragraph 5: </w:t>
      </w:r>
      <w:hyperlink r:id="rId13">
        <w:r>
          <w:rPr>
            <w:color w:val="0000EE"/>
            <w:u w:val="single"/>
          </w:rPr>
          <w:t>[6]</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https://timesofindia.indiatimes.com/world/us-streamers/qtcinderellas-homophobic-friends-controversy-explained-streamer-addresses-backlash-over-her-past-comments/articleshow/133149275.cms</w:t>
        </w:r>
      </w:hyperlink>
      <w:r>
        <w:t xml:space="preserve"> - Please view link - unable to able to access data</w:t>
      </w:r>
      <w:r/>
    </w:p>
    <w:p>
      <w:pPr>
        <w:pStyle w:val="ListNumber"/>
        <w:spacing w:line="240" w:lineRule="auto"/>
        <w:ind w:left="720"/>
      </w:pPr>
      <w:r/>
      <w:hyperlink r:id="rId10">
        <w:r>
          <w:rPr>
            <w:color w:val="0000EE"/>
            <w:u w:val="single"/>
          </w:rPr>
          <w:t>https://timesofindia.indiatimes.com/world/us-streamers/why-qtcinderella-is-facing-massive-backlash-the-viral-twitch-stream-controversy-over-racism-homophobia-and-friendship-explained/articleshow/124858744.cms</w:t>
        </w:r>
      </w:hyperlink>
      <w:r>
        <w:t xml:space="preserve"> - QTCinderella, a popular Twitch streamer, faced significant backlash after defending friendships with individuals accused of racism and homophobia. During a Twitch stream, she stated that being kind to a hateful person doesn't equate to agreement, igniting a fierce online debate. Some defended her, while others accused her of enabling harmful behavior, leading to a fellow streamer distancing herself. (</w:t>
      </w:r>
      <w:hyperlink r:id="rId15">
        <w:r>
          <w:rPr>
            <w:color w:val="0000EE"/>
            <w:u w:val="single"/>
          </w:rPr>
          <w:t>timesofindia.indiatimes.com</w:t>
        </w:r>
      </w:hyperlink>
      <w:r>
        <w:t>)</w:t>
      </w:r>
      <w:r/>
    </w:p>
    <w:p>
      <w:pPr>
        <w:pStyle w:val="ListNumber"/>
        <w:spacing w:line="240" w:lineRule="auto"/>
        <w:ind w:left="720"/>
      </w:pPr>
      <w:r/>
      <w:hyperlink r:id="rId14">
        <w:r>
          <w:rPr>
            <w:color w:val="0000EE"/>
            <w:u w:val="single"/>
          </w:rPr>
          <w:t>https://timesofindia.indiatimes.com/world/us-streamers/what-really-happened-between-qtcinderella-and-vanillamace-the-viral-streamer-controversy-explained/articleshow/125018302.cms</w:t>
        </w:r>
      </w:hyperlink>
      <w:r>
        <w:t xml:space="preserve"> - A Twitch discussion about maintaining relationships with individuals holding racist or homophobic views sparked major controversy. Streamer QTCinderella faced backlash for her comments, leading to an emotional apology to affected communities. The incident highlights the complex balance between empathy and accountability for online personalities, prompting a wider debate within the streaming world about influence and perception. (</w:t>
      </w:r>
      <w:hyperlink r:id="rId16">
        <w:r>
          <w:rPr>
            <w:color w:val="0000EE"/>
            <w:u w:val="single"/>
          </w:rPr>
          <w:t>timesofindia.indiatimes.com</w:t>
        </w:r>
      </w:hyperlink>
      <w:r>
        <w:t>)</w:t>
      </w:r>
      <w:r/>
    </w:p>
    <w:p>
      <w:pPr>
        <w:pStyle w:val="ListNumber"/>
        <w:spacing w:line="240" w:lineRule="auto"/>
        <w:ind w:left="720"/>
      </w:pPr>
      <w:r/>
      <w:hyperlink r:id="rId12">
        <w:r>
          <w:rPr>
            <w:color w:val="0000EE"/>
            <w:u w:val="single"/>
          </w:rPr>
          <w:t>https://sports.ndtv.com/us/us-streamers/what-happened-to-qtcinderella-qtcinderella-threatens-dmca-strikes-against-x-clip-accounts-for-hate-farming-11563371</w:t>
        </w:r>
      </w:hyperlink>
      <w:r>
        <w:t xml:space="preserve"> - Twitch streamer QTCinderella plans to issue DMCA strikes against certain clip accounts on X, accusing them of spreading hate through misleading clips. She revealed that she had been grieving the loss of her best friend, making the situation even more emotional for her. (</w:t>
      </w:r>
      <w:hyperlink r:id="rId17">
        <w:r>
          <w:rPr>
            <w:color w:val="0000EE"/>
            <w:u w:val="single"/>
          </w:rPr>
          <w:t>sports.ndtv.com</w:t>
        </w:r>
      </w:hyperlink>
      <w:r>
        <w:t>)</w:t>
      </w:r>
      <w:r/>
    </w:p>
    <w:p>
      <w:pPr>
        <w:pStyle w:val="ListNumber"/>
        <w:spacing w:line="240" w:lineRule="auto"/>
        <w:ind w:left="720"/>
      </w:pPr>
      <w:r/>
      <w:hyperlink r:id="rId11">
        <w:r>
          <w:rPr>
            <w:color w:val="0000EE"/>
            <w:u w:val="single"/>
          </w:rPr>
          <w:t>https://www.ibtimes.co.uk/twitch-streamer-qtcinderella-sparks-firestorm-after-livestream-comments-go-viral-1750539</w:t>
        </w:r>
      </w:hyperlink>
      <w:r>
        <w:t xml:space="preserve"> - Twitch streamer and YouTuber QTCinderella sparked a fierce backlash after defending her friendship with a content creator accused of making racist and homophobic remarks during a now-deleted livestream. The 30-year-old influencer came under fire after telling viewers she would not cut ties with people accused of hate speech, saying kindness toward them did not make her 'a racist' or 'a homophobe'. (</w:t>
      </w:r>
      <w:hyperlink r:id="rId18">
        <w:r>
          <w:rPr>
            <w:color w:val="0000EE"/>
            <w:u w:val="single"/>
          </w:rPr>
          <w:t>ibtimes.co.uk</w:t>
        </w:r>
      </w:hyperlink>
      <w:r>
        <w:t>)</w:t>
      </w:r>
      <w:r/>
    </w:p>
    <w:p>
      <w:pPr>
        <w:pStyle w:val="ListNumber"/>
        <w:spacing w:line="240" w:lineRule="auto"/>
        <w:ind w:left="720"/>
      </w:pPr>
      <w:r/>
      <w:hyperlink r:id="rId13">
        <w:r>
          <w:rPr>
            <w:color w:val="0000EE"/>
            <w:u w:val="single"/>
          </w:rPr>
          <w:t>https://www.gq.com/story/qtcinderella-streamer-awards-profile</w:t>
        </w:r>
      </w:hyperlink>
      <w:r>
        <w:t xml:space="preserve"> - The run-up to the Streamer Awards has been a nonstop chain of little blowups. There have been the micro-controversies—like when FaZe Clan streamer Jasontheween was announced as a nominee for the vaunted Streamer of the Year award and QT’s team accidentally used a clip with his ex-girlfriend—and the more serious drama: Some internet users claim she’s too friendly with people who make homophobic jokes, but also that she’s rigged the Awards against right-wing dudes like Asmongold. (</w:t>
      </w:r>
      <w:hyperlink r:id="rId19">
        <w:r>
          <w:rPr>
            <w:color w:val="0000EE"/>
            <w:u w:val="single"/>
          </w:rPr>
          <w:t>gq.com</w:t>
        </w:r>
      </w:hyperlink>
      <w:r>
        <w:t>)</w:t>
      </w:r>
      <w:r/>
    </w:p>
    <w:p>
      <w:pPr>
        <w:pStyle w:val="ListNumber"/>
        <w:spacing w:line="240" w:lineRule="auto"/>
        <w:ind w:left="720"/>
      </w:pPr>
      <w:r/>
      <w:hyperlink r:id="rId20">
        <w:r>
          <w:rPr>
            <w:color w:val="0000EE"/>
            <w:u w:val="single"/>
          </w:rPr>
          <w:t>https://www.vice.com/en/article/deepfake-qtcinderella-atrioc/</w:t>
        </w:r>
      </w:hyperlink>
      <w:r>
        <w:t xml:space="preserve"> - The last thing popular Twitch streamer QTCinderella wants to be doing right now, she told me during a call, is giving interviews about her ongoing sexual harassment. Two weeks ago, Twitch streamer Brandon Ewing, who goes by Atrioc online, inadvertently showed his open browser tabs while doing a live stream in front of some of his 318,000 followers, revealing that he visited a website selling deepfakes—AI-generated, non-consensual pornographic videos—of fellow streamers. (</w:t>
      </w:r>
      <w:hyperlink r:id="rId21">
        <w:r>
          <w:rPr>
            <w:color w:val="0000EE"/>
            <w:u w:val="single"/>
          </w:rPr>
          <w:t>vice.com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imesofindia.indiatimes.com/world/us-streamers/qtcinderellas-homophobic-friends-controversy-explained-streamer-addresses-backlash-over-her-past-comments/articleshow/133149275.cms" TargetMode="External"/><Relationship Id="rId10" Type="http://schemas.openxmlformats.org/officeDocument/2006/relationships/hyperlink" Target="https://timesofindia.indiatimes.com/world/us-streamers/why-qtcinderella-is-facing-massive-backlash-the-viral-twitch-stream-controversy-over-racism-homophobia-and-friendship-explained/articleshow/124858744.cms" TargetMode="External"/><Relationship Id="rId11" Type="http://schemas.openxmlformats.org/officeDocument/2006/relationships/hyperlink" Target="https://www.ibtimes.co.uk/twitch-streamer-qtcinderella-sparks-firestorm-after-livestream-comments-go-viral-1750539" TargetMode="External"/><Relationship Id="rId12" Type="http://schemas.openxmlformats.org/officeDocument/2006/relationships/hyperlink" Target="https://sports.ndtv.com/us/us-streamers/what-happened-to-qtcinderella-qtcinderella-threatens-dmca-strikes-against-x-clip-accounts-for-hate-farming-11563371" TargetMode="External"/><Relationship Id="rId13" Type="http://schemas.openxmlformats.org/officeDocument/2006/relationships/hyperlink" Target="https://www.gq.com/story/qtcinderella-streamer-awards-profile" TargetMode="External"/><Relationship Id="rId14" Type="http://schemas.openxmlformats.org/officeDocument/2006/relationships/hyperlink" Target="https://timesofindia.indiatimes.com/world/us-streamers/what-really-happened-between-qtcinderella-and-vanillamace-the-viral-streamer-controversy-explained/articleshow/125018302.cms" TargetMode="External"/><Relationship Id="rId15" Type="http://schemas.openxmlformats.org/officeDocument/2006/relationships/hyperlink" Target="https://timesofindia.indiatimes.com/world/us-streamers/why-qtcinderella-is-facing-massive-backlash-the-viral-twitch-stream-controversy-over-racism-homophobia-and-friendship-explained/articleshow/124858744.cms?utm_source=openai" TargetMode="External"/><Relationship Id="rId16" Type="http://schemas.openxmlformats.org/officeDocument/2006/relationships/hyperlink" Target="https://timesofindia.indiatimes.com/world/us-streamers/what-really-happened-between-qtcinderella-and-vanillamace-the-viral-streamer-controversy-explained/articleshow/125018302.cms?utm_source=openai" TargetMode="External"/><Relationship Id="rId17" Type="http://schemas.openxmlformats.org/officeDocument/2006/relationships/hyperlink" Target="https://sports.ndtv.com/us/us-streamers/what-happened-to-qtcinderella-qtcinderella-threatens-dmca-strikes-against-x-clip-accounts-for-hate-farming-11563371?utm_source=openai" TargetMode="External"/><Relationship Id="rId18" Type="http://schemas.openxmlformats.org/officeDocument/2006/relationships/hyperlink" Target="https://www.ibtimes.co.uk/twitch-streamer-qtcinderella-sparks-firestorm-after-livestream-comments-go-viral-1750539?utm_source=openai" TargetMode="External"/><Relationship Id="rId19" Type="http://schemas.openxmlformats.org/officeDocument/2006/relationships/hyperlink" Target="https://www.gq.com/story/qtcinderella-streamer-awards-profile?utm_source=openai" TargetMode="External"/><Relationship Id="rId20" Type="http://schemas.openxmlformats.org/officeDocument/2006/relationships/hyperlink" Target="https://www.vice.com/en/article/deepfake-qtcinderella-atrioc/" TargetMode="External"/><Relationship Id="rId21" Type="http://schemas.openxmlformats.org/officeDocument/2006/relationships/hyperlink" Target="https://www.vice.com/en/article/deepfake-qtcinderella-atrioc/?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