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Swindon &amp; Wiltshire Pride 2026 Lineup: Nadine Coyle Tops a Day of Celebration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supporters are lining up for Swindon &amp; Wiltshire Pride on Saturday 15 August, where Nadine Coyle headlines a full day of music, market stalls and family-friendly fun , a celebration of diversity, inclusion and equality that kicks off with a colourful Pride March through the town centre.</w:t>
      </w:r>
      <w:r/>
    </w:p>
    <w:p>
      <w:r/>
      <w:r>
        <w:t>Essential Takeaways</w:t>
      </w:r>
      <w:r/>
      <w:r/>
    </w:p>
    <w:p>
      <w:pPr>
        <w:pStyle w:val="ListBullet"/>
        <w:spacing w:line="240" w:lineRule="auto"/>
        <w:ind w:left="720"/>
      </w:pPr>
      <w:r/>
      <w:r>
        <w:rPr>
          <w:b/>
        </w:rPr>
        <w:t>Headline act:</w:t>
      </w:r>
      <w:r>
        <w:t xml:space="preserve"> Nadine Coyle of Girls Aloud closes the Main Stage, following tribute and drag performances.</w:t>
      </w:r>
      <w:r/>
    </w:p>
    <w:p>
      <w:pPr>
        <w:pStyle w:val="ListBullet"/>
        <w:spacing w:line="240" w:lineRule="auto"/>
        <w:ind w:left="720"/>
      </w:pPr>
      <w:r/>
      <w:r>
        <w:rPr>
          <w:b/>
        </w:rPr>
        <w:t>Start time:</w:t>
      </w:r>
      <w:r>
        <w:t xml:space="preserve"> Meet outside Nationwide on Regent Street at 11am for the Pride March, which sets off at 11.30am and arrives at GWR Park around noon.</w:t>
      </w:r>
      <w:r/>
    </w:p>
    <w:p>
      <w:pPr>
        <w:pStyle w:val="ListBullet"/>
        <w:spacing w:line="240" w:lineRule="auto"/>
        <w:ind w:left="720"/>
      </w:pPr>
      <w:r/>
      <w:r>
        <w:rPr>
          <w:b/>
        </w:rPr>
        <w:t>Two stages:</w:t>
      </w:r>
      <w:r>
        <w:t xml:space="preserve"> Main Stage and Community Stage run all day, with quieter, reduced-noise hour from 11am–midday.</w:t>
      </w:r>
      <w:r/>
    </w:p>
    <w:p>
      <w:pPr>
        <w:pStyle w:val="ListBullet"/>
        <w:spacing w:line="240" w:lineRule="auto"/>
        <w:ind w:left="720"/>
      </w:pPr>
      <w:r/>
      <w:r>
        <w:rPr>
          <w:b/>
        </w:rPr>
        <w:t>Things to do:</w:t>
      </w:r>
      <w:r>
        <w:t xml:space="preserve"> Food and drink traders, shopping stalls, youth spaces, circus experiences, funfair rides and a marketplace for local groups.</w:t>
      </w:r>
      <w:r/>
    </w:p>
    <w:p>
      <w:pPr>
        <w:pStyle w:val="ListBullet"/>
        <w:spacing w:line="240" w:lineRule="auto"/>
        <w:ind w:left="720"/>
      </w:pPr>
      <w:r/>
      <w:r>
        <w:rPr>
          <w:b/>
        </w:rPr>
        <w:t>Afterparty:</w:t>
      </w:r>
      <w:r>
        <w:t xml:space="preserve"> Official Pride Afterparty at The Steam Railway in Old Town, hosted by Adam All and Apple Derrières, with Kylie on Show performing.</w:t>
      </w:r>
      <w:r/>
      <w:r/>
    </w:p>
    <w:p>
      <w:r/>
      <w:r>
        <w:t>Opening hook: Nadine Coyle’s pop power promises a singalong finish to a bright, busy day, and you’re likely to feel the buzz even before the first chorus , the march, the market stalls and a quieter hour for anyone who needs a gentler welcome make this Pride feel intentionally inclusive.</w:t>
      </w:r>
      <w:r/>
    </w:p>
    <w:p>
      <w:r/>
      <w:r>
        <w:t>Backstory and context: Swindon &amp; Wiltshire Pride has grown steadily since it launched in 2008, spreading county-wide the following year and becoming a registered charity in 2019. Organisers say this year’s event balances headline glitz with grassroots acts, keeping community groups and youth spaces central to the festival’s mission of visibility and welcome.</w:t>
      </w:r>
      <w:r/>
    </w:p>
    <w:p>
      <w:r/>
      <w:r>
        <w:t>What to expect on the main bill: The Main Stage serves a bit of something-for-everyone, from The Spotlight Choir and a Harry Styles tribute to Donna Marie’s Lady Gaga tribute and Baga Chipz, a familiar face from RuPaul’s Drag Race UK. Nadine Coyle tops the bill, so expect a set geared towards crowd-pleasing pop moments. If you’re coming for the music, arrive early to catch local favourites and tribute acts before the headliner.</w:t>
      </w:r>
      <w:r/>
    </w:p>
    <w:p>
      <w:r/>
      <w:r>
        <w:t>Community stage and local talent: The Community Stage highlights local creatives , think North Star New Wave Sound Collective and Swindon’s Chocolate Theatre , and even includes performances from names you might recognise in other contexts, such as former Great British Bake Off contestant Janusz Domagała, who’ll be performing alongside Latina Ballroom on a new single. It’s a neat reminder that Pride isn’t just about big names, it’s about local voices getting a platform.</w:t>
      </w:r>
      <w:r/>
    </w:p>
    <w:p>
      <w:r/>
      <w:r>
        <w:t>Practical tips for the day: Meet the March at Nationwide, Regent Street at 11am sharp if you want to walk into GWR Park with the crowd; otherwise the festival site opens at 11am and keeps noise lower until midday for anyone who prefers a gentler start. Bring cash and card , there’ll be plenty of food and drink traders plus a marketplace for community stalls and crafts. Expect fairground rides and a circus area if you’ve got kids in tow.</w:t>
      </w:r>
      <w:r/>
    </w:p>
    <w:p>
      <w:r/>
      <w:r>
        <w:t>Accessibility and atmosphere: Organisers have thought about quieter needs with that reduced-noise window, and the mix of family-friendly attractions with late-night afterparty options means the event wears different moods through the day. If crowds make you nervous, aim for the earlier hours or the Community Stage area, which tends to feel more relaxed.</w:t>
      </w:r>
      <w:r/>
    </w:p>
    <w:p>
      <w:r/>
      <w:r>
        <w:t>Evening plans and afterparty: Once the park winds down, the official Pride Afterparty moves to The Steam Railway in Old Town where hosts Adam All and Apple Derrières keep the energy going and Kylie on Show provides further pop tribute entertainment. It’s a tidy option for anyone who wants to continue celebrating without trekking far.</w:t>
      </w:r>
      <w:r/>
    </w:p>
    <w:p>
      <w:r/>
      <w:r>
        <w:t>Why it matters: Pride days do a lot more than entertain , they offer visibility, community resources and a financial boost to local traders and charities. Swindon &amp; Wiltshire Pride’s blend of headline acts and community programming shows how a regional Pride can be both celebratory and genuinely useful to local groups.</w:t>
      </w:r>
      <w:r/>
    </w:p>
    <w:p>
      <w:r/>
      <w:r>
        <w:t>Final thought: Pack your sequins or your sensible shoes , whatever you wear, it looks set to be a warm, colourful day that celebrates community and pop tunes in equal measure.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5">
        <w:r>
          <w:rPr>
            <w:color w:val="0000EE"/>
            <w:u w:val="single"/>
          </w:rPr>
          <w:t>[7]</w:t>
        </w:r>
      </w:hyperlink>
      <w:r>
        <w:t xml:space="preserve">- Paragraph 6: </w:t>
      </w:r>
      <w:hyperlink r:id="rId10">
        <w:r>
          <w:rPr>
            <w:color w:val="0000EE"/>
            <w:u w:val="single"/>
          </w:rPr>
          <w:t>[2]</w:t>
        </w:r>
      </w:hyperlink>
      <w:r>
        <w:t xml:space="preserve">, </w:t>
      </w:r>
      <w:hyperlink r:id="rId13">
        <w:r>
          <w:rPr>
            <w:color w:val="0000EE"/>
            <w:u w:val="single"/>
          </w:rPr>
          <w:t>[5]</w:t>
        </w:r>
      </w:hyperlink>
      <w:r>
        <w:t xml:space="preserve">- Paragraph 7: </w:t>
      </w:r>
      <w:hyperlink r:id="rId9">
        <w:r>
          <w:rPr>
            <w:color w:val="0000EE"/>
            <w:u w:val="single"/>
          </w:rPr>
          <w:t>[1]</w:t>
        </w:r>
      </w:hyperlink>
      <w:r>
        <w:t xml:space="preserve">, </w:t>
      </w:r>
      <w:hyperlink r:id="rId15">
        <w:r>
          <w:rPr>
            <w:color w:val="0000EE"/>
            <w:u w:val="single"/>
          </w:rPr>
          <w:t>[7]</w:t>
        </w:r>
      </w:hyperlink>
      <w:r>
        <w:t xml:space="preserve">- Paragraph 8: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https://www.swindon24.co.uk/whats-on/nadine-coyle-to-headline-swindon-wiltshire-pride-this-saturday/</w:t>
        </w:r>
      </w:hyperlink>
      <w:r>
        <w:t xml:space="preserve"> - Please view link - unable to able to access data</w:t>
      </w:r>
      <w:r/>
    </w:p>
    <w:p>
      <w:pPr>
        <w:pStyle w:val="ListNumber"/>
        <w:spacing w:line="240" w:lineRule="auto"/>
        <w:ind w:left="720"/>
      </w:pPr>
      <w:r/>
      <w:hyperlink r:id="rId10">
        <w:r>
          <w:rPr>
            <w:color w:val="0000EE"/>
            <w:u w:val="single"/>
          </w:rPr>
          <w:t>https://www.swindonwiltshirepride.org.uk/pride-2026</w:t>
        </w:r>
      </w:hyperlink>
      <w:r>
        <w:t xml:space="preserve"> - Swindon &amp; Wiltshire Pride 2026 is scheduled for Saturday, 15th August 2026, at GWR Park in Swindon. The event will commence with a Pride March at 11:30 am, starting from outside Nationwide on Regent Street and proceeding through the town centre to GWR Park. The festival site opens at 11:00 am, featuring a quieter hour from 11:00 am to 12:00 pm for visitors who prefer a calmer environment. The Main Stage will host performances from The Spotlight Choir, The Harry Styles Show, Lady Gaga tribute act Donna Marie, RuPaul’s Drag Race UK favourite Baga Chipz, and headliner Nadine Coyle. The Community Stage will showcase local performers, including North Star New Wave Sound Collective and Swindon’s Chocolate Theatre. Additional attractions include food and drink vendors, shopping stalls, community organisations, youth spaces, a circus experience, and funfair rides. The celebrations will continue into the evening with the official Pride Afterparty at The Steam Railway in Old Town, hosted by Adam All and Apple Derrières, featuring entertainment from Kylie on Show. Paul Stewart, Chair of Swindon &amp; Wiltshire Pride, emphasised the event's focus on bringing people together, celebrating diverse communities, and creating a welcoming space for all. Swindon &amp; Wiltshire Pride, launched in 2008 and expanded into a county-wide event in 2009, became a registered charity in 2019 and is now recognised as one of the South West’s largest Pride celebrations.</w:t>
      </w:r>
      <w:r/>
    </w:p>
    <w:p>
      <w:pPr>
        <w:pStyle w:val="ListNumber"/>
        <w:spacing w:line="240" w:lineRule="auto"/>
        <w:ind w:left="720"/>
      </w:pPr>
      <w:r/>
      <w:hyperlink r:id="rId11">
        <w:r>
          <w:rPr>
            <w:color w:val="0000EE"/>
            <w:u w:val="single"/>
          </w:rPr>
          <w:t>https://www.swindon24.co.uk/whats-on/girls-aloud-star-to-headline-swindon-pride-2026/</w:t>
        </w:r>
      </w:hyperlink>
      <w:r>
        <w:t xml:space="preserve"> - Pop star Nadine Coyle has been confirmed as the first headline act for Swindon &amp; Wiltshire Pride 2026. The former Girls Aloud singer will perform at GWR Park on Saturday, 15th August 2026. Thousands are expected to attend the annual celebration, which has become one of the South West’s largest Pride events. Coyle rose to fame as part of Girls Aloud, a BRIT Award-winning group that sold more than four million albums and became one of the UK’s most successful girl bands. Organisers say her set will feature a mix of Girls Aloud hits and solo material. The announcement was made during Pride Month, which takes place throughout June and highlights LGBTQIA+ identity, equality, and inclusion across the UK. Paul Stewart, Event Manager for Swindon &amp; Wiltshire Pride, expressed excitement about welcoming Nadine to the event.</w:t>
      </w:r>
      <w:r/>
    </w:p>
    <w:p>
      <w:pPr>
        <w:pStyle w:val="ListNumber"/>
        <w:spacing w:line="240" w:lineRule="auto"/>
        <w:ind w:left="720"/>
      </w:pPr>
      <w:r/>
      <w:hyperlink r:id="rId12">
        <w:r>
          <w:rPr>
            <w:color w:val="0000EE"/>
            <w:u w:val="single"/>
          </w:rPr>
          <w:t>https://www.swindonwiltshirepride.org.uk/running-order</w:t>
        </w:r>
      </w:hyperlink>
      <w:r>
        <w:t xml:space="preserve"> - The entertainment running order for Swindon &amp; Wiltshire Pride 2025 is as follows: Main Stage performances include The Spotlight Choir at 12:15 pm, Zoe Roderick at 12:50 pm, Bobbi’s Academy of Dance at 1:15 pm, Sister Sister at 1:45 pm, Mary Barnes Sings Disney at 2:25 pm, Short ‘n’ Sweet: Sabrina Carpenter Tribute at 3:00 pm, Snake Boy Sunny at 3:35 pm, Luke as Freddie Mercury at 4:05 pm, Kellie Wilde at 5:00 pm, Adam All &amp; Apple Derrieres at 5:35 pm, Billy &amp; Louie at 6:10 pm, La Voix at 6:45 pm, and Natasha Hamilton at 7:30 pm. The Community Stage features Mary Barnes at 1:00 pm, Fran Daisy at 1:50 pm, Mitch Coleman at 2:40 pm, Chelsea Millard at 3:30 pm, and Tildy at 4:20 pm. The Afterparty includes Dixie Normous at 8:30 pm, Donna Marie as Lady Gaga at 10:00 pm, and DJ Leo at 10:45 pm. Please note that all performance times are subject to change on the day.</w:t>
      </w:r>
      <w:r/>
    </w:p>
    <w:p>
      <w:pPr>
        <w:pStyle w:val="ListNumber"/>
        <w:spacing w:line="240" w:lineRule="auto"/>
        <w:ind w:left="720"/>
      </w:pPr>
      <w:r/>
      <w:hyperlink r:id="rId13">
        <w:r>
          <w:rPr>
            <w:color w:val="0000EE"/>
            <w:u w:val="single"/>
          </w:rPr>
          <w:t>https://www.swindonwiltshirepride.org.uk/pride-2026/entertainment-lineup</w:t>
        </w:r>
      </w:hyperlink>
      <w:r>
        <w:t xml:space="preserve"> - The entertainment lineup for Swindon &amp; Wiltshire Pride 2026 includes: Main Stage performances by Nadine Coyle, Baga Chipz, and Latina Ballroom. Nadine Coyle, a member of the BRIT Award-winning group Girls Aloud, will perform a mix of Girls Aloud hits and solo material. Baga Chipz, a RuPaul’s Drag Race UK legend, will bring live singing, catchphrases, and charisma to the stage. Latina Ballroom, a drag queen and Latin dancer from the Canary Islands, will showcase a high-energy spectacle blending Latin rhythms, drag glamour, and theatrical flair. The lineup promises a vibrant and diverse range of performances for attendees.</w:t>
      </w:r>
      <w:r/>
    </w:p>
    <w:p>
      <w:pPr>
        <w:pStyle w:val="ListNumber"/>
        <w:spacing w:line="240" w:lineRule="auto"/>
        <w:ind w:left="720"/>
      </w:pPr>
      <w:r/>
      <w:hyperlink r:id="rId14">
        <w:r>
          <w:rPr>
            <w:color w:val="0000EE"/>
            <w:u w:val="single"/>
          </w:rPr>
          <w:t>https://www.swindonwiltshirepride.org.uk/get-involved/marketplace</w:t>
        </w:r>
      </w:hyperlink>
      <w:r>
        <w:t xml:space="preserve"> - The Pride Marketplace at Swindon &amp; Wiltshire Pride 2026 is a bustling hub where public services, local businesses, organisations, and charities can promote their products and services within the community. The event will take place on Saturday, 15th August 2026, at GWR Park in Swindon. The Marketplace will feature a range of stalls, including cold food and snack vendors, retail, crafts, and activities, with a focus on showcasing local traders. National and local businesses, charities, and other organisations are also invited to participate. Applications for Pride 2026 are now closed, but expressions of interest for Pride 2027 are welcome. The Marketplace aims to engage the community and provide a platform for diverse vendors to connect with attendees.</w:t>
      </w:r>
      <w:r/>
    </w:p>
    <w:p>
      <w:pPr>
        <w:pStyle w:val="ListNumber"/>
        <w:spacing w:line="240" w:lineRule="auto"/>
        <w:ind w:left="720"/>
      </w:pPr>
      <w:r/>
      <w:hyperlink r:id="rId15">
        <w:r>
          <w:rPr>
            <w:color w:val="0000EE"/>
            <w:u w:val="single"/>
          </w:rPr>
          <w:t>https://swindonpost.co.uk/events/pride-in-swindon/guide</w:t>
        </w:r>
      </w:hyperlink>
      <w:r>
        <w:t xml:space="preserve"> - Swindon and Wiltshire Pride is an annual event held on a Saturday in August at GWR Park in Swindon. The event is free to attend and typically includes a Pride march through town, a main stage with performances, community stalls, and family-friendly activities. The 2026 event is planned for 15th August 2026. Attendees are encouraged to check the official website for the current year's date and programme. The event is run by volunteers and community groups, and visitors can find information about transport, accessibility, and parking on the Swindon and Wiltshire Pride website. Updates on volunteering and stallholder opportunities are also available.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windon24.co.uk/whats-on/nadine-coyle-to-headline-swindon-wiltshire-pride-this-saturday/" TargetMode="External"/><Relationship Id="rId10" Type="http://schemas.openxmlformats.org/officeDocument/2006/relationships/hyperlink" Target="https://www.swindonwiltshirepride.org.uk/pride-2026" TargetMode="External"/><Relationship Id="rId11" Type="http://schemas.openxmlformats.org/officeDocument/2006/relationships/hyperlink" Target="https://www.swindon24.co.uk/whats-on/girls-aloud-star-to-headline-swindon-pride-2026/" TargetMode="External"/><Relationship Id="rId12" Type="http://schemas.openxmlformats.org/officeDocument/2006/relationships/hyperlink" Target="https://www.swindonwiltshirepride.org.uk/running-order" TargetMode="External"/><Relationship Id="rId13" Type="http://schemas.openxmlformats.org/officeDocument/2006/relationships/hyperlink" Target="https://www.swindonwiltshirepride.org.uk/pride-2026/entertainment-lineup" TargetMode="External"/><Relationship Id="rId14" Type="http://schemas.openxmlformats.org/officeDocument/2006/relationships/hyperlink" Target="https://www.swindonwiltshirepride.org.uk/get-involved/marketplace" TargetMode="External"/><Relationship Id="rId15" Type="http://schemas.openxmlformats.org/officeDocument/2006/relationships/hyperlink" Target="https://swindonpost.co.uk/events/pride-in-swindon/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