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Sexual Health Tips for Men Over 50 to Keep Desire Alive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bodies change , but sex doesn’t have to stop. Older men, especially gay and queer men, are finding that with a few practical adjustments and the right medical care, their sex lives can stay fulfilling into the 50s, 60s and beyond. Here’s what to know, try, and talk about.</w:t>
      </w:r>
      <w:r/>
    </w:p>
    <w:p>
      <w:r/>
      <w:r>
        <w:t>Essential Takeaways</w:t>
      </w:r>
      <w:r/>
      <w:r/>
    </w:p>
    <w:p>
      <w:pPr>
        <w:pStyle w:val="ListBullet"/>
        <w:spacing w:line="240" w:lineRule="auto"/>
        <w:ind w:left="720"/>
      </w:pPr>
      <w:r/>
      <w:r>
        <w:rPr>
          <w:b/>
        </w:rPr>
        <w:t>See your doctor first:</w:t>
      </w:r>
      <w:r>
        <w:t xml:space="preserve"> a physical and bloods can identify treatable causes like low testosterone or cardiovascular disease. </w:t>
      </w:r>
      <w:r/>
    </w:p>
    <w:p>
      <w:pPr>
        <w:pStyle w:val="ListBullet"/>
        <w:spacing w:line="240" w:lineRule="auto"/>
        <w:ind w:left="720"/>
      </w:pPr>
      <w:r/>
      <w:r>
        <w:rPr>
          <w:b/>
        </w:rPr>
        <w:t>Erectile dysfunction is common:</w:t>
      </w:r>
      <w:r>
        <w:t xml:space="preserve"> lifestyle, medications and health conditions all play a role; treatments range from pills to devices. </w:t>
      </w:r>
      <w:r/>
    </w:p>
    <w:p>
      <w:pPr>
        <w:pStyle w:val="ListBullet"/>
        <w:spacing w:line="240" w:lineRule="auto"/>
        <w:ind w:left="720"/>
      </w:pPr>
      <w:r/>
      <w:r>
        <w:rPr>
          <w:b/>
        </w:rPr>
        <w:t>Broaden what “sex” means:</w:t>
      </w:r>
      <w:r>
        <w:t xml:space="preserve"> focus on foreplay, toys, and sensual connection to reduce performance pressure. </w:t>
      </w:r>
      <w:r/>
    </w:p>
    <w:p>
      <w:pPr>
        <w:pStyle w:val="ListBullet"/>
        <w:spacing w:line="240" w:lineRule="auto"/>
        <w:ind w:left="720"/>
      </w:pPr>
      <w:r/>
      <w:r>
        <w:rPr>
          <w:b/>
        </w:rPr>
        <w:t>Lifestyle matters:</w:t>
      </w:r>
      <w:r>
        <w:t xml:space="preserve"> exercise, sleep, diet and stress control improve circulation and libido; small changes pay off. </w:t>
      </w:r>
      <w:r/>
    </w:p>
    <w:p>
      <w:pPr>
        <w:pStyle w:val="ListBullet"/>
        <w:spacing w:line="240" w:lineRule="auto"/>
        <w:ind w:left="720"/>
      </w:pPr>
      <w:r/>
      <w:r>
        <w:rPr>
          <w:b/>
        </w:rPr>
        <w:t>Practical tools help now:</w:t>
      </w:r>
      <w:r>
        <w:t xml:space="preserve"> lube, pelvic-floor therapy and certain aids can make sex more comfortable and enjoyable.</w:t>
      </w:r>
      <w:r/>
      <w:r/>
    </w:p>
    <w:p>
      <w:pPr>
        <w:pStyle w:val="Heading2"/>
      </w:pPr>
      <w:r>
        <w:t>Why erectile problems and low desire spike after 50</w:t>
      </w:r>
      <w:r/>
    </w:p>
    <w:p>
      <w:r/>
      <w:r>
        <w:t>Erectile dysfunction and dipping libido often arrive quietly, with a subtle loss of stamina or morning erections that simply don’t feel the same. According to established medical guidance from major clinics, declines in testosterone and circulatory health, along with conditions such as diabetes and high blood pressure, are common contributors. This is why many specialists treat ED as a signpost, not a verdict , it can flag underlying cardiovascular or metabolic problems that deserve attention. Start with a proper assessment and blood tests so you’re treating causes, not just symptoms. Doing so gives you options, from lifestyle tweaks to medical therapies, and reduces the shame many men feel.</w:t>
      </w:r>
      <w:r/>
    </w:p>
    <w:p>
      <w:pPr>
        <w:pStyle w:val="Heading2"/>
      </w:pPr>
      <w:r>
        <w:t>What a check‑up should cover and why it matters</w:t>
      </w:r>
      <w:r/>
    </w:p>
    <w:p>
      <w:r/>
      <w:r>
        <w:t>When you book an appointment, expect questions about medications, mood, sleep and drinking as well as a physical exam and possibly blood work. Clinicians at leading hospitals recommend this broader approach because drugs like SSRIs, poor sleep and stress can all lower desire and performance. A frank conversation with your GP or a sexual health clinic can also normalise routine STI screening and sexual-health counselling , practical steps that protect partners and your long-term wellbeing. The sooner you treat reversible issues, the more likely you are to keep an active sex life.</w:t>
      </w:r>
      <w:r/>
    </w:p>
    <w:p>
      <w:pPr>
        <w:pStyle w:val="Heading2"/>
      </w:pPr>
      <w:r>
        <w:t>Simple lifestyle moves that boost sexual function</w:t>
      </w:r>
      <w:r/>
    </w:p>
    <w:p>
      <w:r/>
      <w:r>
        <w:t>Improved circulation equals improved arousal, so think heart health first. Regular exercise, a Mediterranean-style diet, maintaining a healthy weight and cutting back on excessive alcohol help blood flow and energy. Sleep and stress management are just as important; chronic poor sleep and high stress blunt libido. Small, steady changes work best: swap one processed meal a day for a vegetable-rich option, add short brisk walks, and aim for consistent sleep patterns. These shifts don’t just help in the bedroom, they make you feel more resilient overall.</w:t>
      </w:r>
      <w:r/>
    </w:p>
    <w:p>
      <w:pPr>
        <w:pStyle w:val="Heading2"/>
      </w:pPr>
      <w:r>
        <w:t>Practical bedroom changes that make sex better tonight</w:t>
      </w:r>
      <w:r/>
    </w:p>
    <w:p>
      <w:r/>
      <w:r>
        <w:t>If erections are inconsistent, expanding what counts as sex reduces pressure and increases pleasure. Focus on extended foreplay, oral and manual stimulation, mutual masturbation and sensual massages to keep connection central. Adding lube is a low-cost, high-impact fix that prevents discomfort and micro tears for everyone. Sex toys and aids , from rings and vibratory sleeves to specially designed devices , can bridge the gap between desire and function while you work with your clinician on longer-term solutions. Pelvic-floor physio is another practical option that helps control, reduces pain and can enhance orgasmic response.</w:t>
      </w:r>
      <w:r/>
    </w:p>
    <w:p>
      <w:pPr>
        <w:pStyle w:val="Heading2"/>
      </w:pPr>
      <w:r>
        <w:t>Treatments and when to consider them</w:t>
      </w:r>
      <w:r/>
    </w:p>
    <w:p>
      <w:r/>
      <w:r>
        <w:t>There’s a spectrum of evidence-based treatments: lifestyle and counselling, oral medications, vacuum devices, injections and, in some cases, implants. Healthcare institutions emphasise tailoring treatment to cause and preference; what works for one man may not suit another. Discuss benefits, side effects and interactions with your provider, especially if you have heart disease or take nitrates. Remember, treating sexual concerns is part of preventive care , and asking for help is a smart, not shameful, move.</w:t>
      </w:r>
      <w:r/>
    </w:p>
    <w:p>
      <w:r/>
      <w:r>
        <w:t>Closing line</w:t>
      </w:r>
      <w:r/>
    </w:p>
    <w:p>
      <w:r/>
      <w:r>
        <w:t>It’s not about turning back time, it’s about tuning in: get checked, try practical fixes, and keep the conversation going , your sex life can stay rich at 50 and beyond.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https://www.out.com/health/sexual-health-after-age-50</w:t>
        </w:r>
      </w:hyperlink>
      <w:r>
        <w:t xml:space="preserve"> - Please view link - unable to able to access data</w:t>
      </w:r>
      <w:r/>
    </w:p>
    <w:p>
      <w:pPr>
        <w:pStyle w:val="ListNumber"/>
        <w:spacing w:line="240" w:lineRule="auto"/>
        <w:ind w:left="720"/>
      </w:pPr>
      <w:r/>
      <w:hyperlink r:id="rId10">
        <w:r>
          <w:rPr>
            <w:color w:val="0000EE"/>
            <w:u w:val="single"/>
          </w:rPr>
          <w:t>https://www.mayoclinic.org/diseases-conditions/erectile-dysfunction/symptoms-causes/syc-20355776</w:t>
        </w:r>
      </w:hyperlink>
      <w:r>
        <w:t xml:space="preserve"> - Erectile dysfunction (ED) is the inability to achieve or maintain an erection sufficient for satisfactory sexual performance. Common causes include cardiovascular diseases, diabetes, sleep disorders, stress, alcohol consumption, mental health issues, and certain medications like SSRIs. ED can also be a sign of underlying health problems, so it's important to consult a healthcare provider for proper diagnosis and treatment.</w:t>
      </w:r>
      <w:r/>
    </w:p>
    <w:p>
      <w:pPr>
        <w:pStyle w:val="ListNumber"/>
        <w:spacing w:line="240" w:lineRule="auto"/>
        <w:ind w:left="720"/>
      </w:pPr>
      <w:r/>
      <w:hyperlink r:id="rId12">
        <w:r>
          <w:rPr>
            <w:color w:val="0000EE"/>
            <w:u w:val="single"/>
          </w:rPr>
          <w:t>https://www.hopkinsmedicine.org/health/conditions-and-diseases/erectile-dysfunction</w:t>
        </w:r>
      </w:hyperlink>
      <w:r>
        <w:t xml:space="preserve"> - Erectile dysfunction (ED) is defined as the persistent inability to achieve or maintain an erection sufficient for satisfactory sexual performance. Risk factors include prostate problems, type 2 diabetes, hypertension, vascular disease, high cholesterol, chronic sleep disorders, certain medications, neurogenic disorders, Peyronie's disease, priapism, depression, alcohol use, lack of sexual knowledge, poor sexual techniques, inadequate interpersonal relationships, and many chronic diseases, especially renal failure and dialysis. Age appears to be a strong indirect risk factor in that it is associated with increased likelihood of direct risk factors, some of which are listed above.</w:t>
      </w:r>
      <w:r/>
    </w:p>
    <w:p>
      <w:pPr>
        <w:pStyle w:val="ListNumber"/>
        <w:spacing w:line="240" w:lineRule="auto"/>
        <w:ind w:left="720"/>
      </w:pPr>
      <w:r/>
      <w:hyperlink r:id="rId11">
        <w:r>
          <w:rPr>
            <w:color w:val="0000EE"/>
            <w:u w:val="single"/>
          </w:rPr>
          <w:t>https://www.mayoclinic.org/healthy-lifestyle/mens-health/in-depth/male-menopause/art-20048056</w:t>
        </w:r>
      </w:hyperlink>
      <w:r>
        <w:t xml:space="preserve"> - Hormone changes related to aging in men are different from those in women. Understand the signs, symptoms and treatments. The term 'male menopause' has been used to describe decreasing testosterone levels related to aging. But aging-related hormone changes differ between women and men. In women, ovulation ends, and hormone production falls over a fairly short amount of time. This is called menopause. In men, the production of testosterone and other hormones goes down over many years. This gradual fall of testosterone levels is called late-onset hypogonadism. Sometimes it’s called age-related low testosterone. Not everyone with age-related low testosterone has symptoms. Its long-term effects also aren't clear.</w:t>
      </w:r>
      <w:r/>
    </w:p>
    <w:p>
      <w:pPr>
        <w:pStyle w:val="ListNumber"/>
        <w:spacing w:line="240" w:lineRule="auto"/>
        <w:ind w:left="720"/>
      </w:pPr>
      <w:r/>
      <w:hyperlink r:id="rId14">
        <w:r>
          <w:rPr>
            <w:color w:val="0000EE"/>
            <w:u w:val="single"/>
          </w:rPr>
          <w:t>https://www.mayoclinic.org/healthy-lifestyle/sexual-health/in-depth/senior-sex/art-20046465</w:t>
        </w:r>
      </w:hyperlink>
      <w:r>
        <w:t xml:space="preserve"> - As you age, sex isn't the same as it was in your 20s — but it can still be enjoyable. Unlike some myths suggest, sex isn't just for the young. Many seniors still enjoy their sexuality into their 80s and beyond. A healthy sex life is both fulfilling and good for other parts of your life too — such as your physical health and self-esteem. Changes to your body or lifestyle can make you feel vulnerable or uncomfortable — especially when it comes to sex. You may notice changes such as: Low sex drive, Discomfort or pain during sex, Erection changes (erectile dysfunction), Ejaculation changes (premature ejaculation or delayed ejaculation), Changes to your body, hair or genitals, Less strength or stamina, Lower fertility, Feeling fragile or tired, Feeling sad or stressed, Changes in your partner's ability or desire for sex. You might be worried about these changes. But remember, they don't have to end your enjoyment of sex. Working with your changing body can help you keep a healthy and happy sex life. For instance, you may need to change your sexual routine to include more stimulation to become aroused.</w:t>
      </w:r>
      <w:r/>
    </w:p>
    <w:p>
      <w:pPr>
        <w:pStyle w:val="ListNumber"/>
        <w:spacing w:line="240" w:lineRule="auto"/>
        <w:ind w:left="720"/>
      </w:pPr>
      <w:r/>
      <w:hyperlink r:id="rId13">
        <w:r>
          <w:rPr>
            <w:color w:val="0000EE"/>
            <w:u w:val="single"/>
          </w:rPr>
          <w:t>https://www.mayoclinic.org/healthy-lifestyle/sexual-health/expert-answers/loss-of-sex-drive/faq-20058237</w:t>
        </w:r>
      </w:hyperlink>
      <w:r>
        <w:t xml:space="preserve"> - It's natural for men to notice a gradual decrease in sex drive (libido) as they age. The degree of this decline varies. But most men maintain at least some amount of sexual interest into their 60s and 70s. But sometimes loss of sex drive is related to an underlying condition. Depression, stress, alcoholism, illicit drug use and fatigue often can be factors in loss of sex drive in men. Sometimes the culprit is a decrease in male sex hormones due to an endocrine disorder. In other cases, loss of sex drive may be a medication side effect. If you're concerned about loss of sex drive — especially if the loss happened suddenly — talk to your doctor. Your doctor will likely discuss your detailed medical history, do a physical exam and request lab tests to help determine what's causing the loss of sex drive. After identifying what's causing the loss of sex drive, your doctor can suggest treatment options.</w:t>
      </w:r>
      <w:r/>
    </w:p>
    <w:p>
      <w:pPr>
        <w:pStyle w:val="ListNumber"/>
        <w:spacing w:line="240" w:lineRule="auto"/>
        <w:ind w:left="720"/>
      </w:pPr>
      <w:r/>
      <w:hyperlink r:id="rId15">
        <w:r>
          <w:rPr>
            <w:color w:val="0000EE"/>
            <w:u w:val="single"/>
          </w:rPr>
          <w:t>https://health.clevelandclinic.org/7-simple-ways-to-improve-your-sex-life</w:t>
        </w:r>
      </w:hyperlink>
      <w:r>
        <w:t xml:space="preserve"> - Here are other tips to enjoy an active sex life long past the age of 50: Consider medication. Prescription pills — Viagra®, Levitra® or Cialis® — are the first-line treatment for erectile dysfunction, and they can be very effective. Your primary care doctor can prescribe them, and so can a urologist. Watch your waistline. High blood pressure, high blood sugar and high cholesterol can cause the vascular problems that lead to trouble with your erections. It’s important to maintain a healthy lifestyle by exercising and keeping your weight down. Avoiding high blood pressure, diabetes and high cholesterol as well as heart disease may lessen the frequency of erection problems — or at least delay their onset. Get your heart checked if needed. What if you already have an established condition, such as high blood pressure or diabetes? Pills can still be effective, but your doctor may want to check your heart. “It’s very important before dispensing these pills that practitioners make sure that heart function is good,” Dr. Brendza says. The reason: Problems with erections can indicate other problems, such as significant heart disease. Don’t assume it’s low testosterone. Many experts are concerned too many men are being treated for low testosterone. However, a drop-off in desire can be related to hormones. For erection issues, it can be helpful to get your testosterone checked. “It’s important that your doctor investigate and address the reasons why you have low testosterone, or low sexual desire,” Dr. Brendza says. Consider counseling. Sexual issues such as low libido and erectile dysfunction may have an emotional component, so psychological counseling may be an option. “It’s important consider the possibility that a psychological issue could be causing your sexual troubles. Anxiety, depression, life stress and relationship problems can contribute to men’s sexual difficulties. In these cases, counseling may be helpful,” Dr. Brendza says. Talk to your partner if your sex drives are mismatched.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health/sexual-health-after-age-50" TargetMode="External"/><Relationship Id="rId10" Type="http://schemas.openxmlformats.org/officeDocument/2006/relationships/hyperlink" Target="https://www.mayoclinic.org/diseases-conditions/erectile-dysfunction/symptoms-causes/syc-20355776" TargetMode="External"/><Relationship Id="rId11" Type="http://schemas.openxmlformats.org/officeDocument/2006/relationships/hyperlink" Target="https://www.mayoclinic.org/healthy-lifestyle/mens-health/in-depth/male-menopause/art-20048056" TargetMode="External"/><Relationship Id="rId12" Type="http://schemas.openxmlformats.org/officeDocument/2006/relationships/hyperlink" Target="https://www.hopkinsmedicine.org/health/conditions-and-diseases/erectile-dysfunction" TargetMode="External"/><Relationship Id="rId13" Type="http://schemas.openxmlformats.org/officeDocument/2006/relationships/hyperlink" Target="https://www.mayoclinic.org/healthy-lifestyle/sexual-health/expert-answers/loss-of-sex-drive/faq-20058237" TargetMode="External"/><Relationship Id="rId14" Type="http://schemas.openxmlformats.org/officeDocument/2006/relationships/hyperlink" Target="https://www.mayoclinic.org/healthy-lifestyle/sexual-health/in-depth/senior-sex/art-20046465" TargetMode="External"/><Relationship Id="rId15" Type="http://schemas.openxmlformats.org/officeDocument/2006/relationships/hyperlink" Target="https://health.clevelandclinic.org/7-simple-ways-to-improve-your-sex-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