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the Giants’ Pride Night Fiasco: What Fans Want to See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Shocked fans are calling for more than apologies after Bible verses were written on Pride caps during the San Francisco Giants’ Pride Night; locals say the team’s quiet response has made the celebration feel performative, and they want concrete action to prove inclusion matters.</w:t>
      </w:r>
      <w:r/>
    </w:p>
    <w:p>
      <w:r/>
      <w:r>
        <w:t>Essential Takeaways</w:t>
      </w:r>
      <w:r/>
      <w:r/>
    </w:p>
    <w:p>
      <w:pPr>
        <w:pStyle w:val="ListBullet"/>
        <w:spacing w:line="240" w:lineRule="auto"/>
        <w:ind w:left="720"/>
      </w:pPr>
      <w:r/>
      <w:r>
        <w:rPr>
          <w:b/>
        </w:rPr>
        <w:t>Fan frustration:</w:t>
      </w:r>
      <w:r>
        <w:t xml:space="preserve"> Longtime supporters say Pride Night feels hollow when the team doesn’t swiftly address anti-LGBTQ actions by players.</w:t>
      </w:r>
      <w:r/>
    </w:p>
    <w:p>
      <w:pPr>
        <w:pStyle w:val="ListBullet"/>
        <w:spacing w:line="240" w:lineRule="auto"/>
        <w:ind w:left="720"/>
      </w:pPr>
      <w:r/>
      <w:r>
        <w:rPr>
          <w:b/>
        </w:rPr>
        <w:t>Public scrutiny:</w:t>
      </w:r>
      <w:r>
        <w:t xml:space="preserve"> The incident drew national attention and criticism from MLB and commentators, making silence harder to justify.</w:t>
      </w:r>
      <w:r/>
    </w:p>
    <w:p>
      <w:pPr>
        <w:pStyle w:val="ListBullet"/>
        <w:spacing w:line="240" w:lineRule="auto"/>
        <w:ind w:left="720"/>
      </w:pPr>
      <w:r/>
      <w:r>
        <w:rPr>
          <w:b/>
        </w:rPr>
        <w:t>Calls for policy:</w:t>
      </w:r>
      <w:r>
        <w:t xml:space="preserve"> Fans and advocates want clear team rules or disciplinary measures barring players from openly targeting groups during themed events.</w:t>
      </w:r>
      <w:r/>
    </w:p>
    <w:p>
      <w:pPr>
        <w:pStyle w:val="ListBullet"/>
        <w:spacing w:line="240" w:lineRule="auto"/>
        <w:ind w:left="720"/>
      </w:pPr>
      <w:r/>
      <w:r>
        <w:rPr>
          <w:b/>
        </w:rPr>
        <w:t>Community repair:</w:t>
      </w:r>
      <w:r>
        <w:t xml:space="preserve"> Restoring trust will likely take visible outreach, sustained partnerships with local LGBTQ groups and transparent steps, not just a statement.</w:t>
      </w:r>
      <w:r/>
    </w:p>
    <w:p>
      <w:pPr>
        <w:pStyle w:val="ListBullet"/>
        <w:spacing w:line="240" w:lineRule="auto"/>
        <w:ind w:left="720"/>
      </w:pPr>
      <w:r/>
      <w:r>
        <w:rPr>
          <w:b/>
        </w:rPr>
        <w:t>Emotional hit:</w:t>
      </w:r>
      <w:r>
        <w:t xml:space="preserve"> Supporters describe a mix of hurt and betrayal , Pride merch now carries a sour note for some season ticket holders.</w:t>
      </w:r>
      <w:r/>
      <w:r/>
    </w:p>
    <w:p>
      <w:pPr>
        <w:pStyle w:val="Heading2"/>
      </w:pPr>
      <w:r>
        <w:t>What happened, and why it landed so painfully</w:t>
      </w:r>
      <w:r/>
    </w:p>
    <w:p>
      <w:r/>
      <w:r>
        <w:t>The image is simple and sharp: three players wrote Bible verses on Pride caps during the Giants’ themed night, a move many saw as an anti-LGBTQ gesture. That small act has had an outsized emotional ripple in a city that treats Pride as civic identity as much as celebration. According to national coverage, Major League Baseball criticised the players, while local fans said the team’s muted response made the whole event feel like theatre rather than commitment. For many attendees, a colourful jersey can’t replace feeling truly seen.</w:t>
      </w:r>
      <w:r/>
    </w:p>
    <w:p>
      <w:pPr>
        <w:pStyle w:val="Heading2"/>
      </w:pPr>
      <w:r>
        <w:t>Why silence speaks louder than a bland statement</w:t>
      </w:r>
      <w:r/>
    </w:p>
    <w:p>
      <w:r/>
      <w:r>
        <w:t>When a team pauses where its community expects leadership, people notice. Fans say the Giants’ slow and limited public response effectively took a side, because omission is a form of commentary. Coverage in outlets from regional papers to national broadcasters amplified that perception, and even political voices jumped into the debate, turning a ballpark incident into a broader cultural flashpoint. If you’re trying to rebuild trust, silence is the wrong playbook.</w:t>
      </w:r>
      <w:r/>
    </w:p>
    <w:p>
      <w:pPr>
        <w:pStyle w:val="Heading2"/>
      </w:pPr>
      <w:r>
        <w:t>What fans and advocates are asking for , concrete, not symbolic</w:t>
      </w:r>
      <w:r/>
    </w:p>
    <w:p>
      <w:r/>
      <w:r>
        <w:t>Supporters want several practical moves: clear policies that prohibit players from using team-branded events to express discriminatory messages, meaningful discipline when those lines are crossed, and long-term investment in local LGBTQ groups. They’re not asking for theatre; they want accountability and sustained outreach. Simple steps , meeting with community leaders, donating time and funds, and publishing a plan for future Pride events , would show the Giants mean it.</w:t>
      </w:r>
      <w:r/>
    </w:p>
    <w:p>
      <w:pPr>
        <w:pStyle w:val="Heading2"/>
      </w:pPr>
      <w:r>
        <w:t>How other organisations handled similar moments</w:t>
      </w:r>
      <w:r/>
    </w:p>
    <w:p>
      <w:r/>
      <w:r>
        <w:t>Across sports and business, responses that work combine apology with action. Outlets reported MLB criticism and local investigations; elsewhere, teams that moved quickly to investigate, communicate transparently and partner with affected communities saw tensions ease faster. The lesson is obvious: take ownership, explain next steps, and then follow through. Fans in San Francisco are watching to see whether the Giants adopt that playbook.</w:t>
      </w:r>
      <w:r/>
    </w:p>
    <w:p>
      <w:pPr>
        <w:pStyle w:val="Heading2"/>
      </w:pPr>
      <w:r>
        <w:t>How fans can weigh returning their support</w:t>
      </w:r>
      <w:r/>
    </w:p>
    <w:p>
      <w:r/>
      <w:r>
        <w:t>For many fans the choice is personal and practical. Some will wait for visible signs of repair: a public apology that acknowledges harm, a clear behavioural policy for future events, or ongoing partnerships with LGBTQ organisations. Others want to see roster or staffing decisions that align with the team’s stated values. If you’re deciding whether to renew season tickets or wear the cap again, look for sustained commitment, not a one-off press release.</w:t>
      </w:r>
      <w:r/>
    </w:p>
    <w:p>
      <w:r/>
      <w:r>
        <w:t>It's a small change to make every Pride celebration feel like it truly belongs to the city it represents , and fans are ready to hold the team to that standard.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3">
        <w:r>
          <w:rPr>
            <w:color w:val="0000EE"/>
            <w:u w:val="single"/>
          </w:rPr>
          <w:t>[6]</w:t>
        </w:r>
      </w:hyperlink>
      <w:r>
        <w:t xml:space="preserve">, </w:t>
      </w:r>
      <w:hyperlink r:id="rId11">
        <w:r>
          <w:rPr>
            <w:color w:val="0000EE"/>
            <w:u w:val="single"/>
          </w:rPr>
          <w:t>[3]</w:t>
        </w:r>
      </w:hyperlink>
      <w:r>
        <w:t xml:space="preserve">- Paragraph 4: </w:t>
      </w:r>
      <w:hyperlink r:id="rId14">
        <w:r>
          <w:rPr>
            <w:color w:val="0000EE"/>
            <w:u w:val="single"/>
          </w:rPr>
          <w:t>[4]</w:t>
        </w:r>
      </w:hyperlink>
      <w:r>
        <w:t xml:space="preserve">, </w:t>
      </w:r>
      <w:hyperlink r:id="rId12">
        <w:r>
          <w:rPr>
            <w:color w:val="0000EE"/>
            <w:u w:val="single"/>
          </w:rPr>
          <w:t>[5]</w:t>
        </w:r>
      </w:hyperlink>
      <w:r>
        <w:t xml:space="preserve">- Paragraph 5: </w:t>
      </w:r>
      <w:hyperlink r:id="rId15">
        <w:r>
          <w:rPr>
            <w:color w:val="0000EE"/>
            <w:u w:val="single"/>
          </w:rPr>
          <w:t>[7]</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https://www.outsports.com/2026/8/11/24141145/dear-giants-sf-san-francisco-gay-fan-pride-night-performative/</w:t>
        </w:r>
      </w:hyperlink>
      <w:r>
        <w:t xml:space="preserve"> - Please view link - unable to able to access data</w:t>
      </w:r>
      <w:r/>
    </w:p>
    <w:p>
      <w:pPr>
        <w:pStyle w:val="ListNumber"/>
        <w:spacing w:line="240" w:lineRule="auto"/>
        <w:ind w:left="720"/>
      </w:pPr>
      <w:r/>
      <w:hyperlink r:id="rId10">
        <w:r>
          <w:rPr>
            <w:color w:val="0000EE"/>
            <w:u w:val="single"/>
          </w:rPr>
          <w:t>https://www.cbsnews.com/sanfrancisco/news/san-francisco-giants-pride-night-rainbow-uniforms-bible-verses-mlb-warning/</w:t>
        </w:r>
      </w:hyperlink>
      <w:r>
        <w:t xml:space="preserve"> - In June 2026, San Francisco Giants pitchers Landen Roupp, JT Brubaker, and Ryan Walker added Bible verses to their Pride Night caps, prompting Major League Baseball (MLB) to issue a warning about uniform alterations. Roupp's cap featured 'Gen 9:12-16,' overlapping the rainbow SF logo. MLB emphasized that the issue was with the uniform modification, not the message content. (</w:t>
      </w:r>
      <w:hyperlink r:id="rId16">
        <w:r>
          <w:rPr>
            <w:color w:val="0000EE"/>
            <w:u w:val="single"/>
          </w:rPr>
          <w:t>cbsnews.com</w:t>
        </w:r>
      </w:hyperlink>
      <w:r>
        <w:t>)</w:t>
      </w:r>
      <w:r/>
    </w:p>
    <w:p>
      <w:pPr>
        <w:pStyle w:val="ListNumber"/>
        <w:spacing w:line="240" w:lineRule="auto"/>
        <w:ind w:left="720"/>
      </w:pPr>
      <w:r/>
      <w:hyperlink r:id="rId11">
        <w:r>
          <w:rPr>
            <w:color w:val="0000EE"/>
            <w:u w:val="single"/>
          </w:rPr>
          <w:t>https://www.sfgate.com/giants/article/sf-giants-pride-backlash-22306839.php</w:t>
        </w:r>
      </w:hyperlink>
      <w:r>
        <w:t xml:space="preserve"> - Following the San Francisco Giants' Pride Night in June 2026, backlash emerged from various quarters. MLB issued a clarifying statement after Republicans criticized the league's warning to players who wrote on their Pride Night hats. The controversy highlighted tensions between the team's celebration of LGBTQ+ inclusivity and individual players' religious expressions. (</w:t>
      </w:r>
      <w:hyperlink r:id="rId17">
        <w:r>
          <w:rPr>
            <w:color w:val="0000EE"/>
            <w:u w:val="single"/>
          </w:rPr>
          <w:t>sfgate.com</w:t>
        </w:r>
      </w:hyperlink>
      <w:r>
        <w:t>)</w:t>
      </w:r>
      <w:r/>
    </w:p>
    <w:p>
      <w:pPr>
        <w:pStyle w:val="ListNumber"/>
        <w:spacing w:line="240" w:lineRule="auto"/>
        <w:ind w:left="720"/>
      </w:pPr>
      <w:r/>
      <w:hyperlink r:id="rId14">
        <w:r>
          <w:rPr>
            <w:color w:val="0000EE"/>
            <w:u w:val="single"/>
          </w:rPr>
          <w:t>https://www.wusf.org/sports/2026-06-22/florida-launches-probe-of-major-league-baseball-over-bible-verses-on-pride-caps</w:t>
        </w:r>
      </w:hyperlink>
      <w:r>
        <w:t xml:space="preserve"> - In June 2026, MLB Commissioner Rob Manfred addressed the San Francisco Giants' Pride Night uniform controversy, stating that the team failed to communicate to players that wearing Pride-themed hats was optional. He emphasized that no players would face fines or discipline for their actions. (</w:t>
      </w:r>
      <w:hyperlink r:id="rId18">
        <w:r>
          <w:rPr>
            <w:color w:val="0000EE"/>
            <w:u w:val="single"/>
          </w:rPr>
          <w:t>wusf.org</w:t>
        </w:r>
      </w:hyperlink>
      <w:r>
        <w:t>)</w:t>
      </w:r>
      <w:r/>
    </w:p>
    <w:p>
      <w:pPr>
        <w:pStyle w:val="ListNumber"/>
        <w:spacing w:line="240" w:lineRule="auto"/>
        <w:ind w:left="720"/>
      </w:pPr>
      <w:r/>
      <w:hyperlink r:id="rId12">
        <w:r>
          <w:rPr>
            <w:color w:val="0000EE"/>
            <w:u w:val="single"/>
          </w:rPr>
          <w:t>https://www.theguardian.com/sport/2026/jun/16/mlb-critical-of-giants-players-who-wrote-bible-verses-on-pride-night-caps</w:t>
        </w:r>
      </w:hyperlink>
      <w:r>
        <w:t xml:space="preserve"> - Major League Baseball criticized San Francisco Giants players who added Bible verses to their Pride Night caps in June 2026. MLB stated that the writing on the caps violated league rules, irrespective of the message's content. The incident sparked discussions about the balance between religious expression and team policies. (</w:t>
      </w:r>
      <w:hyperlink r:id="rId19">
        <w:r>
          <w:rPr>
            <w:color w:val="0000EE"/>
            <w:u w:val="single"/>
          </w:rPr>
          <w:t>theguardian.com</w:t>
        </w:r>
      </w:hyperlink>
      <w:r>
        <w:t>)</w:t>
      </w:r>
      <w:r/>
    </w:p>
    <w:p>
      <w:pPr>
        <w:pStyle w:val="ListNumber"/>
        <w:spacing w:line="240" w:lineRule="auto"/>
        <w:ind w:left="720"/>
      </w:pPr>
      <w:r/>
      <w:hyperlink r:id="rId13">
        <w:r>
          <w:rPr>
            <w:color w:val="0000EE"/>
            <w:u w:val="single"/>
          </w:rPr>
          <w:t>https://www.outsports.com/2026/6/22/24137724/san-francisco-giants-pride-night-hats-rob-manfred-josh-hawley/</w:t>
        </w:r>
      </w:hyperlink>
      <w:r>
        <w:t xml:space="preserve"> - MLB Commissioner Rob Manfred attributed the San Francisco Giants' Pride Night uniform controversy to the team's mismanagement. He noted that the Giants did not inform players that wearing Pride-themed hats was optional, leading to the incident where players added Bible verses to their caps. (</w:t>
      </w:r>
      <w:hyperlink r:id="rId20">
        <w:r>
          <w:rPr>
            <w:color w:val="0000EE"/>
            <w:u w:val="single"/>
          </w:rPr>
          <w:t>outsports.com</w:t>
        </w:r>
      </w:hyperlink>
      <w:r>
        <w:t>)</w:t>
      </w:r>
      <w:r/>
    </w:p>
    <w:p>
      <w:pPr>
        <w:pStyle w:val="ListNumber"/>
        <w:spacing w:line="240" w:lineRule="auto"/>
        <w:ind w:left="720"/>
      </w:pPr>
      <w:r/>
      <w:hyperlink r:id="rId15">
        <w:r>
          <w:rPr>
            <w:color w:val="0000EE"/>
            <w:u w:val="single"/>
          </w:rPr>
          <w:t>https://www.sfgate.com/giants/article/giants-pride-controversy-22311963.php/</w:t>
        </w:r>
      </w:hyperlink>
      <w:r>
        <w:t xml:space="preserve"> - The San Francisco Giants' Pride Night controversy in June 2026 led to reactions from fans and the LGBTQ+ community. Some patrons of Castro LGBTQ sports bar Hi Tops expressed frustration and disappointment over the team's handling of the event, highlighting the broader impact of the incident on the community. (</w:t>
      </w:r>
      <w:hyperlink r:id="rId21">
        <w:r>
          <w:rPr>
            <w:color w:val="0000EE"/>
            <w:u w:val="single"/>
          </w:rPr>
          <w:t>sfgate.com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ports.com/2026/8/11/24141145/dear-giants-sf-san-francisco-gay-fan-pride-night-performative/" TargetMode="External"/><Relationship Id="rId10" Type="http://schemas.openxmlformats.org/officeDocument/2006/relationships/hyperlink" Target="https://www.cbsnews.com/sanfrancisco/news/san-francisco-giants-pride-night-rainbow-uniforms-bible-verses-mlb-warning/" TargetMode="External"/><Relationship Id="rId11" Type="http://schemas.openxmlformats.org/officeDocument/2006/relationships/hyperlink" Target="https://www.sfgate.com/giants/article/sf-giants-pride-backlash-22306839.php" TargetMode="External"/><Relationship Id="rId12" Type="http://schemas.openxmlformats.org/officeDocument/2006/relationships/hyperlink" Target="https://www.theguardian.com/sport/2026/jun/16/mlb-critical-of-giants-players-who-wrote-bible-verses-on-pride-night-caps" TargetMode="External"/><Relationship Id="rId13" Type="http://schemas.openxmlformats.org/officeDocument/2006/relationships/hyperlink" Target="https://www.outsports.com/2026/6/22/24137724/san-francisco-giants-pride-night-hats-rob-manfred-josh-hawley/" TargetMode="External"/><Relationship Id="rId14" Type="http://schemas.openxmlformats.org/officeDocument/2006/relationships/hyperlink" Target="https://www.wusf.org/sports/2026-06-22/florida-launches-probe-of-major-league-baseball-over-bible-verses-on-pride-caps" TargetMode="External"/><Relationship Id="rId15" Type="http://schemas.openxmlformats.org/officeDocument/2006/relationships/hyperlink" Target="https://www.sfgate.com/giants/article/giants-pride-controversy-22311963.php/" TargetMode="External"/><Relationship Id="rId16" Type="http://schemas.openxmlformats.org/officeDocument/2006/relationships/hyperlink" Target="https://www.cbsnews.com/sanfrancisco/news/san-francisco-giants-pride-night-rainbow-uniforms-bible-verses-mlb-warning/?utm_source=openai" TargetMode="External"/><Relationship Id="rId17" Type="http://schemas.openxmlformats.org/officeDocument/2006/relationships/hyperlink" Target="https://www.sfgate.com/giants/article/sf-giants-pride-backlash-22306839.php?utm_source=openai" TargetMode="External"/><Relationship Id="rId18" Type="http://schemas.openxmlformats.org/officeDocument/2006/relationships/hyperlink" Target="https://www.wusf.org/sports/2026-06-22/florida-launches-probe-of-major-league-baseball-over-bible-verses-on-pride-caps?utm_source=openai" TargetMode="External"/><Relationship Id="rId19" Type="http://schemas.openxmlformats.org/officeDocument/2006/relationships/hyperlink" Target="https://www.theguardian.com/sport/2026/jun/16/mlb-critical-of-giants-players-who-wrote-bible-verses-on-pride-night-caps?utm_source=openai" TargetMode="External"/><Relationship Id="rId20" Type="http://schemas.openxmlformats.org/officeDocument/2006/relationships/hyperlink" Target="https://www.outsports.com/2026/6/22/24137724/san-francisco-giants-pride-night-hats-rob-manfred-josh-hawley/?utm_source=openai" TargetMode="External"/><Relationship Id="rId21" Type="http://schemas.openxmlformats.org/officeDocument/2006/relationships/hyperlink" Target="https://www.sfgate.com/giants/article/giants-pride-controversy-22311963.ph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