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to Go to B Curious 2026 — Belgium's Tenth Bi+ Day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community moment: organisers are gearing up for B Curious 2026, a free, one-day festival in Kortrijk on Saturday 19 September that celebrates sexual fluidity, bi+ identities and queerness , timed near Bi Visibility Day and offering workshops, games, cat yoga and a birthday party.</w:t>
      </w:r>
      <w:r/>
    </w:p>
    <w:p>
      <w:r/>
      <w:r>
        <w:t>Essential Takeaways</w:t>
      </w:r>
      <w:r/>
      <w:r/>
    </w:p>
    <w:p>
      <w:pPr>
        <w:pStyle w:val="ListBullet"/>
        <w:spacing w:line="240" w:lineRule="auto"/>
        <w:ind w:left="720"/>
      </w:pPr>
      <w:r/>
      <w:r>
        <w:rPr>
          <w:b/>
        </w:rPr>
        <w:t>When and where:</w:t>
      </w:r>
      <w:r>
        <w:t xml:space="preserve"> Saturday 19 September at JC Tranzit in Kortrijk, Belgium , a one-day, mostly Dutch event with English elements.</w:t>
      </w:r>
      <w:r/>
    </w:p>
    <w:p>
      <w:pPr>
        <w:pStyle w:val="ListBullet"/>
        <w:spacing w:line="240" w:lineRule="auto"/>
        <w:ind w:left="720"/>
      </w:pPr>
      <w:r/>
      <w:r>
        <w:rPr>
          <w:b/>
        </w:rPr>
        <w:t>Free and festival-style:</w:t>
      </w:r>
      <w:r>
        <w:t xml:space="preserve"> Admission costs nothing and the day mixes workshops, socials and light-hearted activities , expect a friendly, low-pressure vibe.</w:t>
      </w:r>
      <w:r/>
    </w:p>
    <w:p>
      <w:pPr>
        <w:pStyle w:val="ListBullet"/>
        <w:spacing w:line="240" w:lineRule="auto"/>
        <w:ind w:left="720"/>
      </w:pPr>
      <w:r/>
      <w:r>
        <w:rPr>
          <w:b/>
        </w:rPr>
        <w:t>Workshops to pick:</w:t>
      </w:r>
      <w:r>
        <w:t xml:space="preserve"> Topics include bi+ and neurodiversity, bystander training, speed “dating” for friends, and a Bi Film &amp; Music quiz.</w:t>
      </w:r>
      <w:r/>
    </w:p>
    <w:p>
      <w:pPr>
        <w:pStyle w:val="ListBullet"/>
        <w:spacing w:line="240" w:lineRule="auto"/>
        <w:ind w:left="720"/>
      </w:pPr>
      <w:r/>
      <w:r>
        <w:rPr>
          <w:b/>
        </w:rPr>
        <w:t>Pace and comfort:</w:t>
      </w:r>
      <w:r>
        <w:t xml:space="preserve"> Program runs 09:30–18:00 with three workshop blocks and two long breaks , good for mingling and catching a quiet moment.</w:t>
      </w:r>
      <w:r/>
    </w:p>
    <w:p>
      <w:pPr>
        <w:pStyle w:val="ListBullet"/>
        <w:spacing w:line="240" w:lineRule="auto"/>
        <w:ind w:left="720"/>
      </w:pPr>
      <w:r/>
      <w:r>
        <w:rPr>
          <w:b/>
        </w:rPr>
        <w:t>Community flavours:</w:t>
      </w:r>
      <w:r>
        <w:t xml:space="preserve"> There’s a birthday party finale, cat yoga for a playful touch, and sessions geared toward practical support and social connection.</w:t>
      </w:r>
      <w:r/>
      <w:r/>
    </w:p>
    <w:p>
      <w:pPr>
        <w:pStyle w:val="Heading2"/>
      </w:pPr>
      <w:r>
        <w:t>Why the tenth B Curious matters , and feels like a milestone</w:t>
      </w:r>
      <w:r/>
    </w:p>
    <w:p>
      <w:r/>
      <w:r>
        <w:t>This is the tenth B Curious, so there’s a sense of momentum and ritual to the day. It’s not just another meetup; it’s a decade of visibility and community-building in action. The line-up leans into both serious and joyful elements, which makes it feel human: you can learn about neurodiversity and bystander skills in the morning, then stretch out in a cat yoga class later. That blend helps newcomers feel welcome and keeps regulars coming back.</w:t>
      </w:r>
      <w:r/>
    </w:p>
    <w:p>
      <w:pPr>
        <w:pStyle w:val="Heading2"/>
      </w:pPr>
      <w:r>
        <w:t>What to expect from the schedule , how to plan your day</w:t>
      </w:r>
      <w:r/>
    </w:p>
    <w:p>
      <w:r/>
      <w:r>
        <w:t>The event opens at 09:30 with reception and runs through to a birthday party at 17:00. There are three workshop blocks spread across the day with a generous lunch break, so you won’t be rushed from session to session. If you’re someone who needs downtime, the long breaks are ideal for grabbing a coffee, people-watching or finding a quieter corner. Bring layers , community venues can be unpredictable in temperature.</w:t>
      </w:r>
      <w:r/>
    </w:p>
    <w:p>
      <w:pPr>
        <w:pStyle w:val="Heading2"/>
      </w:pPr>
      <w:r>
        <w:t>Workshops and activities worth pencilling in</w:t>
      </w:r>
      <w:r/>
    </w:p>
    <w:p>
      <w:r/>
      <w:r>
        <w:t>The workshops cover practical, emotional and social topics. Bystander training is useful if you want tools to safely intervene in harassment. Sessions on bi+ identities and neurodiversity can offer validation and new frameworks for understanding yourself or supporting friends. For a lighter touch, speed dating for friends and the Bi Film &amp; Music quiz are great icebreakers if you’re anxious about mingling. Cat yoga honestly sounds like a viral moment waiting to happen , fun if you like animals and gentle movement.</w:t>
      </w:r>
      <w:r/>
    </w:p>
    <w:p>
      <w:pPr>
        <w:pStyle w:val="Heading2"/>
      </w:pPr>
      <w:r>
        <w:t>Accessibility, language and who should come</w:t>
      </w:r>
      <w:r/>
    </w:p>
    <w:p>
      <w:r/>
      <w:r>
        <w:t>The event is mainly in Dutch but includes elements in English, so multilingual attendees should be comfortable. It’s aimed at people who are attracted to more than one gender, those who don’t identify as straight, gay or lesbian, and anyone whose relationships or identity sit outside the “norm”. Because it’s free and daytime, it’s a good option for students, families, and people who prefer smaller, substance-led gatherings over large Pride-style festivals.</w:t>
      </w:r>
      <w:r/>
    </w:p>
    <w:p>
      <w:pPr>
        <w:pStyle w:val="Heading2"/>
      </w:pPr>
      <w:r>
        <w:t>How to get the most from B Curious 2026</w:t>
      </w:r>
      <w:r/>
    </w:p>
    <w:p>
      <w:r/>
      <w:r>
        <w:t>Pick one or two workshop themes you really want, and treat the rest of the schedule as bonus time. Introduce yourself to someone between sessions , even a short “Hi, first time here” opens doors. If you want privacy, scope out the quieter corners of JC Tranzit during breaks. And if you’re an organiser or volunteer, bring water and a smile; community events run on small acts of care.</w:t>
      </w:r>
      <w:r/>
    </w:p>
    <w:p>
      <w:r/>
      <w:r>
        <w:t>It's a small change that can make every connection feel a little safer and a lot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Paragraph 3: </w:t>
      </w:r>
      <w:hyperlink r:id="rId10">
        <w:r>
          <w:rPr>
            <w:color w:val="0000EE"/>
            <w:u w:val="single"/>
          </w:rPr>
          <w:t>[5]</w:t>
        </w:r>
      </w:hyperlink>
      <w:r>
        <w:t xml:space="preserve">- Paragraph 4: </w:t>
      </w:r>
      <w:hyperlink r:id="rId10">
        <w:r>
          <w:rPr>
            <w:color w:val="0000EE"/>
            <w:u w:val="single"/>
          </w:rPr>
          <w:t>[6]</w:t>
        </w:r>
      </w:hyperlink>
      <w:r>
        <w:t xml:space="preserve">- Paragraph 5: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https://bicommunitynews.co.uk/2026/08/11/belgians-plan-tenth-bi-day/?utm_source=rss&amp;utm_medium=rss&amp;utm_campaign=belgians-plan-tenth-bi-day</w:t>
        </w:r>
      </w:hyperlink>
      <w:r>
        <w:t xml:space="preserve"> - Please view link - unable to able to access data</w:t>
      </w:r>
      <w:r/>
    </w:p>
    <w:p>
      <w:pPr>
        <w:pStyle w:val="ListNumber"/>
        <w:spacing w:line="240" w:lineRule="auto"/>
        <w:ind w:left="720"/>
      </w:pPr>
      <w:r/>
      <w:hyperlink r:id="rId10">
        <w:r>
          <w:rPr>
            <w:color w:val="0000EE"/>
            <w:u w:val="single"/>
          </w:rPr>
          <w:t>https://www.cavaria.be/bcurious2026</w:t>
        </w:r>
      </w:hyperlink>
      <w:r>
        <w:t xml:space="preserve"> - The official website for B Curious 2026 provides detailed information about the event, including its mission to celebrate sexual fluidity, being bi+, and queerness. It outlines the schedule for Saturday, September 19, 2026, at JC Tranzit in Kortrijk, Belgium, featuring a reception, general introduction, multiple workshop blocks, and a birthday party. The workshops cover topics such as Bi+ and neurodiversity, speed dating for friends, bystander training, cat yoga, playing games together, and a Bi Film &amp; Music quiz. The event is free and primarily conducted in Dutch, with parts in English.</w:t>
      </w:r>
      <w:r/>
    </w:p>
    <w:p>
      <w:pPr>
        <w:pStyle w:val="ListNumber"/>
        <w:spacing w:line="240" w:lineRule="auto"/>
        <w:ind w:left="720"/>
      </w:pPr>
      <w:r/>
      <w:hyperlink r:id="rId10">
        <w:r>
          <w:rPr>
            <w:color w:val="0000EE"/>
            <w:u w:val="single"/>
          </w:rPr>
          <w:t>https://www.cavaria.be/bcurious2026</w:t>
        </w:r>
      </w:hyperlink>
      <w:r>
        <w:t xml:space="preserve"> - The official website for B Curious 2026 provides detailed information about the event, including its mission to celebrate sexual fluidity, being bi+, and queerness. It outlines the schedule for Saturday, September 19, 2026, at JC Tranzit in Kortrijk, Belgium, featuring a reception, general introduction, multiple workshop blocks, and a birthday party. The workshops cover topics such as Bi+ and neurodiversity, speed dating for friends, bystander training, cat yoga, playing games together, and a Bi Film &amp; Music quiz. The event is free and primarily conducted in Dutch, with parts in English.</w:t>
      </w:r>
      <w:r/>
    </w:p>
    <w:p>
      <w:pPr>
        <w:pStyle w:val="ListNumber"/>
        <w:spacing w:line="240" w:lineRule="auto"/>
        <w:ind w:left="720"/>
      </w:pPr>
      <w:r/>
      <w:hyperlink r:id="rId10">
        <w:r>
          <w:rPr>
            <w:color w:val="0000EE"/>
            <w:u w:val="single"/>
          </w:rPr>
          <w:t>https://www.cavaria.be/bcurious2026</w:t>
        </w:r>
      </w:hyperlink>
      <w:r>
        <w:t xml:space="preserve"> - The official website for B Curious 2026 provides detailed information about the event, including its mission to celebrate sexual fluidity, being bi+, and queerness. It outlines the schedule for Saturday, September 19, 2026, at JC Tranzit in Kortrijk, Belgium, featuring a reception, general introduction, multiple workshop blocks, and a birthday party. The workshops cover topics such as Bi+ and neurodiversity, speed dating for friends, bystander training, cat yoga, playing games together, and a Bi Film &amp; Music quiz. The event is free and primarily conducted in Dutch, with parts in English.</w:t>
      </w:r>
      <w:r/>
    </w:p>
    <w:p>
      <w:pPr>
        <w:pStyle w:val="ListNumber"/>
        <w:spacing w:line="240" w:lineRule="auto"/>
        <w:ind w:left="720"/>
      </w:pPr>
      <w:r/>
      <w:hyperlink r:id="rId10">
        <w:r>
          <w:rPr>
            <w:color w:val="0000EE"/>
            <w:u w:val="single"/>
          </w:rPr>
          <w:t>https://www.cavaria.be/bcurious2026</w:t>
        </w:r>
      </w:hyperlink>
      <w:r>
        <w:t xml:space="preserve"> - The official website for B Curious 2026 provides detailed information about the event, including its mission to celebrate sexual fluidity, being bi+, and queerness. It outlines the schedule for Saturday, September 19, 2026, at JC Tranzit in Kortrijk, Belgium, featuring a reception, general introduction, multiple workshop blocks, and a birthday party. The workshops cover topics such as Bi+ and neurodiversity, speed dating for friends, bystander training, cat yoga, playing games together, and a Bi Film &amp; Music quiz. The event is free and primarily conducted in Dutch, with parts in English.</w:t>
      </w:r>
      <w:r/>
    </w:p>
    <w:p>
      <w:pPr>
        <w:pStyle w:val="ListNumber"/>
        <w:spacing w:line="240" w:lineRule="auto"/>
        <w:ind w:left="720"/>
      </w:pPr>
      <w:r/>
      <w:hyperlink r:id="rId10">
        <w:r>
          <w:rPr>
            <w:color w:val="0000EE"/>
            <w:u w:val="single"/>
          </w:rPr>
          <w:t>https://www.cavaria.be/bcurious2026</w:t>
        </w:r>
      </w:hyperlink>
      <w:r>
        <w:t xml:space="preserve"> - The official website for B Curious 2026 provides detailed information about the event, including its mission to celebrate sexual fluidity, being bi+, and queerness. It outlines the schedule for Saturday, September 19, 2026, at JC Tranzit in Kortrijk, Belgium, featuring a reception, general introduction, multiple workshop blocks, and a birthday party. The workshops cover topics such as Bi+ and neurodiversity, speed dating for friends, bystander training, cat yoga, playing games together, and a Bi Film &amp; Music quiz. The event is free and primarily conducted in Dutch, with parts in English.</w:t>
      </w:r>
      <w:r/>
    </w:p>
    <w:p>
      <w:pPr>
        <w:pStyle w:val="ListNumber"/>
        <w:spacing w:line="240" w:lineRule="auto"/>
        <w:ind w:left="720"/>
      </w:pPr>
      <w:r/>
      <w:hyperlink r:id="rId10">
        <w:r>
          <w:rPr>
            <w:color w:val="0000EE"/>
            <w:u w:val="single"/>
          </w:rPr>
          <w:t>https://www.cavaria.be/bcurious2026</w:t>
        </w:r>
      </w:hyperlink>
      <w:r>
        <w:t xml:space="preserve"> - The official website for B Curious 2026 provides detailed information about the event, including its mission to celebrate sexual fluidity, being bi+, and queerness. It outlines the schedule for Saturday, September 19, 2026, at JC Tranzit in Kortrijk, Belgium, featuring a reception, general introduction, multiple workshop blocks, and a birthday party. The workshops cover topics such as Bi+ and neurodiversity, speed dating for friends, bystander training, cat yoga, playing games together, and a Bi Film &amp; Music quiz. The event is free and primarily conducted in Dutch, with parts in English.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communitynews.co.uk/2026/08/11/belgians-plan-tenth-bi-day/?utm_source=rss&amp;utm_medium=rss&amp;utm_campaign=belgians-plan-tenth-bi-day" TargetMode="External"/><Relationship Id="rId10" Type="http://schemas.openxmlformats.org/officeDocument/2006/relationships/hyperlink" Target="https://www.cavaria.be/bcuriou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