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Photos Capture Galway Pride’s “Still We Rise” Energy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joy, Galway Pride drew locals and visitors alike to Ireland’s west coast for a week of music, study panels, parties and a parade that reminded everyone why the festival has thrived since 1989. Here’s what made this year’s “Still We Rise” celebration feel both triumphant and tender.</w:t>
      </w:r>
      <w:r/>
    </w:p>
    <w:p>
      <w:r/>
      <w:r>
        <w:t>Essential Takeaways</w:t>
      </w:r>
      <w:r/>
      <w:r/>
    </w:p>
    <w:p>
      <w:pPr>
        <w:pStyle w:val="ListBullet"/>
        <w:spacing w:line="240" w:lineRule="auto"/>
        <w:ind w:left="720"/>
      </w:pPr>
      <w:r/>
      <w:r>
        <w:rPr>
          <w:b/>
        </w:rPr>
        <w:t>Long history:</w:t>
      </w:r>
      <w:r>
        <w:t xml:space="preserve"> Galway Pride began in 1989 and is Ireland’s longest continually running Pride festival.</w:t>
      </w:r>
      <w:r/>
    </w:p>
    <w:p>
      <w:pPr>
        <w:pStyle w:val="ListBullet"/>
        <w:spacing w:line="240" w:lineRule="auto"/>
        <w:ind w:left="720"/>
      </w:pPr>
      <w:r/>
      <w:r>
        <w:rPr>
          <w:b/>
        </w:rPr>
        <w:t>Theme and symbol:</w:t>
      </w:r>
      <w:r>
        <w:t xml:space="preserve"> This year’s theme was “Still We Rise,” with the Phoenix as a visual metaphor for resilience and renewal.</w:t>
      </w:r>
      <w:r/>
    </w:p>
    <w:p>
      <w:pPr>
        <w:pStyle w:val="ListBullet"/>
        <w:spacing w:line="240" w:lineRule="auto"/>
        <w:ind w:left="720"/>
      </w:pPr>
      <w:r/>
      <w:r>
        <w:rPr>
          <w:b/>
        </w:rPr>
        <w:t>Weeklong programme:</w:t>
      </w:r>
      <w:r>
        <w:t xml:space="preserve"> Events ranged from a LipSync Battle and Queer Studies Symposium to Trans Night Out and a Queer Latinx Party.</w:t>
      </w:r>
      <w:r/>
    </w:p>
    <w:p>
      <w:pPr>
        <w:pStyle w:val="ListBullet"/>
        <w:spacing w:line="240" w:lineRule="auto"/>
        <w:ind w:left="720"/>
      </w:pPr>
      <w:r/>
      <w:r>
        <w:rPr>
          <w:b/>
        </w:rPr>
        <w:t>Parade highlight:</w:t>
      </w:r>
      <w:r>
        <w:t xml:space="preserve"> The Pride Parade on Saturday brought hundreds into the streets, joyful and colourful, with a lively, communal spirit.</w:t>
      </w:r>
      <w:r/>
    </w:p>
    <w:p>
      <w:pPr>
        <w:pStyle w:val="ListBullet"/>
        <w:spacing w:line="240" w:lineRule="auto"/>
        <w:ind w:left="720"/>
      </w:pPr>
      <w:r/>
      <w:r>
        <w:rPr>
          <w:b/>
        </w:rPr>
        <w:t>Local flavour:</w:t>
      </w:r>
      <w:r>
        <w:t xml:space="preserve"> The festival blends grassroots activism with party culture, offering intimate gatherings and larger public celebrations.</w:t>
      </w:r>
      <w:r/>
      <w:r/>
    </w:p>
    <w:p>
      <w:pPr>
        <w:pStyle w:val="Heading2"/>
      </w:pPr>
      <w:r>
        <w:t>A phoenix on the flags: why the symbol mattered this year</w:t>
      </w:r>
      <w:r/>
    </w:p>
    <w:p>
      <w:r/>
      <w:r>
        <w:t>Right from the start the Phoenix set a quietly defiant tone; you could almost feel it in the warm shrug of applause and the bright fabrics on show. Organisers said the bird represented rebirth after hardship , a neat shorthand for a community that’s seen legal progress but still fights stigma, and that message landed visually across banners and costumes. Local photographers caught faces alight with relief and mischief, which made the symbol feel less theatrical and more human. If you’re choosing Pride merch or a float theme next year, think about images that carry both spectacle and story.</w:t>
      </w:r>
      <w:r/>
    </w:p>
    <w:p>
      <w:pPr>
        <w:pStyle w:val="Heading2"/>
      </w:pPr>
      <w:r>
        <w:t>From Eyre Square to a city-wide embrace: the festival’s roots and reach</w:t>
      </w:r>
      <w:r/>
    </w:p>
    <w:p>
      <w:r/>
      <w:r>
        <w:t>What began with 15 people in Eyre Square has grown into an event that pulls visitors to Galway from across Ireland and beyond. That continuity matters: according to long-time attendees, the festival’s steady presence has helped build a broad support network for queer folks in the west. Small venues, pub nights, panels and club shows, rub shoulders with the big public moments, so the festival manages to be both accessible and aspirational. For first-timers, take advantage of the week’s quieter events to meet people; the big parade is brilliant, but the smaller gatherings often leave the warmest impressions.</w:t>
      </w:r>
      <w:r/>
    </w:p>
    <w:p>
      <w:pPr>
        <w:pStyle w:val="Heading2"/>
      </w:pPr>
      <w:r>
        <w:t>Parties, panels and pride: the programme mixed joy with reflection</w:t>
      </w:r>
      <w:r/>
    </w:p>
    <w:p>
      <w:r/>
      <w:r>
        <w:t>The week’s line-up balanced play and purpose: a LipSync Battle and Club Gass dance night kept the energy high, while a Queer Studies Symposium offered room for thought and learning. Events such as Trans Night Out gave a focused, safe space for trans and non-binary people to connect, which feels necessary in a carnival that can sometimes overwhelm. Mixing celebratory parties with study sessions and community nights is a trend you’ll see at growing Pride festivals , it keeps the weekend fun without losing its political edge. If you’re planning your own Pride weekend, aim to book at least one reflective event alongside the parties.</w:t>
      </w:r>
      <w:r/>
    </w:p>
    <w:p>
      <w:pPr>
        <w:pStyle w:val="Heading2"/>
      </w:pPr>
      <w:r>
        <w:t>Parade day: colour, community and a cheerful chaos</w:t>
      </w:r>
      <w:r/>
    </w:p>
    <w:p>
      <w:r/>
      <w:r>
        <w:t>The parade route transformed Galway’s streets into a patchwork of flags, sequins and drumbeats; families, students and older residents lined the pavements, cheering. There was a theatrical, joyful noise to it , and a few tender pauses when organisers and marchers offered moments of remembrance and thanks. For many, the parade is the festival’s emotional core: a public declaration of belonging that’s as much about neighbourhoods as it is about identity. If crowds aren’t your thing, arrive early or watch from a café terrace for a gentler view that still captures the fun.</w:t>
      </w:r>
      <w:r/>
    </w:p>
    <w:p>
      <w:pPr>
        <w:pStyle w:val="Heading2"/>
      </w:pPr>
      <w:r>
        <w:t>What the festival means going forward</w:t>
      </w:r>
      <w:r/>
    </w:p>
    <w:p>
      <w:r/>
      <w:r>
        <w:t>Galway Pride’s “Still We Rise” felt like a gentle but firm reminder that visibility and resilience are ongoing work. Organisers have kept the festival locally rooted while broadening its appeal, and the Phoenix motif hinted at a willingness to transform and adapt. Community-focused events such as Trans Night Out and the symposium suggest a festival thinking beyond one weekend, toward lasting support and conversation. Expect next year’s edition to borrow the same mix of spectacle and substance , and bring even more colours back to the streets.</w:t>
      </w:r>
      <w:r/>
    </w:p>
    <w:p>
      <w:r/>
      <w:r>
        <w:t>It’s a small change that can make every celebration feel safer, prouder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https://www.gaycities.com/articles/106712/photos-galway-pride-celebrates-the-queer-irish-experience/</w:t>
        </w:r>
      </w:hyperlink>
      <w:r>
        <w:t xml:space="preserve"> - Please view link - unable to able to access data</w:t>
      </w:r>
      <w:r/>
    </w:p>
    <w:p>
      <w:pPr>
        <w:pStyle w:val="ListNumber"/>
        <w:spacing w:line="240" w:lineRule="auto"/>
        <w:ind w:left="720"/>
      </w:pPr>
      <w:r/>
      <w:hyperlink r:id="rId10">
        <w:r>
          <w:rPr>
            <w:color w:val="0000EE"/>
            <w:u w:val="single"/>
          </w:rPr>
          <w:t>https://www.galwaypride.ie/events/club-gass-pride-party</w:t>
        </w:r>
      </w:hyperlink>
      <w:r>
        <w:t xml:space="preserve"> - The Club GASS Pride Party is a vibrant event held at Róisín Dubh in Galway, featuring a Pride Beer Garden Party with DJs and Drag Games, a Pre-Show Warm-Up, Main Drag Show Extravaganza, and a UV Party. Hosted by Kiki St. Clair, the event showcases special guests and a lineup of Club GASS favourites, offering a full day and night of celebration, drag, music, and dancing.</w:t>
      </w:r>
      <w:r/>
    </w:p>
    <w:p>
      <w:pPr>
        <w:pStyle w:val="ListNumber"/>
        <w:spacing w:line="240" w:lineRule="auto"/>
        <w:ind w:left="720"/>
      </w:pPr>
      <w:r/>
      <w:hyperlink r:id="rId12">
        <w:r>
          <w:rPr>
            <w:color w:val="0000EE"/>
            <w:u w:val="single"/>
          </w:rPr>
          <w:t>https://www.amachlgbt.com/media-posts/galway-pride-2023</w:t>
        </w:r>
      </w:hyperlink>
      <w:r>
        <w:t xml:space="preserve"> - AMACH! LGBTI+ Galway announced Galway's Rainbow Archive Exhibition, marking 40 years of LGBTQ+ history in Galway. The exhibition, featuring video, photography, t-shirts, badges, banners, and more, was held at PorterShed, with opening times varying throughout the week. The exhibition launch took place on Tuesday, August 8, 2023, from 7-9pm, with additional viewing times on Wednesday, Thursday, and Friday.</w:t>
      </w:r>
      <w:r/>
    </w:p>
    <w:p>
      <w:pPr>
        <w:pStyle w:val="ListNumber"/>
        <w:spacing w:line="240" w:lineRule="auto"/>
        <w:ind w:left="720"/>
      </w:pPr>
      <w:r/>
      <w:hyperlink r:id="rId11">
        <w:r>
          <w:rPr>
            <w:color w:val="0000EE"/>
            <w:u w:val="single"/>
          </w:rPr>
          <w:t>https://gcn.ie/galway-pride-2023-events/</w:t>
        </w:r>
      </w:hyperlink>
      <w:r>
        <w:t xml:space="preserve"> - Galway Community Pride 2023 offered a diverse lineup of events, including a discussion on Neurodivergent Representation in Animation, a Disability Space online, a Trans &amp; Non-Binary Safe Space, and a Queer BIPOC Open Mic Night. The main event, the Galway Community Pride Parade, took place on Saturday, August 12, 2023, followed by a Family Picnic, Sober Paint &amp; Sip, Yard Party, and Rainbow Umbrella Market.</w:t>
      </w:r>
      <w:r/>
    </w:p>
    <w:p>
      <w:pPr>
        <w:pStyle w:val="ListNumber"/>
        <w:spacing w:line="240" w:lineRule="auto"/>
        <w:ind w:left="720"/>
      </w:pPr>
      <w:r/>
      <w:hyperlink r:id="rId13">
        <w:r>
          <w:rPr>
            <w:color w:val="0000EE"/>
            <w:u w:val="single"/>
          </w:rPr>
          <w:t>https://www.galwaypride.ie/events/trans-night-out</w:t>
        </w:r>
      </w:hyperlink>
      <w:r>
        <w:t xml:space="preserve"> - The Trans Night Out event, organised by Galway Community Pride, is scheduled for Monday, August 12, 2024, from 8:30 pm to 11:30 pm in Galway city, Ireland. The event aims to provide a safe and inclusive space for the transgender community and allies to come together and celebrate.</w:t>
      </w:r>
      <w:r/>
    </w:p>
    <w:p>
      <w:pPr>
        <w:pStyle w:val="ListNumber"/>
        <w:spacing w:line="240" w:lineRule="auto"/>
        <w:ind w:left="720"/>
      </w:pPr>
      <w:r/>
      <w:hyperlink r:id="rId13">
        <w:r>
          <w:rPr>
            <w:color w:val="0000EE"/>
            <w:u w:val="single"/>
          </w:rPr>
          <w:t>https://www.galwaypride.ie/events/trans-night-out</w:t>
        </w:r>
      </w:hyperlink>
      <w:r>
        <w:t xml:space="preserve"> - The Trans Night Out event, organised by Galway Community Pride, is scheduled for Monday, August 12, 2024, from 8:30 pm to 11:30 pm in Galway city, Ireland. The event aims to provide a safe and inclusive space for the transgender community and allies to come together and celebrate.</w:t>
      </w:r>
      <w:r/>
    </w:p>
    <w:p>
      <w:pPr>
        <w:pStyle w:val="ListNumber"/>
        <w:spacing w:line="240" w:lineRule="auto"/>
        <w:ind w:left="720"/>
      </w:pPr>
      <w:r/>
      <w:hyperlink r:id="rId10">
        <w:r>
          <w:rPr>
            <w:color w:val="0000EE"/>
            <w:u w:val="single"/>
          </w:rPr>
          <w:t>https://www.galwaypride.ie/events/club-gass-pride-party</w:t>
        </w:r>
      </w:hyperlink>
      <w:r>
        <w:t xml:space="preserve"> - The Club GASS Pride Party is a vibrant event held at Róisín Dubh in Galway, featuring a Pride Beer Garden Party with DJs and Drag Games, a Pre-Show Warm-Up, Main Drag Show Extravaganza, and a UV Party. Hosted by Kiki St. Clair, the event showcases special guests and a lineup of Club GASS favourites, offering a full day and night of celebration, drag, music, and dancing.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712/photos-galway-pride-celebrates-the-queer-irish-experience/" TargetMode="External"/><Relationship Id="rId10" Type="http://schemas.openxmlformats.org/officeDocument/2006/relationships/hyperlink" Target="https://www.galwaypride.ie/events/club-gass-pride-party" TargetMode="External"/><Relationship Id="rId11" Type="http://schemas.openxmlformats.org/officeDocument/2006/relationships/hyperlink" Target="https://gcn.ie/galway-pride-2023-events/" TargetMode="External"/><Relationship Id="rId12" Type="http://schemas.openxmlformats.org/officeDocument/2006/relationships/hyperlink" Target="https://www.amachlgbt.com/media-posts/galway-pride-2023" TargetMode="External"/><Relationship Id="rId13" Type="http://schemas.openxmlformats.org/officeDocument/2006/relationships/hyperlink" Target="https://www.galwaypride.ie/events/trans-night-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