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Best One Night Only Review: Fun Rom‑Com, Flawed Political Logic</w:t>
      </w:r>
      <w:r/>
    </w:p>
    <w:p>
      <w:r/>
      <w:r/>
    </w:p>
    <w:p>
      <w:r>
        <w:drawing>
          <wp:inline xmlns:a="http://schemas.openxmlformats.org/drawingml/2006/main" xmlns:pic="http://schemas.openxmlformats.org/drawingml/2006/picture">
            <wp:extent cx="5080000" cy="3408101"/>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3408101"/>
                    </a:xfrm>
                    <a:prstGeom prst="rect"/>
                  </pic:spPr>
                </pic:pic>
              </a:graphicData>
            </a:graphic>
          </wp:inline>
        </w:drawing>
      </w:r>
    </w:p>
    <w:p>
      <w:r/>
      <w:r>
        <w:rPr>
          <w:b/>
        </w:rPr>
        <w:t>Shoppers are flocking to the cinema to see One Night Only, a glossy rom‑com set in a surveilled future where a once‑a‑year sexual free‑for‑all turns ordinary nights into criminal offences , it’s fun to watch, but the film’s political premise leaves a sour aftertaste for viewers who notice who’s left out.</w:t>
      </w:r>
      <w:r/>
    </w:p>
    <w:p>
      <w:r/>
      <w:r>
        <w:t>Essential Takeaways</w:t>
      </w:r>
      <w:r/>
      <w:r/>
    </w:p>
    <w:p>
      <w:pPr>
        <w:pStyle w:val="ListBullet"/>
        <w:spacing w:line="240" w:lineRule="auto"/>
        <w:ind w:left="720"/>
      </w:pPr>
      <w:r/>
      <w:r>
        <w:rPr>
          <w:b/>
        </w:rPr>
        <w:t>Breezy tone:</w:t>
      </w:r>
      <w:r>
        <w:t xml:space="preserve"> The film plays like an aughties romantic comedy, with bright chemistry between the leads and plenty of laugh‑out‑loud moments.</w:t>
      </w:r>
      <w:r/>
    </w:p>
    <w:p>
      <w:pPr>
        <w:pStyle w:val="ListBullet"/>
        <w:spacing w:line="240" w:lineRule="auto"/>
        <w:ind w:left="720"/>
      </w:pPr>
      <w:r/>
      <w:r>
        <w:rPr>
          <w:b/>
        </w:rPr>
        <w:t>High‑concept premise:</w:t>
      </w:r>
      <w:r>
        <w:t xml:space="preserve"> A hypothetical “Mandate” uses implanted biochips to police sex, with one legally permitted night annually , an arresting setup that shapes every joke and plot twist.</w:t>
      </w:r>
      <w:r/>
    </w:p>
    <w:p>
      <w:pPr>
        <w:pStyle w:val="ListBullet"/>
        <w:spacing w:line="240" w:lineRule="auto"/>
        <w:ind w:left="720"/>
      </w:pPr>
      <w:r/>
      <w:r>
        <w:rPr>
          <w:b/>
        </w:rPr>
        <w:t>Problematic logic:</w:t>
      </w:r>
      <w:r>
        <w:t xml:space="preserve"> Critics note the story hand‑waves the likely real‑world fallout for LGBTQ+ people, creating dissonance between worldbuilding and plausible political consequences.</w:t>
      </w:r>
      <w:r/>
    </w:p>
    <w:p>
      <w:pPr>
        <w:pStyle w:val="ListBullet"/>
        <w:spacing w:line="240" w:lineRule="auto"/>
        <w:ind w:left="720"/>
      </w:pPr>
      <w:r/>
      <w:r>
        <w:rPr>
          <w:b/>
        </w:rPr>
        <w:t>Performance highlights:</w:t>
      </w:r>
      <w:r>
        <w:t xml:space="preserve"> Callum Turner and Monica Barbaro carry the film with charm; supporting moments , from parody songs to oddball misadventures , land well.</w:t>
      </w:r>
      <w:r/>
    </w:p>
    <w:p>
      <w:pPr>
        <w:pStyle w:val="ListBullet"/>
        <w:spacing w:line="240" w:lineRule="auto"/>
        <w:ind w:left="720"/>
      </w:pPr>
      <w:r/>
      <w:r>
        <w:rPr>
          <w:b/>
        </w:rPr>
        <w:t>Watch with caveats:</w:t>
      </w:r>
      <w:r>
        <w:t xml:space="preserve"> Enjoy it for romance and satire, but be prepared for nagging questions about the film’s internal politics.</w:t>
      </w:r>
      <w:r/>
      <w:r/>
    </w:p>
    <w:p>
      <w:pPr>
        <w:pStyle w:val="Heading2"/>
      </w:pPr>
      <w:r>
        <w:t>A rom‑com that practically begs you to have fun</w:t>
      </w:r>
      <w:r/>
    </w:p>
    <w:p>
      <w:r/>
      <w:r>
        <w:t>The opening beats make clear where the film wants you: a playful, slightly zany rom‑com with an erotic twist, not a bleak dystopia. The leads meet and keep bumping into each other across an After Hours‑style night of misadventures, and their chemistry gives the script lift. According to coverage, the movie lands many of its set‑pieces and parodies , think pharmaceutical jingles reworked for laughs , which is why audiences can enjoy it as pure entertainment.</w:t>
      </w:r>
      <w:r/>
    </w:p>
    <w:p>
      <w:pPr>
        <w:pStyle w:val="Heading2"/>
      </w:pPr>
      <w:r>
        <w:t>The pitch is clever , and unsettling</w:t>
      </w:r>
      <w:r/>
    </w:p>
    <w:p>
      <w:r/>
      <w:r>
        <w:t>Say the premise aloud and it’s arresting: mandatory biochips that track sexual activity, criminalising intimacy except for one sanctioned night. It’s a neat dramatic engine because it turns ordinary flirtation into high stakes comedy. But the same odd premise is what creates tension for viewers who naturally translate that world into political reality, and the film’s choice to keep things breezy starts to feel like a dodge rather than a playful conceit.</w:t>
      </w:r>
      <w:r/>
    </w:p>
    <w:p>
      <w:pPr>
        <w:pStyle w:val="Heading2"/>
      </w:pPr>
      <w:r>
        <w:t>Who gets targeted , and who doesn’t?</w:t>
      </w:r>
      <w:r/>
    </w:p>
    <w:p>
      <w:r/>
      <w:r>
        <w:t>This is where criticism piles up. Observers have pointed out the film largely sidesteps the obvious question: in a society authoritarian enough to biochip citizens over sex, why wouldn’t queer people be singled out? The movie offers a quippy side character line about queer people finding workarounds, yet that shrug doesn’t answer why a regime with the power to surveil bodies wouldn’t impose harsher, targeted controls on LGBTQ+ intimacy. It’s a hole in the logic that turns a clever premise into an uncomfortable thought experiment.</w:t>
      </w:r>
      <w:r/>
    </w:p>
    <w:p>
      <w:pPr>
        <w:pStyle w:val="Heading2"/>
      </w:pPr>
      <w:r>
        <w:t>The satire lands, even if the stakes wobble</w:t>
      </w:r>
      <w:r/>
    </w:p>
    <w:p>
      <w:r/>
      <w:r>
        <w:t>Despite these gaps, the movie’s tonal choices , snappy dialogue, bright locations across New York, and the comic set pieces , help it remain watchable. Many reviewers note that while the film could have been a darker political thriller, director Will Gluck opts instead for levity, which mostly pays off. If you let go of strict worldbuilding, there’s a lot to enjoy: witty moments, a sturdy romantic throughline, and the sheer relief of some well‑timed jokes.</w:t>
      </w:r>
      <w:r/>
    </w:p>
    <w:p>
      <w:pPr>
        <w:pStyle w:val="Heading2"/>
      </w:pPr>
      <w:r>
        <w:t>How to watch it , and what to look for</w:t>
      </w:r>
      <w:r/>
    </w:p>
    <w:p>
      <w:r/>
      <w:r>
        <w:t>Go in expecting a rom‑com that flirts with dystopia rather than interrogating it. Enjoy the leads and the comedic beats, but keep an ear out for the moments that gesture at political critique without committing. If you care about representation and political plausibility, you might find yourself mentally filling in the gaps the screenplay leaves open , which is fine, so long as you know that disappointment may follow the laughs.</w:t>
      </w:r>
      <w:r/>
    </w:p>
    <w:p>
      <w:r/>
      <w:r>
        <w:t>It's a small change that can make every laugh and lull feel a little sharper.</w:t>
      </w:r>
      <w:r/>
    </w:p>
    <w:p>
      <w:pPr>
        <w:pStyle w:val="Heading3"/>
      </w:pPr>
      <w:r>
        <w:t>Source Reference Map</w:t>
      </w:r>
      <w:r/>
    </w:p>
    <w:p>
      <w:r/>
      <w:r>
        <w:rPr>
          <w:b/>
        </w:rPr>
        <w:t>Story idea inspired by:</w:t>
      </w:r>
      <w:r>
        <w:t xml:space="preserve"> </w:t>
      </w:r>
      <w:hyperlink r:id="rId9">
        <w:r>
          <w:rPr>
            <w:color w:val="0000EE"/>
            <w:u w:val="single"/>
          </w:rPr>
          <w:t>[1]</w:t>
        </w:r>
      </w:hyperlink>
      <w:r/>
    </w:p>
    <w:p>
      <w:r/>
      <w:r>
        <w:rPr>
          <w:b/>
        </w:rPr>
        <w:t>Sources by paragraph:</w:t>
      </w:r>
      <w:r>
        <w:t xml:space="preserve">- Paragraph 1: </w:t>
      </w:r>
      <w:hyperlink r:id="rId9">
        <w:r>
          <w:rPr>
            <w:color w:val="0000EE"/>
            <w:u w:val="single"/>
          </w:rPr>
          <w:t>[2]</w:t>
        </w:r>
      </w:hyperlink>
      <w:r>
        <w:t xml:space="preserve">, </w:t>
      </w:r>
      <w:hyperlink r:id="rId10">
        <w:r>
          <w:rPr>
            <w:color w:val="0000EE"/>
            <w:u w:val="single"/>
          </w:rPr>
          <w:t>[3]</w:t>
        </w:r>
      </w:hyperlink>
      <w:r>
        <w:t xml:space="preserve">- Paragraph 2: </w:t>
      </w:r>
      <w:hyperlink r:id="rId9">
        <w:r>
          <w:rPr>
            <w:color w:val="0000EE"/>
            <w:u w:val="single"/>
          </w:rPr>
          <w:t>[2]</w:t>
        </w:r>
      </w:hyperlink>
      <w:r>
        <w:t xml:space="preserve">, </w:t>
      </w:r>
      <w:hyperlink r:id="rId11">
        <w:r>
          <w:rPr>
            <w:color w:val="0000EE"/>
            <w:u w:val="single"/>
          </w:rPr>
          <w:t>[4]</w:t>
        </w:r>
      </w:hyperlink>
      <w:r>
        <w:t xml:space="preserve">- Paragraph 3: </w:t>
      </w:r>
      <w:hyperlink r:id="rId9">
        <w:r>
          <w:rPr>
            <w:color w:val="0000EE"/>
            <w:u w:val="single"/>
          </w:rPr>
          <w:t>[2]</w:t>
        </w:r>
      </w:hyperlink>
      <w:r>
        <w:t xml:space="preserve">, </w:t>
      </w:r>
      <w:hyperlink r:id="rId11">
        <w:r>
          <w:rPr>
            <w:color w:val="0000EE"/>
            <w:u w:val="single"/>
          </w:rPr>
          <w:t>[4]</w:t>
        </w:r>
      </w:hyperlink>
      <w:r>
        <w:t xml:space="preserve">- Paragraph 4: </w:t>
      </w:r>
      <w:hyperlink r:id="rId9">
        <w:r>
          <w:rPr>
            <w:color w:val="0000EE"/>
            <w:u w:val="single"/>
          </w:rPr>
          <w:t>[2]</w:t>
        </w:r>
      </w:hyperlink>
      <w:r>
        <w:t xml:space="preserve">, </w:t>
      </w:r>
      <w:hyperlink r:id="rId10">
        <w:r>
          <w:rPr>
            <w:color w:val="0000EE"/>
            <w:u w:val="single"/>
          </w:rPr>
          <w:t>[3]</w:t>
        </w:r>
      </w:hyperlink>
      <w:r>
        <w:t xml:space="preserve">- Paragraph 5: </w:t>
      </w:r>
      <w:hyperlink r:id="rId9">
        <w:r>
          <w:rPr>
            <w:color w:val="0000EE"/>
            <w:u w:val="single"/>
          </w:rPr>
          <w:t>[2]</w:t>
        </w:r>
      </w:hyperlink>
      <w:r>
        <w:t xml:space="preserve">, </w:t>
      </w:r>
      <w:hyperlink r:id="rId12">
        <w:r>
          <w:rPr>
            <w:color w:val="0000EE"/>
            <w:u w:val="single"/>
          </w:rPr>
          <w:t>[6]</w:t>
        </w:r>
      </w:hyperlink>
      <w:r/>
    </w:p>
    <w:p>
      <w:pPr>
        <w:pStyle w:val="Heading2"/>
      </w:pPr>
      <w:r>
        <w:t>Bibliography</w:t>
      </w:r>
      <w:r/>
      <w:r/>
    </w:p>
    <w:p>
      <w:pPr>
        <w:pStyle w:val="ListNumber"/>
        <w:numPr>
          <w:ilvl w:val="0"/>
          <w:numId w:val="14"/>
        </w:numPr>
        <w:spacing w:line="240" w:lineRule="auto"/>
        <w:ind w:left="720"/>
      </w:pPr>
      <w:r/>
      <w:hyperlink r:id="rId9">
        <w:r>
          <w:rPr>
            <w:color w:val="0000EE"/>
            <w:u w:val="single"/>
          </w:rPr>
          <w:t>https://www.them.us/entertainment/tv-and-movies/one-night-only-gay-people</w:t>
        </w:r>
      </w:hyperlink>
      <w:r>
        <w:t xml:space="preserve"> - Please view link - unable to able to access data</w:t>
      </w:r>
      <w:r/>
    </w:p>
    <w:p>
      <w:pPr>
        <w:pStyle w:val="ListNumber"/>
        <w:spacing w:line="240" w:lineRule="auto"/>
        <w:ind w:left="720"/>
      </w:pPr>
      <w:r/>
      <w:hyperlink r:id="rId9">
        <w:r>
          <w:rPr>
            <w:color w:val="0000EE"/>
            <w:u w:val="single"/>
          </w:rPr>
          <w:t>https://www.them.us/entertainment/tv-and-movies/one-night-only-gay-people</w:t>
        </w:r>
      </w:hyperlink>
      <w:r>
        <w:t xml:space="preserve"> - An article discussing the film 'One Night Only', directed by Will Gluck, which presents a dystopian scenario where a conservative government and tech industry implant mandatory biochips in people's wrists to monitor their sexual activity. The film portrays a society where premarital sex is banned except for one designated night each year. The article critiques the film's handling of LGBTQ+ themes, questioning the plausibility of a society that surveils sexual activity without specifically targeting queer intimacy. It also highlights the film's attempt to address political implications while maintaining a breezy romantic comedy tone.</w:t>
      </w:r>
      <w:r/>
    </w:p>
    <w:p>
      <w:pPr>
        <w:pStyle w:val="ListNumber"/>
        <w:spacing w:line="240" w:lineRule="auto"/>
        <w:ind w:left="720"/>
      </w:pPr>
      <w:r/>
      <w:hyperlink r:id="rId10">
        <w:r>
          <w:rPr>
            <w:color w:val="0000EE"/>
            <w:u w:val="single"/>
          </w:rPr>
          <w:t>https://www.cinemablend.com/movies/one-night-only-reviews-too-creepy-monica-barbaro-callum-turner</w:t>
        </w:r>
      </w:hyperlink>
      <w:r>
        <w:t xml:space="preserve"> - A review of 'One Night Only', directed by Will Gluck, which explores a dystopian premise where a government bans premarital sex except for one night annually. The film stars Monica Barbaro and Callum Turner, whose chemistry is praised. However, critics find the film's unsettling concept and lack of meaningful commentary on socio-political issues to be drawbacks. The review mentions that the film has a 48% Rotten Tomatoes score, indicating divisive reactions from audiences and critics alike.</w:t>
      </w:r>
      <w:r/>
    </w:p>
    <w:p>
      <w:pPr>
        <w:pStyle w:val="ListNumber"/>
        <w:spacing w:line="240" w:lineRule="auto"/>
        <w:ind w:left="720"/>
      </w:pPr>
      <w:r/>
      <w:hyperlink r:id="rId11">
        <w:r>
          <w:rPr>
            <w:color w:val="0000EE"/>
            <w:u w:val="single"/>
          </w:rPr>
          <w:t>https://www.thedailybeast.com/obsessed/one-night-only-how-lame-prudes-ruined-this-new-sex-free-rom-com/</w:t>
        </w:r>
      </w:hyperlink>
      <w:r>
        <w:t xml:space="preserve"> - An article critiquing 'One Night Only', directed by Will Gluck, for its tame execution despite a provocative premise where unmarried people are allowed to have sex only once a year. The article discusses how test audiences' discomfort with explicit scenes led to a sanitized version of the film, diluting its emotional intensity and comedic potential. It contrasts the film with newer bold films that embrace authentic portrayals of sexuality, arguing that 'One Night Only' lost its spark by conforming to perceived prudishness.</w:t>
      </w:r>
      <w:r/>
    </w:p>
    <w:p>
      <w:pPr>
        <w:pStyle w:val="ListNumber"/>
        <w:spacing w:line="240" w:lineRule="auto"/>
        <w:ind w:left="720"/>
      </w:pPr>
      <w:r/>
      <w:hyperlink r:id="rId13">
        <w:r>
          <w:rPr>
            <w:color w:val="0000EE"/>
            <w:u w:val="single"/>
          </w:rPr>
          <w:t>https://apnews.com/article/ec617723f2dd36722ba2267f66fa9be0</w:t>
        </w:r>
      </w:hyperlink>
      <w:r>
        <w:t xml:space="preserve"> - A review of 'One Night Only', directed by Will Gluck, which presents a dystopian premise where premarital sex is banned in the U.S. except for one sanctioned night annually. The film leans into a tame romantic comedy formula, lacking the boldness to deeply explore its satirical potential. Starring Monica Barbaro and Callum Turner, the film's chemistry and charm are noted, but it sidesteps meaningful exploration of its themes, opting instead for predictable beats and heavy product placement.</w:t>
      </w:r>
      <w:r/>
    </w:p>
    <w:p>
      <w:pPr>
        <w:pStyle w:val="ListNumber"/>
        <w:spacing w:line="240" w:lineRule="auto"/>
        <w:ind w:left="720"/>
      </w:pPr>
      <w:r/>
      <w:hyperlink r:id="rId12">
        <w:r>
          <w:rPr>
            <w:color w:val="0000EE"/>
            <w:u w:val="single"/>
          </w:rPr>
          <w:t>https://tv.apple.com/us/movie/one-night-only/umc.cmc.5v7dc7u91gkcr3ewp4dj4qfyt</w:t>
        </w:r>
      </w:hyperlink>
      <w:r>
        <w:t xml:space="preserve"> - The official page for 'One Night Only' on Apple TV, a romantic comedy directed by Will Gluck. The film stars Monica Barbaro and Callum Turner as Allie and Owen, two love-starved strangers who meet on the one night of the year when single people are allowed to have sex. The page provides information about the film's plot, cast, director, and release date, as well as options to watch the trailer and rent or purchase the film.</w:t>
      </w:r>
      <w:r/>
    </w:p>
    <w:p>
      <w:pPr>
        <w:pStyle w:val="ListNumber"/>
        <w:spacing w:line="240" w:lineRule="auto"/>
        <w:ind w:left="720"/>
      </w:pPr>
      <w:r/>
      <w:hyperlink r:id="rId14">
        <w:r>
          <w:rPr>
            <w:color w:val="0000EE"/>
            <w:u w:val="single"/>
          </w:rPr>
          <w:t>https://www.imdb.com/title/tt37853455/</w:t>
        </w:r>
      </w:hyperlink>
      <w:r>
        <w:t xml:space="preserve"> - The IMDb page for 'One Night Only', a 2026 romantic comedy directed by Will Gluck. The film stars Monica Barbaro and Callum Turner as Allie and Owen, two New Yorkers searching for love on the one night of the year when sex is legal. The page includes details about the film's cast, crew, release date, and a brief synopsis. It also features user ratings and reviews, providing insights into audience reception and critical opinions.</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them.us/entertainment/tv-and-movies/one-night-only-gay-people" TargetMode="External"/><Relationship Id="rId10" Type="http://schemas.openxmlformats.org/officeDocument/2006/relationships/hyperlink" Target="https://www.cinemablend.com/movies/one-night-only-reviews-too-creepy-monica-barbaro-callum-turner" TargetMode="External"/><Relationship Id="rId11" Type="http://schemas.openxmlformats.org/officeDocument/2006/relationships/hyperlink" Target="https://www.thedailybeast.com/obsessed/one-night-only-how-lame-prudes-ruined-this-new-sex-free-rom-com/" TargetMode="External"/><Relationship Id="rId12" Type="http://schemas.openxmlformats.org/officeDocument/2006/relationships/hyperlink" Target="https://tv.apple.com/us/movie/one-night-only/umc.cmc.5v7dc7u91gkcr3ewp4dj4qfyt" TargetMode="External"/><Relationship Id="rId13" Type="http://schemas.openxmlformats.org/officeDocument/2006/relationships/hyperlink" Target="https://apnews.com/article/ec617723f2dd36722ba2267f66fa9be0" TargetMode="External"/><Relationship Id="rId14" Type="http://schemas.openxmlformats.org/officeDocument/2006/relationships/hyperlink" Target="https://www.imdb.com/title/tt37853455/"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